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r>
        <w:rPr>
          <w:rFonts w:ascii="Microsoft JhengHei" w:hAnsi="Microsoft JhengHei" w:eastAsia="Microsoft JhengHei"/>
          <w:b/>
          <w:i w:val="0"/>
          <w:color w:val="A86B1F"/>
          <w:sz w:val="44"/>
        </w:rPr>
        <w:t>羅騰樹下：累了，神先照顧你</w:t>
      </w:r>
    </w:p>
    <w:p>
      <w:pPr>
        <w:spacing w:after="200"/>
      </w:pPr>
      <w:r>
        <w:rPr>
          <w:rFonts w:ascii="Microsoft JhengHei" w:hAnsi="Microsoft JhengHei" w:eastAsia="Microsoft JhengHei"/>
          <w:b w:val="0"/>
          <w:i w:val="0"/>
          <w:color w:val="6B7280"/>
          <w:sz w:val="26"/>
        </w:rPr>
        <w:t>Under the Broom Tree: When You Are Tired, God Cares for You First</w:t>
      </w:r>
    </w:p>
    <w:p>
      <w:pPr>
        <w:spacing w:after="80"/>
      </w:pPr>
      <w:r>
        <w:rPr>
          <w:rFonts w:ascii="Microsoft JhengHei" w:hAnsi="Microsoft JhengHei" w:eastAsia="Microsoft JhengHei"/>
          <w:b w:val="0"/>
          <w:i w:val="0"/>
          <w:color w:val="6B7280"/>
          <w:sz w:val="20"/>
        </w:rPr>
        <w:t>《從聖經到課堂，在生活中遇見復活主》多層次 AI Agent 教案 · Reclaim2K</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項目</w:t>
            </w:r>
          </w:p>
        </w:tc>
        <w:tc>
          <w:tcPr>
            <w:tcW w:type="dxa" w:w="6803"/>
            <w:shd w:val="clear" w:fill="EFE7D6"/>
          </w:tcPr>
          <w:p>
            <w:r/>
            <w:r>
              <w:rPr>
                <w:rFonts w:ascii="Microsoft JhengHei" w:hAnsi="Microsoft JhengHei" w:eastAsia="Microsoft JhengHei"/>
                <w:b/>
                <w:i w:val="0"/>
                <w:color w:val="222A36"/>
                <w:sz w:val="20"/>
              </w:rPr>
              <w:t>設定</w:t>
            </w:r>
          </w:p>
        </w:tc>
      </w:tr>
      <w:tr>
        <w:tc>
          <w:tcPr>
            <w:tcW w:type="dxa" w:w="2268"/>
          </w:tcPr>
          <w:p>
            <w:r/>
            <w:r>
              <w:rPr>
                <w:rFonts w:ascii="Microsoft JhengHei" w:hAnsi="Microsoft JhengHei" w:eastAsia="Microsoft JhengHei"/>
                <w:b w:val="0"/>
                <w:i w:val="0"/>
                <w:color w:val="222A36"/>
                <w:sz w:val="20"/>
              </w:rPr>
              <w:t>宗派軌道</w:t>
            </w:r>
          </w:p>
        </w:tc>
        <w:tc>
          <w:tcPr>
            <w:tcW w:type="dxa" w:w="6803"/>
          </w:tcPr>
          <w:p>
            <w:r/>
            <w:r>
              <w:rPr>
                <w:rFonts w:ascii="Microsoft JhengHei" w:hAnsi="Microsoft JhengHei" w:eastAsia="Microsoft JhengHei"/>
                <w:b w:val="0"/>
                <w:i w:val="0"/>
                <w:color w:val="222A36"/>
                <w:sz w:val="20"/>
              </w:rPr>
              <w:t>基督教</w:t>
            </w:r>
          </w:p>
        </w:tc>
      </w:tr>
      <w:tr>
        <w:tc>
          <w:tcPr>
            <w:tcW w:type="dxa" w:w="2268"/>
          </w:tcPr>
          <w:p>
            <w:r/>
            <w:r>
              <w:rPr>
                <w:rFonts w:ascii="Microsoft JhengHei" w:hAnsi="Microsoft JhengHei" w:eastAsia="Microsoft JhengHei"/>
                <w:b w:val="0"/>
                <w:i w:val="0"/>
                <w:color w:val="222A36"/>
                <w:sz w:val="20"/>
              </w:rPr>
              <w:t>學生階段</w:t>
            </w:r>
          </w:p>
        </w:tc>
        <w:tc>
          <w:tcPr>
            <w:tcW w:type="dxa" w:w="6803"/>
          </w:tcPr>
          <w:p>
            <w:r/>
            <w:r>
              <w:rPr>
                <w:rFonts w:ascii="Microsoft JhengHei" w:hAnsi="Microsoft JhengHei" w:eastAsia="Microsoft JhengHei"/>
                <w:b w:val="0"/>
                <w:i w:val="0"/>
                <w:color w:val="222A36"/>
                <w:sz w:val="20"/>
              </w:rPr>
              <w:t>中三至中四</w:t>
            </w:r>
          </w:p>
        </w:tc>
      </w:tr>
      <w:tr>
        <w:tc>
          <w:tcPr>
            <w:tcW w:type="dxa" w:w="2268"/>
          </w:tcPr>
          <w:p>
            <w:r/>
            <w:r>
              <w:rPr>
                <w:rFonts w:ascii="Microsoft JhengHei" w:hAnsi="Microsoft JhengHei" w:eastAsia="Microsoft JhengHei"/>
                <w:b w:val="0"/>
                <w:i w:val="0"/>
                <w:color w:val="222A36"/>
                <w:sz w:val="20"/>
              </w:rPr>
              <w:t>課堂活動歡樂度</w:t>
            </w:r>
          </w:p>
        </w:tc>
        <w:tc>
          <w:tcPr>
            <w:tcW w:type="dxa" w:w="6803"/>
          </w:tcPr>
          <w:p>
            <w:r/>
            <w:r>
              <w:rPr>
                <w:rFonts w:ascii="Microsoft JhengHei" w:hAnsi="Microsoft JhengHei" w:eastAsia="Microsoft JhengHei"/>
                <w:b w:val="0"/>
                <w:i w:val="0"/>
                <w:color w:val="222A36"/>
                <w:sz w:val="20"/>
              </w:rPr>
              <w:t>3 / 5</w:t>
            </w:r>
          </w:p>
        </w:tc>
      </w:tr>
      <w:tr>
        <w:tc>
          <w:tcPr>
            <w:tcW w:type="dxa" w:w="2268"/>
          </w:tcPr>
          <w:p>
            <w:r/>
            <w:r>
              <w:rPr>
                <w:rFonts w:ascii="Microsoft JhengHei" w:hAnsi="Microsoft JhengHei" w:eastAsia="Microsoft JhengHei"/>
                <w:b w:val="0"/>
                <w:i w:val="0"/>
                <w:color w:val="222A36"/>
                <w:sz w:val="20"/>
              </w:rPr>
              <w:t>牧養標籤</w:t>
            </w:r>
          </w:p>
        </w:tc>
        <w:tc>
          <w:tcPr>
            <w:tcW w:type="dxa" w:w="6803"/>
          </w:tcPr>
          <w:p>
            <w:r/>
            <w:r>
              <w:rPr>
                <w:rFonts w:ascii="Microsoft JhengHei" w:hAnsi="Microsoft JhengHei" w:eastAsia="Microsoft JhengHei"/>
                <w:b w:val="0"/>
                <w:i w:val="0"/>
                <w:color w:val="222A36"/>
                <w:sz w:val="20"/>
              </w:rPr>
              <w:t>無</w:t>
            </w:r>
          </w:p>
        </w:tc>
      </w:tr>
      <w:tr>
        <w:tc>
          <w:tcPr>
            <w:tcW w:type="dxa" w:w="2268"/>
          </w:tcPr>
          <w:p>
            <w:r/>
            <w:r>
              <w:rPr>
                <w:rFonts w:ascii="Microsoft JhengHei" w:hAnsi="Microsoft JhengHei" w:eastAsia="Microsoft JhengHei"/>
                <w:b w:val="0"/>
                <w:i w:val="0"/>
                <w:color w:val="222A36"/>
                <w:sz w:val="20"/>
              </w:rPr>
              <w:t>課堂時間</w:t>
            </w:r>
          </w:p>
        </w:tc>
        <w:tc>
          <w:tcPr>
            <w:tcW w:type="dxa" w:w="6803"/>
          </w:tcPr>
          <w:p>
            <w:r/>
            <w:r>
              <w:rPr>
                <w:rFonts w:ascii="Microsoft JhengHei" w:hAnsi="Microsoft JhengHei" w:eastAsia="Microsoft JhengHei"/>
                <w:b w:val="0"/>
                <w:i w:val="0"/>
                <w:color w:val="222A36"/>
                <w:sz w:val="20"/>
              </w:rPr>
              <w:t>單堂 40 分鐘（一系列 3 課之第 1 課）</w:t>
            </w:r>
          </w:p>
        </w:tc>
      </w:tr>
      <w:tr>
        <w:tc>
          <w:tcPr>
            <w:tcW w:type="dxa" w:w="2268"/>
          </w:tcPr>
          <w:p>
            <w:r/>
            <w:r>
              <w:rPr>
                <w:rFonts w:ascii="Microsoft JhengHei" w:hAnsi="Microsoft JhengHei" w:eastAsia="Microsoft JhengHei"/>
                <w:b w:val="0"/>
                <w:i w:val="0"/>
                <w:color w:val="222A36"/>
                <w:sz w:val="20"/>
              </w:rPr>
              <w:t>參考教案範本</w:t>
            </w:r>
          </w:p>
        </w:tc>
        <w:tc>
          <w:tcPr>
            <w:tcW w:type="dxa" w:w="6803"/>
          </w:tcPr>
          <w:p>
            <w:r/>
            <w:r>
              <w:rPr>
                <w:rFonts w:ascii="Microsoft JhengHei" w:hAnsi="Microsoft JhengHei" w:eastAsia="Microsoft JhengHei"/>
                <w:b w:val="0"/>
                <w:i w:val="0"/>
                <w:color w:val="222A36"/>
                <w:sz w:val="20"/>
              </w:rPr>
              <w:t>跟以利亞聽神微聲（列王紀上 18–19，活動室 4 站）</w:t>
            </w:r>
          </w:p>
        </w:tc>
      </w:tr>
      <w:tr>
        <w:tc>
          <w:tcPr>
            <w:tcW w:type="dxa" w:w="2268"/>
          </w:tcPr>
          <w:p>
            <w:r/>
            <w:r>
              <w:rPr>
                <w:rFonts w:ascii="Microsoft JhengHei" w:hAnsi="Microsoft JhengHei" w:eastAsia="Microsoft JhengHei"/>
                <w:b w:val="0"/>
                <w:i w:val="0"/>
                <w:color w:val="222A36"/>
                <w:sz w:val="20"/>
              </w:rPr>
              <w:t>生活實踐形態</w:t>
            </w:r>
          </w:p>
        </w:tc>
        <w:tc>
          <w:tcPr>
            <w:tcW w:type="dxa" w:w="6803"/>
          </w:tcPr>
          <w:p>
            <w:r/>
            <w:r>
              <w:rPr>
                <w:rFonts w:ascii="Microsoft JhengHei" w:hAnsi="Microsoft JhengHei" w:eastAsia="Microsoft JhengHei"/>
                <w:b w:val="0"/>
                <w:i w:val="0"/>
                <w:color w:val="222A36"/>
                <w:sz w:val="20"/>
              </w:rPr>
              <w:t>免交作業（自由心證）</w:t>
            </w:r>
          </w:p>
        </w:tc>
      </w:tr>
      <w:tr>
        <w:tc>
          <w:tcPr>
            <w:tcW w:type="dxa" w:w="2268"/>
          </w:tcPr>
          <w:p>
            <w:r/>
            <w:r>
              <w:rPr>
                <w:rFonts w:ascii="Microsoft JhengHei" w:hAnsi="Microsoft JhengHei" w:eastAsia="Microsoft JhengHei"/>
                <w:b w:val="0"/>
                <w:i w:val="0"/>
                <w:color w:val="222A36"/>
                <w:sz w:val="20"/>
              </w:rPr>
              <w:t>L0 終審</w:t>
            </w:r>
          </w:p>
        </w:tc>
        <w:tc>
          <w:tcPr>
            <w:tcW w:type="dxa" w:w="6803"/>
          </w:tcPr>
          <w:p>
            <w:r/>
            <w:r>
              <w:rPr>
                <w:rFonts w:ascii="Microsoft JhengHei" w:hAnsi="Microsoft JhengHei" w:eastAsia="Microsoft JhengHei"/>
                <w:b w:val="0"/>
                <w:i w:val="0"/>
                <w:color w:val="222A36"/>
                <w:sz w:val="20"/>
              </w:rPr>
              <w:t>✅ 合乎航道</w:t>
            </w:r>
          </w:p>
        </w:tc>
      </w:tr>
    </w:tbl>
    <w:p/>
    <w:tbl>
      <w:tblPr>
        <w:tblStyle w:val="TableGrid"/>
        <w:tblW w:type="auto" w:w="0"/>
        <w:tblLook w:firstColumn="1" w:firstRow="1" w:lastColumn="0" w:lastRow="0" w:noHBand="0" w:noVBand="1" w:val="04A0"/>
      </w:tblPr>
      <w:tblGrid>
        <w:gridCol w:w="9972"/>
      </w:tblGrid>
      <w:tr>
        <w:tc>
          <w:tcPr>
            <w:tcW w:type="dxa" w:w="9972"/>
            <w:shd w:val="clear" w:fill="FBF1DC"/>
          </w:tcPr>
          <w:p>
            <w:r/>
            <w:r>
              <w:rPr>
                <w:rFonts w:ascii="Microsoft JhengHei" w:hAnsi="Microsoft JhengHei" w:eastAsia="Microsoft JhengHei"/>
                <w:b/>
                <w:i w:val="0"/>
                <w:color w:val="A86B1F"/>
                <w:sz w:val="22"/>
              </w:rPr>
              <w:t>✝️ 總監的核心異象：每一份教案不可替代的目的</w:t>
            </w:r>
          </w:p>
          <w:p>
            <w:r>
              <w:rPr>
                <w:rFonts w:ascii="Microsoft JhengHei" w:hAnsi="Microsoft JhengHei" w:eastAsia="Microsoft JhengHei"/>
                <w:b w:val="0"/>
                <w:i w:val="0"/>
                <w:color w:val="222A36"/>
                <w:sz w:val="22"/>
              </w:rPr>
              <w:t>總監（L0）自始至終存在，不需選出，也不需呼喚。由聖經、到課堂、到生活，整個循環式教案都必須引領學生遇見愛他們的主，並與主建立更親密的關係。每一個 Bot 及每一位參與的老師，都以此為不可替代的目的；其他設計如有衝突，以此為準。</w:t>
            </w:r>
          </w:p>
          <w:p>
            <w:r>
              <w:rPr>
                <w:rFonts w:ascii="Microsoft JhengHei" w:hAnsi="Microsoft JhengHei" w:eastAsia="Microsoft JhengHei"/>
                <w:b w:val="0"/>
                <w:i w:val="0"/>
                <w:color w:val="222A36"/>
                <w:sz w:val="22"/>
              </w:rPr>
            </w:r>
          </w:p>
          <w:p>
            <w:r>
              <w:rPr>
                <w:rFonts w:ascii="Microsoft JhengHei" w:hAnsi="Microsoft JhengHei" w:eastAsia="Microsoft JhengHei"/>
                <w:b w:val="0"/>
                <w:i w:val="0"/>
                <w:color w:val="222A36"/>
                <w:sz w:val="22"/>
              </w:rPr>
              <w:t>1. 認識耶穌愛他：耶穌為他被釘十字架，並關心他生活中的每一個細節。</w:t>
            </w:r>
          </w:p>
          <w:p>
            <w:r>
              <w:rPr>
                <w:rFonts w:ascii="Microsoft JhengHei" w:hAnsi="Microsoft JhengHei" w:eastAsia="Microsoft JhengHei"/>
                <w:b w:val="0"/>
                <w:i w:val="0"/>
                <w:color w:val="222A36"/>
                <w:sz w:val="22"/>
              </w:rPr>
              <w:t>2. 引導學生更親近主：嘗嘗主恩的滋味，看見祂是何等美善，以致願意憑信心禱告、行動及順服天主，與主建立更親密的關係。</w:t>
            </w:r>
          </w:p>
        </w:tc>
      </w:tr>
    </w:tbl>
    <w:p/>
    <w:tbl>
      <w:tblPr>
        <w:tblStyle w:val="TableGrid"/>
        <w:tblW w:type="auto" w:w="0"/>
        <w:tblLook w:firstColumn="1" w:firstRow="1" w:lastColumn="0" w:lastRow="0" w:noHBand="0" w:noVBand="1" w:val="04A0"/>
      </w:tblPr>
      <w:tblGrid>
        <w:gridCol w:w="3324"/>
        <w:gridCol w:w="3324"/>
        <w:gridCol w:w="3324"/>
      </w:tblGrid>
      <w:tr>
        <w:tc>
          <w:tcPr>
            <w:tcW w:type="dxa" w:w="1814"/>
            <w:shd w:val="clear" w:fill="EFE7D6"/>
          </w:tcPr>
          <w:p>
            <w:r/>
            <w:r>
              <w:rPr>
                <w:rFonts w:ascii="Microsoft JhengHei" w:hAnsi="Microsoft JhengHei" w:eastAsia="Microsoft JhengHei"/>
                <w:b/>
                <w:i w:val="0"/>
                <w:color w:val="222A36"/>
                <w:sz w:val="20"/>
              </w:rPr>
              <w:t>核心經文</w:t>
            </w:r>
          </w:p>
        </w:tc>
        <w:tc>
          <w:tcPr>
            <w:tcW w:type="dxa" w:w="2438"/>
            <w:shd w:val="clear" w:fill="EFE7D6"/>
          </w:tcPr>
          <w:p>
            <w:r/>
            <w:r>
              <w:rPr>
                <w:rFonts w:ascii="Microsoft JhengHei" w:hAnsi="Microsoft JhengHei" w:eastAsia="Microsoft JhengHei"/>
                <w:b/>
                <w:i w:val="0"/>
                <w:color w:val="222A36"/>
                <w:sz w:val="20"/>
              </w:rPr>
              <w:t>主題</w:t>
            </w:r>
          </w:p>
        </w:tc>
        <w:tc>
          <w:tcPr>
            <w:tcW w:type="dxa" w:w="5102"/>
            <w:shd w:val="clear" w:fill="EFE7D6"/>
          </w:tcPr>
          <w:p>
            <w:r/>
            <w:r>
              <w:rPr>
                <w:rFonts w:ascii="Microsoft JhengHei" w:hAnsi="Microsoft JhengHei" w:eastAsia="Microsoft JhengHei"/>
                <w:b/>
                <w:i w:val="0"/>
                <w:color w:val="222A36"/>
                <w:sz w:val="20"/>
              </w:rPr>
              <w:t>經文（和合本）</w:t>
            </w:r>
          </w:p>
        </w:tc>
      </w:tr>
      <w:tr>
        <w:tc>
          <w:tcPr>
            <w:tcW w:type="dxa" w:w="1814"/>
          </w:tcPr>
          <w:p>
            <w:r/>
            <w:r>
              <w:rPr>
                <w:rFonts w:ascii="Microsoft JhengHei" w:hAnsi="Microsoft JhengHei" w:eastAsia="Microsoft JhengHei"/>
                <w:b w:val="0"/>
                <w:i w:val="0"/>
                <w:color w:val="222A36"/>
                <w:sz w:val="20"/>
              </w:rPr>
              <w:t>加拉太書 2:20</w:t>
            </w:r>
          </w:p>
        </w:tc>
        <w:tc>
          <w:tcPr>
            <w:tcW w:type="dxa" w:w="2438"/>
          </w:tcPr>
          <w:p>
            <w:r/>
            <w:r>
              <w:rPr>
                <w:rFonts w:ascii="Microsoft JhengHei" w:hAnsi="Microsoft JhengHei" w:eastAsia="Microsoft JhengHei"/>
                <w:b w:val="0"/>
                <w:i w:val="0"/>
                <w:color w:val="222A36"/>
                <w:sz w:val="20"/>
              </w:rPr>
              <w:t>祂愛我，為我捨己</w:t>
            </w:r>
          </w:p>
        </w:tc>
        <w:tc>
          <w:tcPr>
            <w:tcW w:type="dxa" w:w="5102"/>
          </w:tcPr>
          <w:p>
            <w:r/>
            <w:r>
              <w:rPr>
                <w:rFonts w:ascii="Microsoft JhengHei" w:hAnsi="Microsoft JhengHei" w:eastAsia="Microsoft JhengHei"/>
                <w:b w:val="0"/>
                <w:i w:val="0"/>
                <w:color w:val="222A36"/>
                <w:sz w:val="20"/>
              </w:rPr>
              <w:t>我已經與基督同釘十字架，現在活著的不再是我，乃是基督在我裡面活著；並且我如今在肉身活著，是因信 神的兒子而活；他是愛我，為我捨己。</w:t>
            </w:r>
          </w:p>
        </w:tc>
      </w:tr>
      <w:tr>
        <w:tc>
          <w:tcPr>
            <w:tcW w:type="dxa" w:w="1814"/>
          </w:tcPr>
          <w:p>
            <w:r/>
            <w:r>
              <w:rPr>
                <w:rFonts w:ascii="Microsoft JhengHei" w:hAnsi="Microsoft JhengHei" w:eastAsia="Microsoft JhengHei"/>
                <w:b w:val="0"/>
                <w:i w:val="0"/>
                <w:color w:val="222A36"/>
                <w:sz w:val="20"/>
              </w:rPr>
              <w:t>羅馬書 5:8</w:t>
            </w:r>
          </w:p>
        </w:tc>
        <w:tc>
          <w:tcPr>
            <w:tcW w:type="dxa" w:w="2438"/>
          </w:tcPr>
          <w:p>
            <w:r/>
            <w:r>
              <w:rPr>
                <w:rFonts w:ascii="Microsoft JhengHei" w:hAnsi="Microsoft JhengHei" w:eastAsia="Microsoft JhengHei"/>
                <w:b w:val="0"/>
                <w:i w:val="0"/>
                <w:color w:val="222A36"/>
                <w:sz w:val="20"/>
              </w:rPr>
              <w:t>十字架顯明祂的愛</w:t>
            </w:r>
          </w:p>
        </w:tc>
        <w:tc>
          <w:tcPr>
            <w:tcW w:type="dxa" w:w="5102"/>
          </w:tcPr>
          <w:p>
            <w:r/>
            <w:r>
              <w:rPr>
                <w:rFonts w:ascii="Microsoft JhengHei" w:hAnsi="Microsoft JhengHei" w:eastAsia="Microsoft JhengHei"/>
                <w:b w:val="0"/>
                <w:i w:val="0"/>
                <w:color w:val="222A36"/>
                <w:sz w:val="20"/>
              </w:rPr>
              <w:t>惟有基督在我們還作罪人的時候為我們死， 神的愛就在此向我們顯明了。</w:t>
            </w:r>
          </w:p>
        </w:tc>
      </w:tr>
      <w:tr>
        <w:tc>
          <w:tcPr>
            <w:tcW w:type="dxa" w:w="1814"/>
          </w:tcPr>
          <w:p>
            <w:r/>
            <w:r>
              <w:rPr>
                <w:rFonts w:ascii="Microsoft JhengHei" w:hAnsi="Microsoft JhengHei" w:eastAsia="Microsoft JhengHei"/>
                <w:b w:val="0"/>
                <w:i w:val="0"/>
                <w:color w:val="222A36"/>
                <w:sz w:val="20"/>
              </w:rPr>
              <w:t>馬太福音 10:29-31</w:t>
            </w:r>
          </w:p>
        </w:tc>
        <w:tc>
          <w:tcPr>
            <w:tcW w:type="dxa" w:w="2438"/>
          </w:tcPr>
          <w:p>
            <w:r/>
            <w:r>
              <w:rPr>
                <w:rFonts w:ascii="Microsoft JhengHei" w:hAnsi="Microsoft JhengHei" w:eastAsia="Microsoft JhengHei"/>
                <w:b w:val="0"/>
                <w:i w:val="0"/>
                <w:color w:val="222A36"/>
                <w:sz w:val="20"/>
              </w:rPr>
              <w:t>連頭髮都被數過：關心生活中的每一個細節</w:t>
            </w:r>
          </w:p>
        </w:tc>
        <w:tc>
          <w:tcPr>
            <w:tcW w:type="dxa" w:w="5102"/>
          </w:tcPr>
          <w:p>
            <w:r/>
            <w:r>
              <w:rPr>
                <w:rFonts w:ascii="Microsoft JhengHei" w:hAnsi="Microsoft JhengHei" w:eastAsia="Microsoft JhengHei"/>
                <w:b w:val="0"/>
                <w:i w:val="0"/>
                <w:color w:val="222A36"/>
                <w:sz w:val="20"/>
              </w:rPr>
              <w:t>29兩個麻雀不是賣一分銀子嗎？若是你們的父不許，一個也不能掉在地上； 30就是你們的頭髮也都被數過了。 31所以，不要懼怕，你們比許多麻雀還貴重！」</w:t>
            </w:r>
          </w:p>
        </w:tc>
      </w:tr>
      <w:tr>
        <w:tc>
          <w:tcPr>
            <w:tcW w:type="dxa" w:w="1814"/>
          </w:tcPr>
          <w:p>
            <w:r/>
            <w:r>
              <w:rPr>
                <w:rFonts w:ascii="Microsoft JhengHei" w:hAnsi="Microsoft JhengHei" w:eastAsia="Microsoft JhengHei"/>
                <w:b w:val="0"/>
                <w:i w:val="0"/>
                <w:color w:val="222A36"/>
                <w:sz w:val="20"/>
              </w:rPr>
              <w:t>彼得前書 5:7</w:t>
            </w:r>
          </w:p>
        </w:tc>
        <w:tc>
          <w:tcPr>
            <w:tcW w:type="dxa" w:w="2438"/>
          </w:tcPr>
          <w:p>
            <w:r/>
            <w:r>
              <w:rPr>
                <w:rFonts w:ascii="Microsoft JhengHei" w:hAnsi="Microsoft JhengHei" w:eastAsia="Microsoft JhengHei"/>
                <w:b w:val="0"/>
                <w:i w:val="0"/>
                <w:color w:val="222A36"/>
                <w:sz w:val="20"/>
              </w:rPr>
              <w:t>把一切憂慮交給祂，因為祂顧念你</w:t>
            </w:r>
          </w:p>
        </w:tc>
        <w:tc>
          <w:tcPr>
            <w:tcW w:type="dxa" w:w="5102"/>
          </w:tcPr>
          <w:p>
            <w:r/>
            <w:r>
              <w:rPr>
                <w:rFonts w:ascii="Microsoft JhengHei" w:hAnsi="Microsoft JhengHei" w:eastAsia="Microsoft JhengHei"/>
                <w:b w:val="0"/>
                <w:i w:val="0"/>
                <w:color w:val="222A36"/>
                <w:sz w:val="20"/>
              </w:rPr>
              <w:t>你們要將一切的憂慮卸給 神，因為他顧念你們。</w:t>
            </w:r>
          </w:p>
        </w:tc>
      </w:tr>
      <w:tr>
        <w:tc>
          <w:tcPr>
            <w:tcW w:type="dxa" w:w="1814"/>
          </w:tcPr>
          <w:p>
            <w:r/>
            <w:r>
              <w:rPr>
                <w:rFonts w:ascii="Microsoft JhengHei" w:hAnsi="Microsoft JhengHei" w:eastAsia="Microsoft JhengHei"/>
                <w:b w:val="0"/>
                <w:i w:val="0"/>
                <w:color w:val="222A36"/>
                <w:sz w:val="20"/>
              </w:rPr>
              <w:t>詩篇 34:8</w:t>
            </w:r>
          </w:p>
        </w:tc>
        <w:tc>
          <w:tcPr>
            <w:tcW w:type="dxa" w:w="2438"/>
          </w:tcPr>
          <w:p>
            <w:r/>
            <w:r>
              <w:rPr>
                <w:rFonts w:ascii="Microsoft JhengHei" w:hAnsi="Microsoft JhengHei" w:eastAsia="Microsoft JhengHei"/>
                <w:b w:val="0"/>
                <w:i w:val="0"/>
                <w:color w:val="222A36"/>
                <w:sz w:val="20"/>
              </w:rPr>
              <w:t>嘗嘗主恩的滋味，便知道祂是美善</w:t>
            </w:r>
          </w:p>
        </w:tc>
        <w:tc>
          <w:tcPr>
            <w:tcW w:type="dxa" w:w="5102"/>
          </w:tcPr>
          <w:p>
            <w:r/>
            <w:r>
              <w:rPr>
                <w:rFonts w:ascii="Microsoft JhengHei" w:hAnsi="Microsoft JhengHei" w:eastAsia="Microsoft JhengHei"/>
                <w:b w:val="0"/>
                <w:i w:val="0"/>
                <w:color w:val="222A36"/>
                <w:sz w:val="20"/>
              </w:rPr>
              <w:t>你們要嘗嘗主恩的滋味，便知道他是美善；投靠他的人有福了！</w:t>
            </w:r>
          </w:p>
        </w:tc>
      </w:tr>
      <w:tr>
        <w:tc>
          <w:tcPr>
            <w:tcW w:type="dxa" w:w="1814"/>
          </w:tcPr>
          <w:p>
            <w:r/>
            <w:r>
              <w:rPr>
                <w:rFonts w:ascii="Microsoft JhengHei" w:hAnsi="Microsoft JhengHei" w:eastAsia="Microsoft JhengHei"/>
                <w:b w:val="0"/>
                <w:i w:val="0"/>
                <w:color w:val="222A36"/>
                <w:sz w:val="20"/>
              </w:rPr>
              <w:t>雅各書 4:8</w:t>
            </w:r>
          </w:p>
        </w:tc>
        <w:tc>
          <w:tcPr>
            <w:tcW w:type="dxa" w:w="2438"/>
          </w:tcPr>
          <w:p>
            <w:r/>
            <w:r>
              <w:rPr>
                <w:rFonts w:ascii="Microsoft JhengHei" w:hAnsi="Microsoft JhengHei" w:eastAsia="Microsoft JhengHei"/>
                <w:b w:val="0"/>
                <w:i w:val="0"/>
                <w:color w:val="222A36"/>
                <w:sz w:val="20"/>
              </w:rPr>
              <w:t>親近主，主就必親近你</w:t>
            </w:r>
          </w:p>
        </w:tc>
        <w:tc>
          <w:tcPr>
            <w:tcW w:type="dxa" w:w="5102"/>
          </w:tcPr>
          <w:p>
            <w:r/>
            <w:r>
              <w:rPr>
                <w:rFonts w:ascii="Microsoft JhengHei" w:hAnsi="Microsoft JhengHei" w:eastAsia="Microsoft JhengHei"/>
                <w:b w:val="0"/>
                <w:i w:val="0"/>
                <w:color w:val="222A36"/>
                <w:sz w:val="20"/>
              </w:rPr>
              <w:t>你們親近 神， 神就必親近你們。有罪的人哪，要潔淨你們的手！心懷二意的人哪，要清潔你們的心！</w:t>
            </w:r>
          </w:p>
        </w:tc>
      </w:tr>
      <w:tr>
        <w:tc>
          <w:tcPr>
            <w:tcW w:type="dxa" w:w="1814"/>
          </w:tcPr>
          <w:p>
            <w:r/>
            <w:r>
              <w:rPr>
                <w:rFonts w:ascii="Microsoft JhengHei" w:hAnsi="Microsoft JhengHei" w:eastAsia="Microsoft JhengHei"/>
                <w:b w:val="0"/>
                <w:i w:val="0"/>
                <w:color w:val="222A36"/>
                <w:sz w:val="20"/>
              </w:rPr>
              <w:t>約翰福音 15:13-14</w:t>
            </w:r>
          </w:p>
        </w:tc>
        <w:tc>
          <w:tcPr>
            <w:tcW w:type="dxa" w:w="2438"/>
          </w:tcPr>
          <w:p>
            <w:r/>
            <w:r>
              <w:rPr>
                <w:rFonts w:ascii="Microsoft JhengHei" w:hAnsi="Microsoft JhengHei" w:eastAsia="Microsoft JhengHei"/>
                <w:b w:val="0"/>
                <w:i w:val="0"/>
                <w:color w:val="222A36"/>
                <w:sz w:val="20"/>
              </w:rPr>
              <w:t>遵行主的吩咐，就是祂的朋友</w:t>
            </w:r>
          </w:p>
        </w:tc>
        <w:tc>
          <w:tcPr>
            <w:tcW w:type="dxa" w:w="5102"/>
          </w:tcPr>
          <w:p>
            <w:r/>
            <w:r>
              <w:rPr>
                <w:rFonts w:ascii="Microsoft JhengHei" w:hAnsi="Microsoft JhengHei" w:eastAsia="Microsoft JhengHei"/>
                <w:b w:val="0"/>
                <w:i w:val="0"/>
                <w:color w:val="222A36"/>
                <w:sz w:val="20"/>
              </w:rPr>
              <w:t>13人為朋友捨命，人的愛心沒有比這個大的。 14你們若遵行我所吩咐的，就是我的朋友了。</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給老師</w:t>
            </w:r>
          </w:p>
          <w:p>
            <w:r>
              <w:rPr>
                <w:rFonts w:ascii="Microsoft JhengHei" w:hAnsi="Microsoft JhengHei" w:eastAsia="Microsoft JhengHei"/>
                <w:b w:val="0"/>
                <w:i w:val="0"/>
                <w:color w:val="222A36"/>
                <w:sz w:val="22"/>
              </w:rPr>
              <w:t>本教案由 AI Agent 團隊草擬，必須由老師審閱、調適及親自施教。</w:t>
            </w:r>
          </w:p>
          <w:p>
            <w:r>
              <w:rPr>
                <w:rFonts w:ascii="Microsoft JhengHei" w:hAnsi="Microsoft JhengHei" w:eastAsia="Microsoft JhengHei"/>
                <w:b w:val="0"/>
                <w:i w:val="0"/>
                <w:color w:val="222A36"/>
                <w:sz w:val="22"/>
              </w:rPr>
              <w:t>AI 只是建立結構；基督徒老師見證的溫度與感動力，才是領人歸主的關鍵。</w:t>
            </w:r>
          </w:p>
          <w:p>
            <w:r>
              <w:rPr>
                <w:rFonts w:ascii="Microsoft JhengHei" w:hAnsi="Microsoft JhengHei" w:eastAsia="Microsoft JhengHei"/>
                <w:b w:val="0"/>
                <w:i w:val="0"/>
                <w:color w:val="222A36"/>
                <w:sz w:val="22"/>
              </w:rPr>
              <w:t>請在「老師時刻」分享一次神照顧你的真實經歷，重點是神的照顧，而不是你怎樣撐過去。三句話宣告時，請用一兩句清楚說明耶穌復活、今天仍活着，祂就是邀請你得安息的那一位。如有同學在電量紙上流露極低落的情緒，課後個別關心，有需要轉介社工。</w:t>
            </w:r>
          </w:p>
        </w:tc>
      </w:tr>
    </w:tbl>
    <w:p/>
    <w:p>
      <w:pPr>
        <w:spacing w:after="120" w:before="240"/>
      </w:pPr>
      <w:r>
        <w:rPr>
          <w:rFonts w:ascii="Microsoft JhengHei" w:hAnsi="Microsoft JhengHei" w:eastAsia="Microsoft JhengHei"/>
          <w:b/>
          <w:i w:val="0"/>
          <w:color w:val="A86B1F"/>
          <w:sz w:val="32"/>
        </w:rPr>
        <w:t>一、本課大問題及學習目標</w:t>
      </w:r>
    </w:p>
    <w:p>
      <w:pPr>
        <w:spacing w:after="80"/>
      </w:pPr>
      <w:r>
        <w:rPr>
          <w:rFonts w:ascii="Microsoft JhengHei" w:hAnsi="Microsoft JhengHei" w:eastAsia="Microsoft JhengHei"/>
          <w:b/>
          <w:i w:val="0"/>
          <w:color w:val="222A36"/>
          <w:sz w:val="22"/>
        </w:rPr>
        <w:t>大問題：當我累到想說「罷了」，神會怎樣對我？</w:t>
      </w:r>
    </w:p>
    <w:p>
      <w:pPr>
        <w:spacing w:after="80"/>
      </w:pPr>
      <w:r>
        <w:rPr>
          <w:rFonts w:ascii="Microsoft JhengHei" w:hAnsi="Microsoft JhengHei" w:eastAsia="Microsoft JhengHei"/>
          <w:b w:val="0"/>
          <w:i w:val="0"/>
          <w:color w:val="222A36"/>
          <w:sz w:val="22"/>
        </w:rPr>
        <w:t>牧養焦點：這班同學讀書和做人都沒有動力。本課不要求同學「振作」，而是讓他們經歷神先照顧疲乏的人；並在第 4 節及收結時提醒向信任的人求助。</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FE7D6"/>
          </w:tcPr>
          <w:p>
            <w:r/>
            <w:r>
              <w:rPr>
                <w:rFonts w:ascii="Microsoft JhengHei" w:hAnsi="Microsoft JhengHei" w:eastAsia="Microsoft JhengHei"/>
                <w:b/>
                <w:i w:val="0"/>
                <w:color w:val="222A36"/>
                <w:sz w:val="20"/>
              </w:rPr>
              <w:t>知識</w:t>
            </w:r>
          </w:p>
        </w:tc>
        <w:tc>
          <w:tcPr>
            <w:tcW w:type="dxa" w:w="3324"/>
            <w:shd w:val="clear" w:fill="EFE7D6"/>
          </w:tcPr>
          <w:p>
            <w:r/>
            <w:r>
              <w:rPr>
                <w:rFonts w:ascii="Microsoft JhengHei" w:hAnsi="Microsoft JhengHei" w:eastAsia="Microsoft JhengHei"/>
                <w:b/>
                <w:i w:val="0"/>
                <w:color w:val="222A36"/>
                <w:sz w:val="20"/>
              </w:rPr>
              <w:t>技能</w:t>
            </w:r>
          </w:p>
        </w:tc>
        <w:tc>
          <w:tcPr>
            <w:tcW w:type="dxa" w:w="3324"/>
            <w:shd w:val="clear" w:fill="EFE7D6"/>
          </w:tcPr>
          <w:p>
            <w:r/>
            <w:r>
              <w:rPr>
                <w:rFonts w:ascii="Microsoft JhengHei" w:hAnsi="Microsoft JhengHei" w:eastAsia="Microsoft JhengHei"/>
                <w:b/>
                <w:i w:val="0"/>
                <w:color w:val="222A36"/>
                <w:sz w:val="20"/>
              </w:rPr>
              <w:t>態度</w:t>
            </w:r>
          </w:p>
        </w:tc>
      </w:tr>
      <w:tr>
        <w:tc>
          <w:tcPr>
            <w:tcW w:type="dxa" w:w="3324"/>
          </w:tcPr>
          <w:p>
            <w:r/>
            <w:r>
              <w:rPr>
                <w:rFonts w:ascii="Microsoft JhengHei" w:hAnsi="Microsoft JhengHei" w:eastAsia="Microsoft JhengHei"/>
                <w:b w:val="0"/>
                <w:i w:val="0"/>
                <w:color w:val="222A36"/>
                <w:sz w:val="20"/>
              </w:rPr>
              <w:t>說出以利亞在羅騰樹下的經歷，以及神照顧他的次序（拍醒、食物、休息、再照顧）。</w:t>
              <w:br/>
              <w:t>說出耶穌對勞苦擔重擔的人的邀請。</w:t>
            </w:r>
          </w:p>
        </w:tc>
        <w:tc>
          <w:tcPr>
            <w:tcW w:type="dxa" w:w="3324"/>
          </w:tcPr>
          <w:p>
            <w:r/>
            <w:r>
              <w:rPr>
                <w:rFonts w:ascii="Microsoft JhengHei" w:hAnsi="Microsoft JhengHei" w:eastAsia="Microsoft JhengHei"/>
                <w:b w:val="0"/>
                <w:i w:val="0"/>
                <w:color w:val="222A36"/>
                <w:sz w:val="20"/>
              </w:rPr>
              <w:t>能用一句話誠實地向神表達自己的狀態。</w:t>
              <w:br/>
              <w:t>能為自己訂下每天五分鐘的安息時間。</w:t>
            </w:r>
          </w:p>
        </w:tc>
        <w:tc>
          <w:tcPr>
            <w:tcW w:type="dxa" w:w="3324"/>
          </w:tcPr>
          <w:p>
            <w:r/>
            <w:r>
              <w:rPr>
                <w:rFonts w:ascii="Microsoft JhengHei" w:hAnsi="Microsoft JhengHei" w:eastAsia="Microsoft JhengHei"/>
                <w:b w:val="0"/>
                <w:i w:val="0"/>
                <w:color w:val="222A36"/>
                <w:sz w:val="20"/>
              </w:rPr>
              <w:t>明白疲累不等於失敗，願意接受神的照顧。</w:t>
              <w:br/>
              <w:t>願意在需要時向信任的人求助。</w:t>
            </w:r>
          </w:p>
        </w:tc>
      </w:tr>
    </w:tbl>
    <w:p/>
    <w:p>
      <w:pPr>
        <w:spacing w:after="120" w:before="240"/>
      </w:pPr>
      <w:r>
        <w:rPr>
          <w:rFonts w:ascii="Microsoft JhengHei" w:hAnsi="Microsoft JhengHei" w:eastAsia="Microsoft JhengHei"/>
          <w:b/>
          <w:i w:val="0"/>
          <w:color w:val="A86B1F"/>
          <w:sz w:val="32"/>
        </w:rPr>
        <w:t>二、兩個核心</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核心一「祂是誰？」</w:t>
            </w:r>
          </w:p>
          <w:p>
            <w:r>
              <w:rPr>
                <w:rFonts w:ascii="Microsoft JhengHei" w:hAnsi="Microsoft JhengHei" w:eastAsia="Microsoft JhengHei"/>
                <w:b w:val="0"/>
                <w:i w:val="0"/>
                <w:color w:val="222A36"/>
                <w:sz w:val="22"/>
              </w:rPr>
              <w:t>耶穌是那位對勞苦擔重擔的人說「到我這裏來」的主，祂為我們捨命、復活，今天仍給疲乏的人安息。〔馬太福音 11:28〕</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核心二「信心×行動」</w:t>
            </w:r>
          </w:p>
          <w:p>
            <w:r>
              <w:rPr>
                <w:rFonts w:ascii="Microsoft JhengHei" w:hAnsi="Microsoft JhengHei" w:eastAsia="Microsoft JhengHei"/>
                <w:b w:val="0"/>
                <w:i w:val="0"/>
                <w:color w:val="222A36"/>
                <w:sz w:val="22"/>
              </w:rPr>
              <w:t>像以利亞「起來吃了喝了」一樣，這星期每天停下五分鐘，向神說一句真心話，接受祂的照顧。〔列王紀上 19:8〕</w:t>
            </w:r>
          </w:p>
        </w:tc>
      </w:tr>
    </w:tbl>
    <w:p/>
    <w:p>
      <w:pPr>
        <w:spacing w:after="80"/>
      </w:pPr>
      <w:r>
        <w:rPr>
          <w:rFonts w:ascii="Microsoft JhengHei" w:hAnsi="Microsoft JhengHei" w:eastAsia="Microsoft JhengHei"/>
          <w:b w:val="0"/>
          <w:i w:val="0"/>
          <w:color w:val="6B7280"/>
          <w:sz w:val="20"/>
        </w:rPr>
        <w:t>聖經簡報：經文：列王紀上 19:3-8（系列「跟以利亞重新得力」第一課）。大意：當我累到想說「罷了」，神不是先責備我，而是先照顧我；復活的耶穌邀請我到祂那裏得安息，再陪我走下一步。核心一（祂是誰）：耶穌是邀請勞苦擔重擔的人得安息的主（Matthew 11:28），祂為我們捨命、復活（Romans 5:8）。核心二（信心×行動）：像以利亞「起來吃了喝了」（1 Kings 19:8），這星期每天停下五分鐘，向神說一句真心話，接受祂的照顧（安息操練）。基督教軌道用詞：神、聖靈、靈修、安息。避免誤讀：休息是為了更努力表現；沒有動力等於信心不足；信了就不會再累；以利亞求死可以效法。第 4 節須配求助提示。</w:t>
      </w:r>
    </w:p>
    <w:p>
      <w:pPr>
        <w:spacing w:after="120" w:before="240"/>
      </w:pPr>
      <w:r>
        <w:rPr>
          <w:rFonts w:ascii="Microsoft JhengHei" w:hAnsi="Microsoft JhengHei" w:eastAsia="Microsoft JhengHei"/>
          <w:b/>
          <w:i w:val="0"/>
          <w:color w:val="222A36"/>
          <w:sz w:val="26"/>
        </w:rPr>
        <w:t>系列大綱</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680"/>
            <w:shd w:val="clear" w:fill="EFE7D6"/>
          </w:tcPr>
          <w:p>
            <w:r/>
            <w:r>
              <w:rPr>
                <w:rFonts w:ascii="Microsoft JhengHei" w:hAnsi="Microsoft JhengHei" w:eastAsia="Microsoft JhengHei"/>
                <w:b/>
                <w:i w:val="0"/>
                <w:color w:val="222A36"/>
                <w:sz w:val="20"/>
              </w:rPr>
              <w:t>課</w:t>
            </w:r>
          </w:p>
        </w:tc>
        <w:tc>
          <w:tcPr>
            <w:tcW w:type="dxa" w:w="2268"/>
            <w:shd w:val="clear" w:fill="EFE7D6"/>
          </w:tcPr>
          <w:p>
            <w:r/>
            <w:r>
              <w:rPr>
                <w:rFonts w:ascii="Microsoft JhengHei" w:hAnsi="Microsoft JhengHei" w:eastAsia="Microsoft JhengHei"/>
                <w:b/>
                <w:i w:val="0"/>
                <w:color w:val="222A36"/>
                <w:sz w:val="20"/>
              </w:rPr>
              <w:t>題目</w:t>
            </w:r>
          </w:p>
        </w:tc>
        <w:tc>
          <w:tcPr>
            <w:tcW w:type="dxa" w:w="2551"/>
            <w:shd w:val="clear" w:fill="EFE7D6"/>
          </w:tcPr>
          <w:p>
            <w:r/>
            <w:r>
              <w:rPr>
                <w:rFonts w:ascii="Microsoft JhengHei" w:hAnsi="Microsoft JhengHei" w:eastAsia="Microsoft JhengHei"/>
                <w:b/>
                <w:i w:val="0"/>
                <w:color w:val="222A36"/>
                <w:sz w:val="20"/>
              </w:rPr>
              <w:t>焦點</w:t>
            </w:r>
          </w:p>
        </w:tc>
        <w:tc>
          <w:tcPr>
            <w:tcW w:type="dxa" w:w="1701"/>
            <w:shd w:val="clear" w:fill="EFE7D6"/>
          </w:tcPr>
          <w:p>
            <w:r/>
            <w:r>
              <w:rPr>
                <w:rFonts w:ascii="Microsoft JhengHei" w:hAnsi="Microsoft JhengHei" w:eastAsia="Microsoft JhengHei"/>
                <w:b/>
                <w:i w:val="0"/>
                <w:color w:val="222A36"/>
                <w:sz w:val="20"/>
              </w:rPr>
              <w:t>主要經文</w:t>
            </w:r>
          </w:p>
        </w:tc>
        <w:tc>
          <w:tcPr>
            <w:tcW w:type="dxa" w:w="2268"/>
            <w:shd w:val="clear" w:fill="EFE7D6"/>
          </w:tcPr>
          <w:p>
            <w:r/>
            <w:r>
              <w:rPr>
                <w:rFonts w:ascii="Microsoft JhengHei" w:hAnsi="Microsoft JhengHei" w:eastAsia="Microsoft JhengHei"/>
                <w:b/>
                <w:i w:val="0"/>
                <w:color w:val="222A36"/>
                <w:sz w:val="20"/>
              </w:rPr>
              <w:t>主要活動</w:t>
            </w:r>
          </w:p>
        </w:tc>
      </w:tr>
      <w:tr>
        <w:tc>
          <w:tcPr>
            <w:tcW w:type="dxa" w:w="680"/>
          </w:tcPr>
          <w:p>
            <w:r/>
            <w:r>
              <w:rPr>
                <w:rFonts w:ascii="Microsoft JhengHei" w:hAnsi="Microsoft JhengHei" w:eastAsia="Microsoft JhengHei"/>
                <w:b w:val="0"/>
                <w:i w:val="0"/>
                <w:color w:val="222A36"/>
                <w:sz w:val="20"/>
              </w:rPr>
              <w:t>1</w:t>
            </w:r>
          </w:p>
        </w:tc>
        <w:tc>
          <w:tcPr>
            <w:tcW w:type="dxa" w:w="2268"/>
          </w:tcPr>
          <w:p>
            <w:r/>
            <w:r>
              <w:rPr>
                <w:rFonts w:ascii="Microsoft JhengHei" w:hAnsi="Microsoft JhengHei" w:eastAsia="Microsoft JhengHei"/>
                <w:b w:val="0"/>
                <w:i w:val="0"/>
                <w:color w:val="222A36"/>
                <w:sz w:val="20"/>
              </w:rPr>
              <w:t>羅騰樹下：累了，神先照顧你</w:t>
            </w:r>
          </w:p>
        </w:tc>
        <w:tc>
          <w:tcPr>
            <w:tcW w:type="dxa" w:w="2551"/>
          </w:tcPr>
          <w:p>
            <w:r/>
            <w:r>
              <w:rPr>
                <w:rFonts w:ascii="Microsoft JhengHei" w:hAnsi="Microsoft JhengHei" w:eastAsia="Microsoft JhengHei"/>
                <w:b w:val="0"/>
                <w:i w:val="0"/>
                <w:color w:val="222A36"/>
                <w:sz w:val="20"/>
              </w:rPr>
              <w:t>疲乏與被照顧：恩典先於要求</w:t>
            </w:r>
          </w:p>
        </w:tc>
        <w:tc>
          <w:tcPr>
            <w:tcW w:type="dxa" w:w="1701"/>
          </w:tcPr>
          <w:p>
            <w:r/>
            <w:r>
              <w:rPr>
                <w:rFonts w:ascii="Microsoft JhengHei" w:hAnsi="Microsoft JhengHei" w:eastAsia="Microsoft JhengHei"/>
                <w:b w:val="0"/>
                <w:i w:val="0"/>
                <w:color w:val="222A36"/>
                <w:sz w:val="20"/>
              </w:rPr>
              <w:t>1 Kings 19:3-8</w:t>
            </w:r>
          </w:p>
        </w:tc>
        <w:tc>
          <w:tcPr>
            <w:tcW w:type="dxa" w:w="2268"/>
          </w:tcPr>
          <w:p>
            <w:r/>
            <w:r>
              <w:rPr>
                <w:rFonts w:ascii="Microsoft JhengHei" w:hAnsi="Microsoft JhengHei" w:eastAsia="Microsoft JhengHei"/>
                <w:b w:val="0"/>
                <w:i w:val="0"/>
                <w:color w:val="222A36"/>
                <w:sz w:val="20"/>
              </w:rPr>
              <w:t>原位定格：羅騰樹下</w:t>
            </w:r>
          </w:p>
        </w:tc>
      </w:tr>
      <w:tr>
        <w:tc>
          <w:tcPr>
            <w:tcW w:type="dxa" w:w="680"/>
          </w:tcPr>
          <w:p>
            <w:r/>
            <w:r>
              <w:rPr>
                <w:rFonts w:ascii="Microsoft JhengHei" w:hAnsi="Microsoft JhengHei" w:eastAsia="Microsoft JhengHei"/>
                <w:b w:val="0"/>
                <w:i w:val="0"/>
                <w:color w:val="222A36"/>
                <w:sz w:val="20"/>
              </w:rPr>
              <w:t>2</w:t>
            </w:r>
          </w:p>
        </w:tc>
        <w:tc>
          <w:tcPr>
            <w:tcW w:type="dxa" w:w="2268"/>
          </w:tcPr>
          <w:p>
            <w:r/>
            <w:r>
              <w:rPr>
                <w:rFonts w:ascii="Microsoft JhengHei" w:hAnsi="Microsoft JhengHei" w:eastAsia="Microsoft JhengHei"/>
                <w:b w:val="0"/>
                <w:i w:val="0"/>
                <w:color w:val="222A36"/>
                <w:sz w:val="20"/>
              </w:rPr>
              <w:t>何烈山的微聲：在喧鬧中聽見神</w:t>
            </w:r>
          </w:p>
        </w:tc>
        <w:tc>
          <w:tcPr>
            <w:tcW w:type="dxa" w:w="2551"/>
          </w:tcPr>
          <w:p>
            <w:r/>
            <w:r>
              <w:rPr>
                <w:rFonts w:ascii="Microsoft JhengHei" w:hAnsi="Microsoft JhengHei" w:eastAsia="Microsoft JhengHei"/>
                <w:b w:val="0"/>
                <w:i w:val="0"/>
                <w:color w:val="222A36"/>
                <w:sz w:val="20"/>
              </w:rPr>
              <w:t>安靜聆聽：神不在風、地震、火中，而在微小的聲音</w:t>
            </w:r>
          </w:p>
        </w:tc>
        <w:tc>
          <w:tcPr>
            <w:tcW w:type="dxa" w:w="1701"/>
          </w:tcPr>
          <w:p>
            <w:r/>
            <w:r>
              <w:rPr>
                <w:rFonts w:ascii="Microsoft JhengHei" w:hAnsi="Microsoft JhengHei" w:eastAsia="Microsoft JhengHei"/>
                <w:b w:val="0"/>
                <w:i w:val="0"/>
                <w:color w:val="222A36"/>
                <w:sz w:val="20"/>
              </w:rPr>
              <w:t>1 Kings 19:11-13</w:t>
            </w:r>
          </w:p>
        </w:tc>
        <w:tc>
          <w:tcPr>
            <w:tcW w:type="dxa" w:w="2268"/>
          </w:tcPr>
          <w:p>
            <w:r/>
            <w:r>
              <w:rPr>
                <w:rFonts w:ascii="Microsoft JhengHei" w:hAnsi="Microsoft JhengHei" w:eastAsia="Microsoft JhengHei"/>
                <w:b w:val="0"/>
                <w:i w:val="0"/>
                <w:color w:val="222A36"/>
                <w:sz w:val="20"/>
              </w:rPr>
              <w:t>數碼安靜一分鐘及聆聽默想</w:t>
            </w:r>
          </w:p>
        </w:tc>
      </w:tr>
      <w:tr>
        <w:tc>
          <w:tcPr>
            <w:tcW w:type="dxa" w:w="680"/>
          </w:tcPr>
          <w:p>
            <w:r/>
            <w:r>
              <w:rPr>
                <w:rFonts w:ascii="Microsoft JhengHei" w:hAnsi="Microsoft JhengHei" w:eastAsia="Microsoft JhengHei"/>
                <w:b w:val="0"/>
                <w:i w:val="0"/>
                <w:color w:val="222A36"/>
                <w:sz w:val="20"/>
              </w:rPr>
              <w:t>3</w:t>
            </w:r>
          </w:p>
        </w:tc>
        <w:tc>
          <w:tcPr>
            <w:tcW w:type="dxa" w:w="2268"/>
          </w:tcPr>
          <w:p>
            <w:r/>
            <w:r>
              <w:rPr>
                <w:rFonts w:ascii="Microsoft JhengHei" w:hAnsi="Microsoft JhengHei" w:eastAsia="Microsoft JhengHei"/>
                <w:b w:val="0"/>
                <w:i w:val="0"/>
                <w:color w:val="222A36"/>
                <w:sz w:val="20"/>
              </w:rPr>
              <w:t>回去吧，你不是一個人：重新得力、被差遣</w:t>
            </w:r>
          </w:p>
        </w:tc>
        <w:tc>
          <w:tcPr>
            <w:tcW w:type="dxa" w:w="2551"/>
          </w:tcPr>
          <w:p>
            <w:r/>
            <w:r>
              <w:rPr>
                <w:rFonts w:ascii="Microsoft JhengHei" w:hAnsi="Microsoft JhengHei" w:eastAsia="Microsoft JhengHei"/>
                <w:b w:val="0"/>
                <w:i w:val="0"/>
                <w:color w:val="222A36"/>
                <w:sz w:val="20"/>
              </w:rPr>
              <w:t>意義與方向：神給以利亞新的任務及同行的人</w:t>
            </w:r>
          </w:p>
        </w:tc>
        <w:tc>
          <w:tcPr>
            <w:tcW w:type="dxa" w:w="1701"/>
          </w:tcPr>
          <w:p>
            <w:r/>
            <w:r>
              <w:rPr>
                <w:rFonts w:ascii="Microsoft JhengHei" w:hAnsi="Microsoft JhengHei" w:eastAsia="Microsoft JhengHei"/>
                <w:b w:val="0"/>
                <w:i w:val="0"/>
                <w:color w:val="222A36"/>
                <w:sz w:val="20"/>
              </w:rPr>
              <w:t>1 Kings 19:15-18</w:t>
            </w:r>
          </w:p>
        </w:tc>
        <w:tc>
          <w:tcPr>
            <w:tcW w:type="dxa" w:w="2268"/>
          </w:tcPr>
          <w:p>
            <w:r/>
            <w:r>
              <w:rPr>
                <w:rFonts w:ascii="Microsoft JhengHei" w:hAnsi="Microsoft JhengHei" w:eastAsia="Microsoft JhengHei"/>
                <w:b w:val="0"/>
                <w:i w:val="0"/>
                <w:color w:val="222A36"/>
                <w:sz w:val="20"/>
              </w:rPr>
              <w:t>信心網：找出三位同行的人</w:t>
            </w:r>
          </w:p>
        </w:tc>
      </w:tr>
    </w:tbl>
    <w:p/>
    <w:p>
      <w:pPr>
        <w:spacing w:after="120" w:before="240"/>
      </w:pPr>
      <w:r>
        <w:rPr>
          <w:rFonts w:ascii="Microsoft JhengHei" w:hAnsi="Microsoft JhengHei" w:eastAsia="Microsoft JhengHei"/>
          <w:b/>
          <w:i w:val="0"/>
          <w:color w:val="A86B1F"/>
          <w:sz w:val="32"/>
        </w:rPr>
        <w:t>三、時間表</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814"/>
            <w:shd w:val="clear" w:fill="EFE7D6"/>
          </w:tcPr>
          <w:p>
            <w:r/>
            <w:r>
              <w:rPr>
                <w:rFonts w:ascii="Microsoft JhengHei" w:hAnsi="Microsoft JhengHei" w:eastAsia="Microsoft JhengHei"/>
                <w:b/>
                <w:i w:val="0"/>
                <w:color w:val="222A36"/>
                <w:sz w:val="20"/>
              </w:rPr>
              <w:t>環節</w:t>
            </w:r>
          </w:p>
        </w:tc>
        <w:tc>
          <w:tcPr>
            <w:tcW w:type="dxa" w:w="1134"/>
            <w:shd w:val="clear" w:fill="EFE7D6"/>
          </w:tcPr>
          <w:p>
            <w:r/>
            <w:r>
              <w:rPr>
                <w:rFonts w:ascii="Microsoft JhengHei" w:hAnsi="Microsoft JhengHei" w:eastAsia="Microsoft JhengHei"/>
                <w:b/>
                <w:i w:val="0"/>
                <w:color w:val="222A36"/>
                <w:sz w:val="20"/>
              </w:rPr>
              <w:t>時間</w:t>
            </w:r>
          </w:p>
        </w:tc>
        <w:tc>
          <w:tcPr>
            <w:tcW w:type="dxa" w:w="3685"/>
            <w:shd w:val="clear" w:fill="EFE7D6"/>
          </w:tcPr>
          <w:p>
            <w:r/>
            <w:r>
              <w:rPr>
                <w:rFonts w:ascii="Microsoft JhengHei" w:hAnsi="Microsoft JhengHei" w:eastAsia="Microsoft JhengHei"/>
                <w:b/>
                <w:i w:val="0"/>
                <w:color w:val="222A36"/>
                <w:sz w:val="20"/>
              </w:rPr>
              <w:t>內容</w:t>
            </w:r>
          </w:p>
        </w:tc>
        <w:tc>
          <w:tcPr>
            <w:tcW w:type="dxa" w:w="1984"/>
            <w:shd w:val="clear" w:fill="EFE7D6"/>
          </w:tcPr>
          <w:p>
            <w:r/>
            <w:r>
              <w:rPr>
                <w:rFonts w:ascii="Microsoft JhengHei" w:hAnsi="Microsoft JhengHei" w:eastAsia="Microsoft JhengHei"/>
                <w:b/>
                <w:i w:val="0"/>
                <w:color w:val="222A36"/>
                <w:sz w:val="20"/>
              </w:rPr>
              <w:t>活動</w:t>
            </w:r>
          </w:p>
        </w:tc>
        <w:tc>
          <w:tcPr>
            <w:tcW w:type="dxa" w:w="680"/>
            <w:shd w:val="clear" w:fill="EFE7D6"/>
          </w:tcPr>
          <w:p>
            <w:r/>
            <w:r>
              <w:rPr>
                <w:rFonts w:ascii="Microsoft JhengHei" w:hAnsi="Microsoft JhengHei" w:eastAsia="Microsoft JhengHei"/>
                <w:b/>
                <w:i w:val="0"/>
                <w:color w:val="222A36"/>
                <w:sz w:val="20"/>
              </w:rPr>
              <w:t>禱告</w:t>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今日電量</w:t>
            </w:r>
          </w:p>
        </w:tc>
        <w:tc>
          <w:tcPr>
            <w:tcW w:type="dxa" w:w="1984"/>
          </w:tcPr>
          <w:p>
            <w:r/>
            <w:r>
              <w:rPr>
                <w:rFonts w:ascii="Microsoft JhengHei" w:hAnsi="Microsoft JhengHei" w:eastAsia="Microsoft JhengHei"/>
                <w:b w:val="0"/>
                <w:i w:val="0"/>
                <w:color w:val="222A36"/>
                <w:sz w:val="20"/>
              </w:rPr>
              <w:t>今日電量（匿名電池）</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開課短禱及大問題</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背景及朗讀</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8 分鐘</w:t>
            </w:r>
          </w:p>
        </w:tc>
        <w:tc>
          <w:tcPr>
            <w:tcW w:type="dxa" w:w="3685"/>
          </w:tcPr>
          <w:p>
            <w:r/>
            <w:r>
              <w:rPr>
                <w:rFonts w:ascii="Microsoft JhengHei" w:hAnsi="Microsoft JhengHei" w:eastAsia="Microsoft JhengHei"/>
                <w:b w:val="0"/>
                <w:i w:val="0"/>
                <w:color w:val="222A36"/>
                <w:sz w:val="20"/>
              </w:rPr>
              <w:t>原位定格：羅騰樹下</w:t>
            </w:r>
          </w:p>
        </w:tc>
        <w:tc>
          <w:tcPr>
            <w:tcW w:type="dxa" w:w="1984"/>
          </w:tcPr>
          <w:p>
            <w:r/>
            <w:r>
              <w:rPr>
                <w:rFonts w:ascii="Microsoft JhengHei" w:hAnsi="Microsoft JhengHei" w:eastAsia="Microsoft JhengHei"/>
                <w:b w:val="0"/>
                <w:i w:val="0"/>
                <w:color w:val="222A36"/>
                <w:sz w:val="20"/>
              </w:rPr>
              <w:t>原位定格：羅騰樹下</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三句話宣告：恩典先於要求</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老師時刻</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原位默想三步：到我這裏來</w:t>
            </w:r>
          </w:p>
        </w:tc>
        <w:tc>
          <w:tcPr>
            <w:tcW w:type="dxa" w:w="1984"/>
          </w:tcPr>
          <w:p>
            <w:r/>
            <w:r>
              <w:rPr>
                <w:rFonts w:ascii="Microsoft JhengHei" w:hAnsi="Microsoft JhengHei" w:eastAsia="Microsoft JhengHei"/>
                <w:b w:val="0"/>
                <w:i w:val="0"/>
                <w:color w:val="222A36"/>
                <w:sz w:val="20"/>
              </w:rPr>
              <w:t>原位默想三步：到我這裏來</w:t>
            </w:r>
          </w:p>
        </w:tc>
        <w:tc>
          <w:tcPr>
            <w:tcW w:type="dxa" w:w="680"/>
          </w:tcPr>
          <w:p>
            <w:r/>
            <w:r>
              <w:rPr>
                <w:rFonts w:ascii="Microsoft JhengHei" w:hAnsi="Microsoft JhengHei" w:eastAsia="Microsoft JhengHei"/>
                <w:b w:val="0"/>
                <w:i w:val="0"/>
                <w:color w:val="222A36"/>
                <w:sz w:val="20"/>
              </w:rPr>
              <w:t>🙏</w:t>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安息卡</w:t>
            </w:r>
          </w:p>
        </w:tc>
        <w:tc>
          <w:tcPr>
            <w:tcW w:type="dxa" w:w="1984"/>
          </w:tcPr>
          <w:p>
            <w:r/>
            <w:r>
              <w:rPr>
                <w:rFonts w:ascii="Microsoft JhengHei" w:hAnsi="Microsoft JhengHei" w:eastAsia="Microsoft JhengHei"/>
                <w:b w:val="0"/>
                <w:i w:val="0"/>
                <w:color w:val="222A36"/>
                <w:sz w:val="20"/>
              </w:rPr>
              <w:t>安息卡</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收結禱告、求助提示及課後路徑</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t>🙏</w:t>
            </w:r>
          </w:p>
        </w:tc>
      </w:tr>
    </w:tbl>
    <w:p/>
    <w:p>
      <w:pPr>
        <w:spacing w:after="120" w:before="240"/>
      </w:pPr>
      <w:r>
        <w:rPr>
          <w:rFonts w:ascii="Microsoft JhengHei" w:hAnsi="Microsoft JhengHei" w:eastAsia="Microsoft JhengHei"/>
          <w:b/>
          <w:i w:val="0"/>
          <w:color w:val="A86B1F"/>
          <w:sz w:val="32"/>
        </w:rPr>
        <w:t>四、教學流程</w:t>
      </w:r>
    </w:p>
    <w:p>
      <w:pPr>
        <w:spacing w:after="120" w:before="240"/>
      </w:pPr>
      <w:r>
        <w:rPr>
          <w:rFonts w:ascii="Microsoft JhengHei" w:hAnsi="Microsoft JhengHei" w:eastAsia="Microsoft JhengHei"/>
          <w:b/>
          <w:i w:val="0"/>
          <w:color w:val="222A36"/>
          <w:sz w:val="26"/>
        </w:rPr>
        <w:t>1. 今日電量（導入與破冰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派小紙，請同學畫電池、填今天的電量（不寫名字），摺好放進盒子。</w:t>
      </w:r>
    </w:p>
    <w:p>
      <w:pPr>
        <w:pStyle w:val="ListBullet"/>
      </w:pPr>
      <w:r>
        <w:rPr>
          <w:rFonts w:ascii="Microsoft JhengHei" w:hAnsi="Microsoft JhengHei" w:eastAsia="Microsoft JhengHei"/>
          <w:b w:val="0"/>
          <w:i w:val="0"/>
          <w:color w:val="222A36"/>
          <w:sz w:val="22"/>
        </w:rPr>
        <w:t>抽出五張，只讀百分比，不讀字跡內容，讀完即放回。</w:t>
      </w:r>
    </w:p>
    <w:p>
      <w:pPr>
        <w:pStyle w:val="ListBullet"/>
      </w:pPr>
      <w:r>
        <w:rPr>
          <w:rFonts w:ascii="Microsoft JhengHei" w:hAnsi="Microsoft JhengHei" w:eastAsia="Microsoft JhengHei"/>
          <w:b w:val="0"/>
          <w:i w:val="0"/>
          <w:color w:val="222A36"/>
          <w:sz w:val="22"/>
        </w:rPr>
        <w:t>說：「低電不是失敗，這一課就是為累了的人預備的。」</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畫電池、填電量。</w:t>
      </w:r>
    </w:p>
    <w:p>
      <w:pPr>
        <w:pStyle w:val="ListBullet"/>
      </w:pPr>
      <w:r>
        <w:rPr>
          <w:rFonts w:ascii="Microsoft JhengHei" w:hAnsi="Microsoft JhengHei" w:eastAsia="Microsoft JhengHei"/>
          <w:b w:val="0"/>
          <w:i w:val="0"/>
          <w:color w:val="222A36"/>
          <w:sz w:val="22"/>
        </w:rPr>
        <w:t>把小紙放進盒子。</w:t>
      </w:r>
    </w:p>
    <w:p>
      <w:pPr>
        <w:spacing w:after="80"/>
      </w:pPr>
      <w:r>
        <w:rPr>
          <w:rFonts w:ascii="Microsoft JhengHei" w:hAnsi="Microsoft JhengHei" w:eastAsia="Microsoft JhengHei"/>
          <w:b w:val="0"/>
          <w:i w:val="0"/>
          <w:color w:val="6B7280"/>
          <w:sz w:val="20"/>
        </w:rPr>
        <w:t>SEN 調適：可以只塗顏色代表電量，不用寫數字。</w:t>
      </w:r>
    </w:p>
    <w:p>
      <w:pPr>
        <w:spacing w:after="80"/>
      </w:pPr>
      <w:r>
        <w:rPr>
          <w:rFonts w:ascii="Microsoft JhengHei" w:hAnsi="Microsoft JhengHei" w:eastAsia="Microsoft JhengHei"/>
          <w:b w:val="0"/>
          <w:i w:val="0"/>
          <w:color w:val="6B7280"/>
          <w:sz w:val="20"/>
        </w:rPr>
        <w:t>過渡：連以利亞這樣的先知，也有沒電的時候。</w:t>
      </w:r>
    </w:p>
    <w:p>
      <w:pPr>
        <w:spacing w:after="120" w:before="240"/>
      </w:pPr>
      <w:r>
        <w:rPr>
          <w:rFonts w:ascii="Microsoft JhengHei" w:hAnsi="Microsoft JhengHei" w:eastAsia="Microsoft JhengHei"/>
          <w:b/>
          <w:i w:val="0"/>
          <w:color w:val="222A36"/>
          <w:sz w:val="26"/>
        </w:rPr>
        <w:t>2. 開課短禱及大問題（導入與破冰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帶開課短禱。</w:t>
      </w:r>
    </w:p>
    <w:p>
      <w:pPr>
        <w:pStyle w:val="ListBullet"/>
      </w:pPr>
      <w:r>
        <w:rPr>
          <w:rFonts w:ascii="Microsoft JhengHei" w:hAnsi="Microsoft JhengHei" w:eastAsia="Microsoft JhengHei"/>
          <w:b w:val="0"/>
          <w:i w:val="0"/>
          <w:color w:val="222A36"/>
          <w:sz w:val="22"/>
        </w:rPr>
        <w:t>在白板寫大問題：當我累到想說「罷了」，神會怎樣對我？</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安靜一同禱告（可以只聽）。</w:t>
      </w:r>
    </w:p>
    <w:p>
      <w:pPr>
        <w:spacing w:after="80"/>
      </w:pPr>
      <w:r>
        <w:rPr>
          <w:rFonts w:ascii="Microsoft JhengHei" w:hAnsi="Microsoft JhengHei" w:eastAsia="Microsoft JhengHei"/>
          <w:b w:val="0"/>
          <w:i w:val="0"/>
          <w:color w:val="6B7280"/>
          <w:sz w:val="20"/>
        </w:rPr>
        <w:t>SEN 調適：大問題配一個電池圖示。</w:t>
      </w:r>
    </w:p>
    <w:p>
      <w:pPr>
        <w:spacing w:after="80"/>
      </w:pPr>
      <w:r>
        <w:rPr>
          <w:rFonts w:ascii="Microsoft JhengHei" w:hAnsi="Microsoft JhengHei" w:eastAsia="Microsoft JhengHei"/>
          <w:b w:val="0"/>
          <w:i w:val="0"/>
          <w:color w:val="6B7280"/>
          <w:sz w:val="20"/>
        </w:rPr>
        <w:t>過渡：我們來看一位剛打完大勝仗、卻累到想放棄的先知。</w:t>
      </w:r>
    </w:p>
    <w:p>
      <w:pPr>
        <w:spacing w:after="120" w:before="240"/>
      </w:pPr>
      <w:r>
        <w:rPr>
          <w:rFonts w:ascii="Microsoft JhengHei" w:hAnsi="Microsoft JhengHei" w:eastAsia="Microsoft JhengHei"/>
          <w:b/>
          <w:i w:val="0"/>
          <w:color w:val="222A36"/>
          <w:sz w:val="26"/>
        </w:rPr>
        <w:t>3. 背景及朗讀（經文探索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簡述背景：以利亞剛在迦密山經歷神降火的大勝，卻被王后恐嚇而逃命。</w:t>
      </w:r>
    </w:p>
    <w:p>
      <w:pPr>
        <w:pStyle w:val="ListBullet"/>
      </w:pPr>
      <w:r>
        <w:rPr>
          <w:rFonts w:ascii="Microsoft JhengHei" w:hAnsi="Microsoft JhengHei" w:eastAsia="Microsoft JhengHei"/>
          <w:b w:val="0"/>
          <w:i w:val="0"/>
          <w:color w:val="222A36"/>
          <w:sz w:val="22"/>
        </w:rPr>
        <w:t>朗讀經文；讀到第 4 節時停一停，說明以利亞是向神坦白「罷了」，並說：「如果你也有很累、不想再撐下去的感受，請告訴一位你信任的人，老師和社工都願意陪你。」</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跟着投影片默讀經文。</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18:38-39（和合本 (CUV, public domain)）</w:t>
            </w:r>
          </w:p>
          <w:p>
            <w:r>
              <w:rPr>
                <w:rFonts w:ascii="Microsoft JhengHei" w:hAnsi="Microsoft JhengHei" w:eastAsia="Microsoft JhengHei"/>
                <w:b w:val="0"/>
                <w:i w:val="0"/>
                <w:color w:val="222A36"/>
                <w:sz w:val="22"/>
              </w:rPr>
              <w:t>38於是，耶和華降下火來，燒盡燔祭、木柴、石頭、塵土，又燒乾溝裡的水。 39眾民看見了，就俯伏在地，說：「耶和華是 神！耶和華是 神！」</w:t>
            </w:r>
          </w:p>
          <w:p>
            <w:r>
              <w:rPr>
                <w:rFonts w:ascii="Microsoft JhengHei" w:hAnsi="Microsoft JhengHei" w:eastAsia="Microsoft JhengHei"/>
                <w:b w:val="0"/>
                <w:i w:val="0"/>
                <w:color w:val="222A36"/>
                <w:sz w:val="22"/>
              </w:rPr>
              <w:t>1 Kings 18:38-39 (WEB): 38 Then the fire of Yahweh fell, and consumed the burnt offering, and the wood, and the stones, and the dust, and licked up the water that was in the trench. 39 When all the people saw it, they fell on their faces: and they said, Yahweh, he is God; Yahweh, he is God.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19:3-8（和合本 (CUV, public domain)）</w:t>
            </w:r>
          </w:p>
          <w:p>
            <w:r>
              <w:rPr>
                <w:rFonts w:ascii="Microsoft JhengHei" w:hAnsi="Microsoft JhengHei" w:eastAsia="Microsoft JhengHei"/>
                <w:b w:val="0"/>
                <w:i w:val="0"/>
                <w:color w:val="222A36"/>
                <w:sz w:val="22"/>
              </w:rPr>
              <w:t>3以利亞見這光景就起來逃命，到了猶大的別是巴，將僕人留在那裡， 4自己在曠野走了一日的路程，來到一棵羅騰樹下（小樹名，松類；下同），就坐在那裡求死，說：「耶和華啊，罷了！求你取我的性命，因為我不勝於我的列祖。」 5他就躺在羅騰樹下，睡著了。有一個天使拍他，說：「起來吃吧！」 6他觀看，見頭旁有一瓶水與炭火燒的餅，他就吃了喝了，仍然躺下。 7耶和華的使者第二次來拍他，說：「起來吃吧！因為你當走的路甚遠。」 8他就起來吃了喝了，仗著這飲食的力，走了四十晝夜，到了 神的山，就是何烈山。</w:t>
            </w:r>
          </w:p>
          <w:p>
            <w:r>
              <w:rPr>
                <w:rFonts w:ascii="Microsoft JhengHei" w:hAnsi="Microsoft JhengHei" w:eastAsia="Microsoft JhengHei"/>
                <w:b w:val="0"/>
                <w:i w:val="0"/>
                <w:color w:val="222A36"/>
                <w:sz w:val="22"/>
              </w:rPr>
              <w:t>1 Kings 19:3-8 (WEB): 3 When he saw that, he arose, and went for his life, and came to Beersheba, which belongs to Judah, and left his servant there. 4 But he himself went a day's journey into the wilderness, and came and sat down under a juniper tree: and he requested for himself that he might die, and said, It is enough; now, O Yahweh, take away my life; for I am not better than my fathers. 5 He lay down and slept under a juniper tree; and behold, an angel touched him, and said to him, Arise and eat. 6 He looked, and behold, there was at his head a cake baked on the coals, and a jar of water. He ate and drink, and laid him down again. 7 The angel of Yahweh came again the second time, and touched him, and said, Arise and eat, because the journey is too great for you. 8 He arose, and ate and drink, and went in the strength of that food forty days and forty nights to Horeb the Mount of God.</w:t>
            </w:r>
          </w:p>
        </w:tc>
      </w:tr>
    </w:tbl>
    <w:p/>
    <w:p>
      <w:pPr>
        <w:spacing w:after="80"/>
      </w:pPr>
      <w:r>
        <w:rPr>
          <w:rFonts w:ascii="Microsoft JhengHei" w:hAnsi="Microsoft JhengHei" w:eastAsia="Microsoft JhengHei"/>
          <w:b w:val="0"/>
          <w:i w:val="0"/>
          <w:color w:val="6B7280"/>
          <w:sz w:val="20"/>
        </w:rPr>
        <w:t>SEN 調適：老師朗讀，同學跟讀關鍵句「起來吃吧」。</w:t>
      </w:r>
    </w:p>
    <w:p>
      <w:pPr>
        <w:spacing w:after="80"/>
      </w:pPr>
      <w:r>
        <w:rPr>
          <w:rFonts w:ascii="Microsoft JhengHei" w:hAnsi="Microsoft JhengHei" w:eastAsia="Microsoft JhengHei"/>
          <w:b w:val="0"/>
          <w:i w:val="0"/>
          <w:color w:val="6B7280"/>
          <w:sz w:val="20"/>
        </w:rPr>
        <w:t>過渡：我們用身體把這個故事重演一次。</w:t>
      </w:r>
    </w:p>
    <w:p>
      <w:pPr>
        <w:spacing w:after="120" w:before="240"/>
      </w:pPr>
      <w:r>
        <w:rPr>
          <w:rFonts w:ascii="Microsoft JhengHei" w:hAnsi="Microsoft JhengHei" w:eastAsia="Microsoft JhengHei"/>
          <w:b/>
          <w:i w:val="0"/>
          <w:color w:val="222A36"/>
          <w:sz w:val="26"/>
        </w:rPr>
        <w:t>4. 原位定格：羅騰樹下（經文探索 · 8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分五個畫面帶領定格：逃命、坐在樹下、被拍醒、吃餅喝水、起來走路。</w:t>
      </w:r>
    </w:p>
    <w:p>
      <w:pPr>
        <w:pStyle w:val="ListBullet"/>
      </w:pPr>
      <w:r>
        <w:rPr>
          <w:rFonts w:ascii="Microsoft JhengHei" w:hAnsi="Microsoft JhengHei" w:eastAsia="Microsoft JhengHei"/>
          <w:b w:val="0"/>
          <w:i w:val="0"/>
          <w:color w:val="222A36"/>
          <w:sz w:val="22"/>
        </w:rPr>
        <w:t>每個畫面後問：「神在這裏做了甚麼？」</w:t>
      </w:r>
    </w:p>
    <w:p>
      <w:pPr>
        <w:pStyle w:val="ListBullet"/>
      </w:pPr>
      <w:r>
        <w:rPr>
          <w:rFonts w:ascii="Microsoft JhengHei" w:hAnsi="Microsoft JhengHei" w:eastAsia="Microsoft JhengHei"/>
          <w:b w:val="0"/>
          <w:i w:val="0"/>
          <w:color w:val="222A36"/>
          <w:sz w:val="22"/>
        </w:rPr>
        <w:t>第四個畫面後問：天使第二次來時說了甚麼？</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原位站起做定格三秒；不想站的可以坐着用手勢。</w:t>
      </w:r>
    </w:p>
    <w:p>
      <w:pPr>
        <w:pStyle w:val="ListBullet"/>
      </w:pPr>
      <w:r>
        <w:rPr>
          <w:rFonts w:ascii="Microsoft JhengHei" w:hAnsi="Microsoft JhengHei" w:eastAsia="Microsoft JhengHei"/>
          <w:b w:val="0"/>
          <w:i w:val="0"/>
          <w:color w:val="222A36"/>
          <w:sz w:val="22"/>
        </w:rPr>
        <w:t>回答神做了甚麼。</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19:5-7（和合本 (CUV, public domain)）</w:t>
            </w:r>
          </w:p>
          <w:p>
            <w:r>
              <w:rPr>
                <w:rFonts w:ascii="Microsoft JhengHei" w:hAnsi="Microsoft JhengHei" w:eastAsia="Microsoft JhengHei"/>
                <w:b w:val="0"/>
                <w:i w:val="0"/>
                <w:color w:val="222A36"/>
                <w:sz w:val="22"/>
              </w:rPr>
              <w:t>5他就躺在羅騰樹下，睡著了。有一個天使拍他，說：「起來吃吧！」 6他觀看，見頭旁有一瓶水與炭火燒的餅，他就吃了喝了，仍然躺下。 7耶和華的使者第二次來拍他，說：「起來吃吧！因為你當走的路甚遠。」</w:t>
            </w:r>
          </w:p>
          <w:p>
            <w:r>
              <w:rPr>
                <w:rFonts w:ascii="Microsoft JhengHei" w:hAnsi="Microsoft JhengHei" w:eastAsia="Microsoft JhengHei"/>
                <w:b w:val="0"/>
                <w:i w:val="0"/>
                <w:color w:val="222A36"/>
                <w:sz w:val="22"/>
              </w:rPr>
              <w:t>1 Kings 19:5-7 (WEB): 5 He lay down and slept under a juniper tree; and behold, an angel touched him, and said to him, Arise and eat. 6 He looked, and behold, there was at his head a cake baked on the coals, and a jar of water. He ate and drink, and laid him down again. 7 The angel of Yahweh came again the second time, and touched him, and said, Arise and eat, because the journey is too great for you.</w:t>
            </w:r>
          </w:p>
        </w:tc>
      </w:tr>
    </w:tbl>
    <w:p/>
    <w:p>
      <w:pPr>
        <w:spacing w:after="80"/>
      </w:pPr>
      <w:r>
        <w:rPr>
          <w:rFonts w:ascii="Microsoft JhengHei" w:hAnsi="Microsoft JhengHei" w:eastAsia="Microsoft JhengHei"/>
          <w:b w:val="0"/>
          <w:i w:val="0"/>
          <w:color w:val="6B7280"/>
          <w:sz w:val="20"/>
        </w:rPr>
        <w:t>SEN 調適：投影片顯示五個畫面的圖示及名稱。</w:t>
      </w:r>
    </w:p>
    <w:p>
      <w:pPr>
        <w:spacing w:after="80"/>
      </w:pPr>
      <w:r>
        <w:rPr>
          <w:rFonts w:ascii="Microsoft JhengHei" w:hAnsi="Microsoft JhengHei" w:eastAsia="Microsoft JhengHei"/>
          <w:b w:val="0"/>
          <w:i w:val="0"/>
          <w:color w:val="6B7280"/>
          <w:sz w:val="20"/>
        </w:rPr>
        <w:t>過渡：神照顧以利亞的次序，也是耶穌對你的邀請。</w:t>
      </w:r>
    </w:p>
    <w:p>
      <w:pPr>
        <w:spacing w:after="120" w:before="240"/>
      </w:pPr>
      <w:r>
        <w:rPr>
          <w:rFonts w:ascii="Microsoft JhengHei" w:hAnsi="Microsoft JhengHei" w:eastAsia="Microsoft JhengHei"/>
          <w:b/>
          <w:i w:val="0"/>
          <w:color w:val="222A36"/>
          <w:sz w:val="26"/>
        </w:rPr>
        <w:t>5. 三句話宣告：恩典先於要求（經文探索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用三句話宣告：神在你最累的時候仍然愛你；耶穌為你捨命，拯救你；祂復活了，今天邀請你到祂那裏得安息。</w:t>
      </w:r>
    </w:p>
    <w:p>
      <w:pPr>
        <w:pStyle w:val="ListBullet"/>
      </w:pPr>
      <w:r>
        <w:rPr>
          <w:rFonts w:ascii="Microsoft JhengHei" w:hAnsi="Microsoft JhengHei" w:eastAsia="Microsoft JhengHei"/>
          <w:b w:val="0"/>
          <w:i w:val="0"/>
          <w:color w:val="222A36"/>
          <w:sz w:val="22"/>
        </w:rPr>
        <w:t>展示馬太福音 11:28 及羅馬書 5:8。</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在心裏用一句話回應：「主，我累的時候……」</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11:28（和合本 (CUV, public domain)）</w:t>
            </w:r>
          </w:p>
          <w:p>
            <w:r>
              <w:rPr>
                <w:rFonts w:ascii="Microsoft JhengHei" w:hAnsi="Microsoft JhengHei" w:eastAsia="Microsoft JhengHei"/>
                <w:b w:val="0"/>
                <w:i w:val="0"/>
                <w:color w:val="222A36"/>
                <w:sz w:val="22"/>
              </w:rPr>
              <w:t>凡勞苦擔重擔的人可以到我這裡來，我就使你們得安息。</w:t>
            </w:r>
          </w:p>
          <w:p>
            <w:r>
              <w:rPr>
                <w:rFonts w:ascii="Microsoft JhengHei" w:hAnsi="Microsoft JhengHei" w:eastAsia="Microsoft JhengHei"/>
                <w:b w:val="0"/>
                <w:i w:val="0"/>
                <w:color w:val="222A36"/>
                <w:sz w:val="22"/>
              </w:rPr>
              <w:t>Matthew 11:28 (WEB): "Come to me, all you who labor and are heavily burdened, and I will give you rest.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羅馬書 5:8（和合本 (CUV, public domain)）</w:t>
            </w:r>
          </w:p>
          <w:p>
            <w:r>
              <w:rPr>
                <w:rFonts w:ascii="Microsoft JhengHei" w:hAnsi="Microsoft JhengHei" w:eastAsia="Microsoft JhengHei"/>
                <w:b w:val="0"/>
                <w:i w:val="0"/>
                <w:color w:val="222A36"/>
                <w:sz w:val="22"/>
              </w:rPr>
              <w:t>惟有基督在我們還作罪人的時候為我們死， 神的愛就在此向我們顯明了。</w:t>
            </w:r>
          </w:p>
          <w:p>
            <w:r>
              <w:rPr>
                <w:rFonts w:ascii="Microsoft JhengHei" w:hAnsi="Microsoft JhengHei" w:eastAsia="Microsoft JhengHei"/>
                <w:b w:val="0"/>
                <w:i w:val="0"/>
                <w:color w:val="222A36"/>
                <w:sz w:val="22"/>
              </w:rPr>
              <w:t>Romans 5:8 (WEB): But God commends his own love toward us, in that while we were yet sinners, Christ died for us.</w:t>
            </w:r>
          </w:p>
        </w:tc>
      </w:tr>
    </w:tbl>
    <w:p/>
    <w:p>
      <w:pPr>
        <w:spacing w:after="80"/>
      </w:pPr>
      <w:r>
        <w:rPr>
          <w:rFonts w:ascii="Microsoft JhengHei" w:hAnsi="Microsoft JhengHei" w:eastAsia="Microsoft JhengHei"/>
          <w:b w:val="0"/>
          <w:i w:val="0"/>
          <w:color w:val="6B7280"/>
          <w:sz w:val="20"/>
        </w:rPr>
        <w:t>SEN 調適：提供句式卡「主，我累的時候……」。</w:t>
      </w:r>
    </w:p>
    <w:p>
      <w:pPr>
        <w:spacing w:after="80"/>
      </w:pPr>
      <w:r>
        <w:rPr>
          <w:rFonts w:ascii="Microsoft JhengHei" w:hAnsi="Microsoft JhengHei" w:eastAsia="Microsoft JhengHei"/>
          <w:b w:val="0"/>
          <w:i w:val="0"/>
          <w:color w:val="6B7280"/>
          <w:sz w:val="20"/>
        </w:rPr>
        <w:t>過渡：老師想告訴你一個自己的故事。</w:t>
      </w:r>
    </w:p>
    <w:p>
      <w:pPr>
        <w:spacing w:after="120" w:before="240"/>
      </w:pPr>
      <w:r>
        <w:rPr>
          <w:rFonts w:ascii="Microsoft JhengHei" w:hAnsi="Microsoft JhengHei" w:eastAsia="Microsoft JhengHei"/>
          <w:b/>
          <w:i w:val="0"/>
          <w:color w:val="222A36"/>
          <w:sz w:val="26"/>
        </w:rPr>
        <w:t>6. 老師時刻（生命連結、反思與禱告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分享一次自己很累、卻被神照顧的真實經歷（重點是神怎樣照顧，而不是自己怎樣撐過去）。</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聆聽。</w:t>
      </w:r>
    </w:p>
    <w:p>
      <w:pPr>
        <w:spacing w:after="80"/>
      </w:pPr>
      <w:r>
        <w:rPr>
          <w:rFonts w:ascii="Microsoft JhengHei" w:hAnsi="Microsoft JhengHei" w:eastAsia="Microsoft JhengHei"/>
          <w:b w:val="0"/>
          <w:i w:val="0"/>
          <w:color w:val="6B7280"/>
          <w:sz w:val="20"/>
        </w:rPr>
        <w:t>SEN 調適：老師用簡短句子，配一張相關圖片。</w:t>
      </w:r>
    </w:p>
    <w:p>
      <w:pPr>
        <w:spacing w:after="80"/>
      </w:pPr>
      <w:r>
        <w:rPr>
          <w:rFonts w:ascii="Microsoft JhengHei" w:hAnsi="Microsoft JhengHei" w:eastAsia="Microsoft JhengHei"/>
          <w:b w:val="0"/>
          <w:i w:val="0"/>
          <w:color w:val="6B7280"/>
          <w:sz w:val="20"/>
        </w:rPr>
        <w:t>過渡：現在用幾分鐘，安靜地到耶穌那裏。</w:t>
      </w:r>
    </w:p>
    <w:p>
      <w:pPr>
        <w:spacing w:after="120" w:before="240"/>
      </w:pPr>
      <w:r>
        <w:rPr>
          <w:rFonts w:ascii="Microsoft JhengHei" w:hAnsi="Microsoft JhengHei" w:eastAsia="Microsoft JhengHei"/>
          <w:b/>
          <w:i w:val="0"/>
          <w:color w:val="222A36"/>
          <w:sz w:val="26"/>
        </w:rPr>
        <w:t>7. 原位默想三步：到我這裏來（生命連結、反思與禱告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帶領慢讀馬太福音 11:28 兩次。</w:t>
      </w:r>
    </w:p>
    <w:p>
      <w:pPr>
        <w:pStyle w:val="ListBullet"/>
      </w:pPr>
      <w:r>
        <w:rPr>
          <w:rFonts w:ascii="Microsoft JhengHei" w:hAnsi="Microsoft JhengHei" w:eastAsia="Microsoft JhengHei"/>
          <w:b w:val="0"/>
          <w:i w:val="0"/>
          <w:color w:val="222A36"/>
          <w:sz w:val="22"/>
        </w:rPr>
        <w:t>安靜一分鐘，請同學圈出一個觸動自己的詞。</w:t>
      </w:r>
    </w:p>
    <w:p>
      <w:pPr>
        <w:pStyle w:val="ListBullet"/>
      </w:pPr>
      <w:r>
        <w:rPr>
          <w:rFonts w:ascii="Microsoft JhengHei" w:hAnsi="Microsoft JhengHei" w:eastAsia="Microsoft JhengHei"/>
          <w:b w:val="0"/>
          <w:i w:val="0"/>
          <w:color w:val="222A36"/>
          <w:sz w:val="22"/>
        </w:rPr>
        <w:t>請同學在心裏用這個詞對耶穌說一句話。</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安靜默想及在心裏禱告。</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11:28（和合本 (CUV, public domain)）</w:t>
            </w:r>
          </w:p>
          <w:p>
            <w:r>
              <w:rPr>
                <w:rFonts w:ascii="Microsoft JhengHei" w:hAnsi="Microsoft JhengHei" w:eastAsia="Microsoft JhengHei"/>
                <w:b w:val="0"/>
                <w:i w:val="0"/>
                <w:color w:val="222A36"/>
                <w:sz w:val="22"/>
              </w:rPr>
              <w:t>凡勞苦擔重擔的人可以到我這裡來，我就使你們得安息。</w:t>
            </w:r>
          </w:p>
          <w:p>
            <w:r>
              <w:rPr>
                <w:rFonts w:ascii="Microsoft JhengHei" w:hAnsi="Microsoft JhengHei" w:eastAsia="Microsoft JhengHei"/>
                <w:b w:val="0"/>
                <w:i w:val="0"/>
                <w:color w:val="222A36"/>
                <w:sz w:val="22"/>
              </w:rPr>
              <w:t>Matthew 11:28 (WEB): "Come to me, all you who labor and are heavily burdened, and I will give you rest.</w:t>
            </w:r>
          </w:p>
        </w:tc>
      </w:tr>
    </w:tbl>
    <w:p/>
    <w:p>
      <w:pPr>
        <w:spacing w:after="80"/>
      </w:pPr>
      <w:r>
        <w:rPr>
          <w:rFonts w:ascii="Microsoft JhengHei" w:hAnsi="Microsoft JhengHei" w:eastAsia="Microsoft JhengHei"/>
          <w:b w:val="0"/>
          <w:i w:val="0"/>
          <w:color w:val="6B7280"/>
          <w:sz w:val="20"/>
        </w:rPr>
        <w:t>SEN 調適：可以只閉眼聽老師讀兩次。</w:t>
      </w:r>
    </w:p>
    <w:p>
      <w:pPr>
        <w:spacing w:after="80"/>
      </w:pPr>
      <w:r>
        <w:rPr>
          <w:rFonts w:ascii="Microsoft JhengHei" w:hAnsi="Microsoft JhengHei" w:eastAsia="Microsoft JhengHei"/>
          <w:b w:val="0"/>
          <w:i w:val="0"/>
          <w:color w:val="6B7280"/>
          <w:sz w:val="20"/>
        </w:rPr>
        <w:t>過渡：把這份安息帶回家。</w:t>
      </w:r>
    </w:p>
    <w:p>
      <w:pPr>
        <w:spacing w:after="120" w:before="240"/>
      </w:pPr>
      <w:r>
        <w:rPr>
          <w:rFonts w:ascii="Microsoft JhengHei" w:hAnsi="Microsoft JhengHei" w:eastAsia="Microsoft JhengHei"/>
          <w:b/>
          <w:i w:val="0"/>
          <w:color w:val="222A36"/>
          <w:sz w:val="26"/>
        </w:rPr>
        <w:t>8. 安息卡（生命連結、反思與禱告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派小卡，說明安息操練：每天停下五分鐘、向神說一句真心話、照顧身體。</w:t>
      </w:r>
    </w:p>
    <w:p>
      <w:pPr>
        <w:pStyle w:val="ListBullet"/>
      </w:pPr>
      <w:r>
        <w:rPr>
          <w:rFonts w:ascii="Microsoft JhengHei" w:hAnsi="Microsoft JhengHei" w:eastAsia="Microsoft JhengHei"/>
          <w:b w:val="0"/>
          <w:i w:val="0"/>
          <w:color w:val="222A36"/>
          <w:sz w:val="22"/>
        </w:rPr>
        <w:t>說：「這張卡只屬於你，不用交，也不會有分數。」</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寫下每天停下的時間及一句想對神說的話（可以畫符號或抄詩篇 61:2）。</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61:2（和合本 (CUV, public domain)）</w:t>
            </w:r>
          </w:p>
          <w:p>
            <w:r>
              <w:rPr>
                <w:rFonts w:ascii="Microsoft JhengHei" w:hAnsi="Microsoft JhengHei" w:eastAsia="Microsoft JhengHei"/>
                <w:b w:val="0"/>
                <w:i w:val="0"/>
                <w:color w:val="222A36"/>
                <w:sz w:val="22"/>
              </w:rPr>
              <w:t>我心裡發昏的時候，我要從地極求告你。求你領我到那比我更高的磐石！</w:t>
            </w:r>
          </w:p>
          <w:p>
            <w:r>
              <w:rPr>
                <w:rFonts w:ascii="Microsoft JhengHei" w:hAnsi="Microsoft JhengHei" w:eastAsia="Microsoft JhengHei"/>
                <w:b w:val="0"/>
                <w:i w:val="0"/>
                <w:color w:val="222A36"/>
                <w:sz w:val="22"/>
              </w:rPr>
              <w:t>Psalms 61:2 (WEB): From the end of the earth, I will call to you, when my heart is overwhelmed. Lead me to the rock that is higher than I.</w:t>
            </w:r>
          </w:p>
        </w:tc>
      </w:tr>
    </w:tbl>
    <w:p/>
    <w:p>
      <w:pPr>
        <w:spacing w:after="80"/>
      </w:pPr>
      <w:r>
        <w:rPr>
          <w:rFonts w:ascii="Microsoft JhengHei" w:hAnsi="Microsoft JhengHei" w:eastAsia="Microsoft JhengHei"/>
          <w:b w:val="0"/>
          <w:i w:val="0"/>
          <w:color w:val="6B7280"/>
          <w:sz w:val="20"/>
        </w:rPr>
        <w:t>SEN 調適：可以畫一個符號代替文字。</w:t>
      </w:r>
    </w:p>
    <w:p>
      <w:pPr>
        <w:spacing w:after="80"/>
      </w:pPr>
      <w:r>
        <w:rPr>
          <w:rFonts w:ascii="Microsoft JhengHei" w:hAnsi="Microsoft JhengHei" w:eastAsia="Microsoft JhengHei"/>
          <w:b w:val="0"/>
          <w:i w:val="0"/>
          <w:color w:val="6B7280"/>
          <w:sz w:val="20"/>
        </w:rPr>
        <w:t>過渡：最後一同禱告。</w:t>
      </w:r>
    </w:p>
    <w:p>
      <w:pPr>
        <w:spacing w:after="120" w:before="240"/>
      </w:pPr>
      <w:r>
        <w:rPr>
          <w:rFonts w:ascii="Microsoft JhengHei" w:hAnsi="Microsoft JhengHei" w:eastAsia="Microsoft JhengHei"/>
          <w:b/>
          <w:i w:val="0"/>
          <w:color w:val="222A36"/>
          <w:sz w:val="26"/>
        </w:rPr>
        <w:t>9. 收結禱告、求助提示及課後路徑（生命連結、反思與禱告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帶收結禱告。</w:t>
      </w:r>
    </w:p>
    <w:p>
      <w:pPr>
        <w:pStyle w:val="ListBullet"/>
      </w:pPr>
      <w:r>
        <w:rPr>
          <w:rFonts w:ascii="Microsoft JhengHei" w:hAnsi="Microsoft JhengHei" w:eastAsia="Microsoft JhengHei"/>
          <w:b w:val="0"/>
          <w:i w:val="0"/>
          <w:color w:val="222A36"/>
          <w:sz w:val="22"/>
        </w:rPr>
        <w:t>再說一次求助提示。</w:t>
      </w:r>
    </w:p>
    <w:p>
      <w:pPr>
        <w:pStyle w:val="ListBullet"/>
      </w:pPr>
      <w:r>
        <w:rPr>
          <w:rFonts w:ascii="Microsoft JhengHei" w:hAnsi="Microsoft JhengHei" w:eastAsia="Microsoft JhengHei"/>
          <w:b w:val="0"/>
          <w:i w:val="0"/>
          <w:color w:val="222A36"/>
          <w:sz w:val="22"/>
        </w:rPr>
        <w:t>簡介 Reclaim2K「經歷神的愛」靈修及「跟以利亞聽神微聲」，全部自願。</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一同禱告（可以只聽）。</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19:8（和合本 (CUV, public domain)）</w:t>
            </w:r>
          </w:p>
          <w:p>
            <w:r>
              <w:rPr>
                <w:rFonts w:ascii="Microsoft JhengHei" w:hAnsi="Microsoft JhengHei" w:eastAsia="Microsoft JhengHei"/>
                <w:b w:val="0"/>
                <w:i w:val="0"/>
                <w:color w:val="222A36"/>
                <w:sz w:val="22"/>
              </w:rPr>
              <w:t>他就起來吃了喝了，仗著這飲食的力，走了四十晝夜，到了 神的山，就是何烈山。</w:t>
            </w:r>
          </w:p>
          <w:p>
            <w:r>
              <w:rPr>
                <w:rFonts w:ascii="Microsoft JhengHei" w:hAnsi="Microsoft JhengHei" w:eastAsia="Microsoft JhengHei"/>
                <w:b w:val="0"/>
                <w:i w:val="0"/>
                <w:color w:val="222A36"/>
                <w:sz w:val="22"/>
              </w:rPr>
              <w:t>1 Kings 19:8 (WEB): He arose, and ate and drink, and went in the strength of that food forty days and forty nights to Horeb the Mount of God.</w:t>
            </w:r>
          </w:p>
        </w:tc>
      </w:tr>
    </w:tbl>
    <w:p/>
    <w:p>
      <w:pPr>
        <w:spacing w:after="80"/>
      </w:pPr>
      <w:r>
        <w:rPr>
          <w:rFonts w:ascii="Microsoft JhengHei" w:hAnsi="Microsoft JhengHei" w:eastAsia="Microsoft JhengHei"/>
          <w:b w:val="0"/>
          <w:i w:val="0"/>
          <w:color w:val="6B7280"/>
          <w:sz w:val="20"/>
        </w:rPr>
        <w:t>SEN 調適：收結禱告投影在屏幕上，可以跟讀。</w:t>
      </w:r>
    </w:p>
    <w:p>
      <w:pPr>
        <w:spacing w:after="80"/>
      </w:pPr>
      <w:r>
        <w:rPr>
          <w:rFonts w:ascii="Microsoft JhengHei" w:hAnsi="Microsoft JhengHei" w:eastAsia="Microsoft JhengHei"/>
          <w:b w:val="0"/>
          <w:i w:val="0"/>
          <w:color w:val="6B7280"/>
          <w:sz w:val="20"/>
        </w:rPr>
        <w:t>過渡：下一課：以利亞在何烈山聽見神微小的聲音。</w:t>
      </w:r>
    </w:p>
    <w:p>
      <w:pPr>
        <w:spacing w:after="120" w:before="240"/>
      </w:pPr>
      <w:r>
        <w:rPr>
          <w:rFonts w:ascii="Microsoft JhengHei" w:hAnsi="Microsoft JhengHei" w:eastAsia="Microsoft JhengHei"/>
          <w:b/>
          <w:i w:val="0"/>
          <w:color w:val="A86B1F"/>
          <w:sz w:val="32"/>
        </w:rPr>
        <w:t>五、老師時刻及回應邀請</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老師時刻</w:t>
            </w:r>
          </w:p>
          <w:p>
            <w:r>
              <w:rPr>
                <w:rFonts w:ascii="Microsoft JhengHei" w:hAnsi="Microsoft JhengHei" w:eastAsia="Microsoft JhengHei"/>
                <w:b w:val="0"/>
                <w:i w:val="0"/>
                <w:color w:val="222A36"/>
                <w:sz w:val="22"/>
              </w:rPr>
              <w:t>請老師分享一次自己很累、提不起勁的時刻，以及神怎樣透過休息、一個人、一句經文或一頓飯照顧你。重點是神的照顧，而不是你怎樣努力撐過去；三分鐘內完成。AI 只是建立結構；基督徒老師見證的溫度與感動力，才是領人歸主的關鍵。</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回應邀請（不強迫）</w:t>
            </w:r>
          </w:p>
          <w:p>
            <w:r>
              <w:rPr>
                <w:rFonts w:ascii="Microsoft JhengHei" w:hAnsi="Microsoft JhengHei" w:eastAsia="Microsoft JhengHei"/>
                <w:b w:val="0"/>
                <w:i w:val="0"/>
                <w:color w:val="222A36"/>
                <w:sz w:val="22"/>
              </w:rPr>
              <w:t>如果你願意，今天可以在心裏對耶穌說：「主，我累了，我想到你那裏去。」如果你還不肯定神是否存在，可以誠實地說：「如果你在，請讓我知道你在乎我。」如果你今天甚麼都不想說，也沒有關係，神仍然在乎你。</w:t>
            </w:r>
          </w:p>
        </w:tc>
      </w:tr>
    </w:tbl>
    <w:p/>
    <w:p>
      <w:pPr>
        <w:spacing w:after="120" w:before="240"/>
      </w:pPr>
      <w:r>
        <w:rPr>
          <w:rFonts w:ascii="Microsoft JhengHei" w:hAnsi="Microsoft JhengHei" w:eastAsia="Microsoft JhengHei"/>
          <w:b/>
          <w:i w:val="0"/>
          <w:color w:val="222A36"/>
          <w:sz w:val="26"/>
        </w:rPr>
        <w:t>禱文</w:t>
      </w:r>
    </w:p>
    <w:p>
      <w:pPr>
        <w:spacing w:after="80"/>
      </w:pPr>
      <w:r>
        <w:rPr>
          <w:rFonts w:ascii="Microsoft JhengHei" w:hAnsi="Microsoft JhengHei" w:eastAsia="Microsoft JhengHei"/>
          <w:b w:val="0"/>
          <w:i w:val="0"/>
          <w:color w:val="222A36"/>
          <w:sz w:val="22"/>
        </w:rPr>
        <w:t>開課禱文：天父，我們有些人今天很累，有些人提不起勁。謝謝你不用等我們準備好才愛我們。求你在這一課讓我們聽見你溫柔的聲音。奉耶穌的名，阿們。</w:t>
      </w:r>
    </w:p>
    <w:p>
      <w:pPr>
        <w:spacing w:after="80"/>
      </w:pPr>
      <w:r>
        <w:rPr>
          <w:rFonts w:ascii="Microsoft JhengHei" w:hAnsi="Microsoft JhengHei" w:eastAsia="Microsoft JhengHei"/>
          <w:b w:val="0"/>
          <w:i w:val="0"/>
          <w:color w:val="222A36"/>
          <w:sz w:val="22"/>
        </w:rPr>
        <w:t>收結禱文：主耶穌，你說勞苦擔重擔的人可以到你那裏去。我們把今天的疲倦交給你，求你照顧我們的身體和心，陪我們走這星期的每一步。阿們。</w:t>
      </w:r>
    </w:p>
    <w:p>
      <w:pPr>
        <w:spacing w:after="80"/>
      </w:pPr>
      <w:r>
        <w:rPr>
          <w:rFonts w:ascii="Microsoft JhengHei" w:hAnsi="Microsoft JhengHei" w:eastAsia="Microsoft JhengHei"/>
          <w:b w:val="0"/>
          <w:i w:val="0"/>
          <w:color w:val="222A36"/>
          <w:sz w:val="22"/>
        </w:rPr>
        <w:t>牧養禱文：天父，求你看顧班上心裏特別累、甚至想放棄的同學。求你讓他們知道你在乎他們，也讓他們願意告訴一位信任的人。阿們。</w:t>
      </w:r>
    </w:p>
    <w:p>
      <w:pPr>
        <w:spacing w:after="120" w:before="240"/>
      </w:pPr>
      <w:r>
        <w:rPr>
          <w:rFonts w:ascii="Microsoft JhengHei" w:hAnsi="Microsoft JhengHei" w:eastAsia="Microsoft JhengHei"/>
          <w:b/>
          <w:i w:val="0"/>
          <w:color w:val="222A36"/>
          <w:sz w:val="26"/>
        </w:rPr>
        <w:t>分享問題</w:t>
      </w:r>
    </w:p>
    <w:p>
      <w:pPr>
        <w:pStyle w:val="ListBullet"/>
      </w:pPr>
      <w:r>
        <w:rPr>
          <w:rFonts w:ascii="Microsoft JhengHei" w:hAnsi="Microsoft JhengHei" w:eastAsia="Microsoft JhengHei"/>
          <w:b w:val="0"/>
          <w:i w:val="0"/>
          <w:color w:val="222A36"/>
          <w:sz w:val="22"/>
        </w:rPr>
        <w:t>如果用電量來形容，你今天大約剩多少百分比？（只寫在紙上，不用公開）</w:t>
      </w:r>
    </w:p>
    <w:p>
      <w:pPr>
        <w:pStyle w:val="ListBullet"/>
      </w:pPr>
      <w:r>
        <w:rPr>
          <w:rFonts w:ascii="Microsoft JhengHei" w:hAnsi="Microsoft JhengHei" w:eastAsia="Microsoft JhengHei"/>
          <w:b w:val="0"/>
          <w:i w:val="0"/>
          <w:color w:val="222A36"/>
          <w:sz w:val="22"/>
        </w:rPr>
        <w:t>以利亞說「罷了」的時候，神做了哪三件事？哪一件最令你意外？</w:t>
      </w:r>
    </w:p>
    <w:p>
      <w:pPr>
        <w:pStyle w:val="ListBullet"/>
      </w:pPr>
      <w:r>
        <w:rPr>
          <w:rFonts w:ascii="Microsoft JhengHei" w:hAnsi="Microsoft JhengHei" w:eastAsia="Microsoft JhengHei"/>
          <w:b w:val="0"/>
          <w:i w:val="0"/>
          <w:color w:val="222A36"/>
          <w:sz w:val="22"/>
        </w:rPr>
        <w:t>如果耶穌今天對你說「到我這裏來」，你最想放下的是甚麼？</w:t>
      </w:r>
    </w:p>
    <w:p>
      <w:pPr>
        <w:spacing w:after="120" w:before="240"/>
      </w:pPr>
      <w:r>
        <w:rPr>
          <w:rFonts w:ascii="Microsoft JhengHei" w:hAnsi="Microsoft JhengHei" w:eastAsia="Microsoft JhengHei"/>
          <w:b/>
          <w:i w:val="0"/>
          <w:color w:val="A86B1F"/>
          <w:sz w:val="32"/>
        </w:rPr>
        <w:t>五之一、真誠的悔改、相信及行動（神學規範 Bot）</w:t>
      </w:r>
    </w:p>
    <w:tbl>
      <w:tblPr>
        <w:tblStyle w:val="TableGrid"/>
        <w:tblW w:type="auto" w:w="0"/>
        <w:tblLook w:firstColumn="1" w:firstRow="1" w:lastColumn="0" w:lastRow="0" w:noHBand="0" w:noVBand="1" w:val="04A0"/>
      </w:tblPr>
      <w:tblGrid>
        <w:gridCol w:w="3324"/>
        <w:gridCol w:w="3324"/>
        <w:gridCol w:w="3324"/>
      </w:tblGrid>
      <w:tr>
        <w:tc>
          <w:tcPr>
            <w:tcW w:type="dxa" w:w="1701"/>
            <w:shd w:val="clear" w:fill="EFE7D6"/>
          </w:tcPr>
          <w:p>
            <w:r/>
            <w:r>
              <w:rPr>
                <w:rFonts w:ascii="Microsoft JhengHei" w:hAnsi="Microsoft JhengHei" w:eastAsia="Microsoft JhengHei"/>
                <w:b/>
                <w:i w:val="0"/>
                <w:color w:val="222A36"/>
                <w:sz w:val="20"/>
              </w:rPr>
              <w:t>範疇</w:t>
            </w:r>
          </w:p>
        </w:tc>
        <w:tc>
          <w:tcPr>
            <w:tcW w:type="dxa" w:w="3969"/>
            <w:shd w:val="clear" w:fill="EFE7D6"/>
          </w:tcPr>
          <w:p>
            <w:r/>
            <w:r>
              <w:rPr>
                <w:rFonts w:ascii="Microsoft JhengHei" w:hAnsi="Microsoft JhengHei" w:eastAsia="Microsoft JhengHei"/>
                <w:b/>
                <w:i w:val="0"/>
                <w:color w:val="222A36"/>
                <w:sz w:val="20"/>
              </w:rPr>
              <w:t>本課怎樣邀請</w:t>
            </w:r>
          </w:p>
        </w:tc>
        <w:tc>
          <w:tcPr>
            <w:tcW w:type="dxa" w:w="3402"/>
            <w:shd w:val="clear" w:fill="EFE7D6"/>
          </w:tcPr>
          <w:p>
            <w:r/>
            <w:r>
              <w:rPr>
                <w:rFonts w:ascii="Microsoft JhengHei" w:hAnsi="Microsoft JhengHei" w:eastAsia="Microsoft JhengHei"/>
                <w:b/>
                <w:i w:val="0"/>
                <w:color w:val="222A36"/>
                <w:sz w:val="20"/>
              </w:rPr>
              <w:t>必須避免</w:t>
            </w:r>
          </w:p>
        </w:tc>
      </w:tr>
      <w:tr>
        <w:tc>
          <w:tcPr>
            <w:tcW w:type="dxa" w:w="1701"/>
          </w:tcPr>
          <w:p>
            <w:r/>
            <w:r>
              <w:rPr>
                <w:rFonts w:ascii="Microsoft JhengHei" w:hAnsi="Microsoft JhengHei" w:eastAsia="Microsoft JhengHei"/>
                <w:b w:val="0"/>
                <w:i w:val="0"/>
                <w:color w:val="222A36"/>
                <w:sz w:val="20"/>
              </w:rPr>
              <w:t>真誠的悔改</w:t>
            </w:r>
          </w:p>
        </w:tc>
        <w:tc>
          <w:tcPr>
            <w:tcW w:type="dxa" w:w="3969"/>
          </w:tcPr>
          <w:p>
            <w:r/>
            <w:r>
              <w:rPr>
                <w:rFonts w:ascii="Microsoft JhengHei" w:hAnsi="Microsoft JhengHei" w:eastAsia="Microsoft JhengHei"/>
                <w:b w:val="0"/>
                <w:i w:val="0"/>
                <w:color w:val="222A36"/>
                <w:sz w:val="20"/>
              </w:rPr>
              <w:t>悔改在本課是「轉向神」：由自己硬撐或放棄，轉而向神坦白說「我累了，我需要你」。</w:t>
            </w:r>
          </w:p>
        </w:tc>
        <w:tc>
          <w:tcPr>
            <w:tcW w:type="dxa" w:w="3402"/>
          </w:tcPr>
          <w:p>
            <w:r/>
            <w:r>
              <w:rPr>
                <w:rFonts w:ascii="Microsoft JhengHei" w:hAnsi="Microsoft JhengHei" w:eastAsia="Microsoft JhengHei"/>
                <w:b w:val="0"/>
                <w:i w:val="0"/>
                <w:color w:val="222A36"/>
                <w:sz w:val="20"/>
              </w:rPr>
              <w:t>要求同學公開說出自己的低落或私隱；把沒有動力說成罪而要同學認罪；用「你這樣下去會失敗」的恐懼推動改變</w:t>
            </w:r>
          </w:p>
        </w:tc>
      </w:tr>
      <w:tr>
        <w:tc>
          <w:tcPr>
            <w:tcW w:type="dxa" w:w="1701"/>
          </w:tcPr>
          <w:p>
            <w:r/>
            <w:r>
              <w:rPr>
                <w:rFonts w:ascii="Microsoft JhengHei" w:hAnsi="Microsoft JhengHei" w:eastAsia="Microsoft JhengHei"/>
                <w:b w:val="0"/>
                <w:i w:val="0"/>
                <w:color w:val="222A36"/>
                <w:sz w:val="20"/>
              </w:rPr>
              <w:t>真誠的相信</w:t>
            </w:r>
          </w:p>
        </w:tc>
        <w:tc>
          <w:tcPr>
            <w:tcW w:type="dxa" w:w="3969"/>
          </w:tcPr>
          <w:p>
            <w:r/>
            <w:r>
              <w:rPr>
                <w:rFonts w:ascii="Microsoft JhengHei" w:hAnsi="Microsoft JhengHei" w:eastAsia="Microsoft JhengHei"/>
                <w:b w:val="0"/>
                <w:i w:val="0"/>
                <w:color w:val="222A36"/>
                <w:sz w:val="20"/>
              </w:rPr>
              <w:t>相信神在我們最無力時仍然在乎我們；耶穌就是那位說「到我這裏來」的主。同學可以帶着疑問回應。</w:t>
            </w:r>
          </w:p>
        </w:tc>
        <w:tc>
          <w:tcPr>
            <w:tcW w:type="dxa" w:w="3402"/>
          </w:tcPr>
          <w:p>
            <w:r/>
            <w:r>
              <w:rPr>
                <w:rFonts w:ascii="Microsoft JhengHei" w:hAnsi="Microsoft JhengHei" w:eastAsia="Microsoft JhengHei"/>
                <w:b w:val="0"/>
                <w:i w:val="0"/>
                <w:color w:val="222A36"/>
                <w:sz w:val="20"/>
              </w:rPr>
              <w:t>把信仰簡化為「信神會令你有動力」；用感人音樂或氣氛催逼決志；只要求背誦答案，沒有個人回應</w:t>
            </w:r>
          </w:p>
        </w:tc>
      </w:tr>
      <w:tr>
        <w:tc>
          <w:tcPr>
            <w:tcW w:type="dxa" w:w="1701"/>
          </w:tcPr>
          <w:p>
            <w:r/>
            <w:r>
              <w:rPr>
                <w:rFonts w:ascii="Microsoft JhengHei" w:hAnsi="Microsoft JhengHei" w:eastAsia="Microsoft JhengHei"/>
                <w:b w:val="0"/>
                <w:i w:val="0"/>
                <w:color w:val="222A36"/>
                <w:sz w:val="20"/>
              </w:rPr>
              <w:t>真誠的行動</w:t>
            </w:r>
          </w:p>
        </w:tc>
        <w:tc>
          <w:tcPr>
            <w:tcW w:type="dxa" w:w="3969"/>
          </w:tcPr>
          <w:p>
            <w:r/>
            <w:r>
              <w:rPr>
                <w:rFonts w:ascii="Microsoft JhengHei" w:hAnsi="Microsoft JhengHei" w:eastAsia="Microsoft JhengHei"/>
                <w:b w:val="0"/>
                <w:i w:val="0"/>
                <w:color w:val="222A36"/>
                <w:sz w:val="20"/>
              </w:rPr>
              <w:t>行動很小：這星期每天五分鐘停下來，向神說一句真心話，並做一件照顧自己身體的事（例如吃早餐、早一點睡）。</w:t>
            </w:r>
          </w:p>
        </w:tc>
        <w:tc>
          <w:tcPr>
            <w:tcW w:type="dxa" w:w="3402"/>
          </w:tcPr>
          <w:p>
            <w:r/>
            <w:r>
              <w:rPr>
                <w:rFonts w:ascii="Microsoft JhengHei" w:hAnsi="Microsoft JhengHei" w:eastAsia="Microsoft JhengHei"/>
                <w:b w:val="0"/>
                <w:i w:val="0"/>
                <w:color w:val="222A36"/>
                <w:sz w:val="20"/>
              </w:rPr>
              <w:t>把操練變成評分功課或公開比較；行動太大（例如「每天讀經一小時」）；要求同學以犧牲休息來表現屬靈</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極簡方案：kerygma_three</w:t>
            </w:r>
          </w:p>
          <w:p>
            <w:r>
              <w:rPr>
                <w:rFonts w:ascii="Microsoft JhengHei" w:hAnsi="Microsoft JhengHei" w:eastAsia="Microsoft JhengHei"/>
                <w:b w:val="0"/>
                <w:i w:val="0"/>
                <w:color w:val="222A36"/>
                <w:sz w:val="22"/>
              </w:rPr>
              <w:t>1. 老師用三句話宣告：神在你最累的時候仍然愛你；耶穌為你捨命，拯救你；祂復活了，今天邀請你到祂那裏得安息。</w:t>
            </w:r>
          </w:p>
          <w:p>
            <w:r>
              <w:rPr>
                <w:rFonts w:ascii="Microsoft JhengHei" w:hAnsi="Microsoft JhengHei" w:eastAsia="Microsoft JhengHei"/>
                <w:b w:val="0"/>
                <w:i w:val="0"/>
                <w:color w:val="222A36"/>
                <w:sz w:val="22"/>
              </w:rPr>
              <w:t>2. 配列王紀上 19:5-7，說出神照顧以利亞的次序：拍醒、食物、休息。</w:t>
            </w:r>
          </w:p>
          <w:p>
            <w:r>
              <w:rPr>
                <w:rFonts w:ascii="Microsoft JhengHei" w:hAnsi="Microsoft JhengHei" w:eastAsia="Microsoft JhengHei"/>
                <w:b w:val="0"/>
                <w:i w:val="0"/>
                <w:color w:val="222A36"/>
                <w:sz w:val="22"/>
              </w:rPr>
              <w:t>3. 同學在心裏用一句話回應：「主，我累的時候……」</w:t>
            </w:r>
          </w:p>
          <w:p>
            <w:r>
              <w:rPr>
                <w:rFonts w:ascii="Microsoft JhengHei" w:hAnsi="Microsoft JhengHei" w:eastAsia="Microsoft JhengHei"/>
                <w:b w:val="0"/>
                <w:i w:val="0"/>
                <w:color w:val="222A36"/>
                <w:sz w:val="22"/>
              </w:rPr>
              <w:t>理據：研究庫 kerygma_three 及 christus_vivit：先宣告神的愛及基督捨命復活，再邀請回應，避免道德治療式自然神論（nsyr_mtd）。</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極簡方案：trusted_adult</w:t>
            </w:r>
          </w:p>
          <w:p>
            <w:r>
              <w:rPr>
                <w:rFonts w:ascii="Microsoft JhengHei" w:hAnsi="Microsoft JhengHei" w:eastAsia="Microsoft JhengHei"/>
                <w:b w:val="0"/>
                <w:i w:val="0"/>
                <w:color w:val="222A36"/>
                <w:sz w:val="22"/>
              </w:rPr>
              <w:t>1. 課後自願把這星期的五分鐘安息告訴一位信任的人。</w:t>
            </w:r>
          </w:p>
          <w:p>
            <w:r>
              <w:rPr>
                <w:rFonts w:ascii="Microsoft JhengHei" w:hAnsi="Microsoft JhengHei" w:eastAsia="Microsoft JhengHei"/>
                <w:b w:val="0"/>
                <w:i w:val="0"/>
                <w:color w:val="222A36"/>
                <w:sz w:val="22"/>
              </w:rPr>
              <w:t>2. 請對方為自己禱告一次。</w:t>
            </w:r>
          </w:p>
          <w:p>
            <w:r>
              <w:rPr>
                <w:rFonts w:ascii="Microsoft JhengHei" w:hAnsi="Microsoft JhengHei" w:eastAsia="Microsoft JhengHei"/>
                <w:b w:val="0"/>
                <w:i w:val="0"/>
                <w:color w:val="222A36"/>
                <w:sz w:val="22"/>
              </w:rPr>
              <w:t>3. 下一課開首一分鐘，讓自願的同學說說感受。</w:t>
            </w:r>
          </w:p>
          <w:p>
            <w:r>
              <w:rPr>
                <w:rFonts w:ascii="Microsoft JhengHei" w:hAnsi="Microsoft JhengHei" w:eastAsia="Microsoft JhengHei"/>
                <w:b w:val="0"/>
                <w:i w:val="0"/>
                <w:color w:val="222A36"/>
                <w:sz w:val="22"/>
              </w:rPr>
              <w:t>理據：研究庫 trusted_adult 及 sticky_faith：與信任的成年人同行，有助信仰在生活中持續；同時給低落的同學一條求助的路。</w:t>
            </w:r>
          </w:p>
        </w:tc>
      </w:tr>
    </w:tbl>
    <w:p/>
    <w:p>
      <w:pPr>
        <w:spacing w:after="120" w:before="240"/>
      </w:pPr>
      <w:r>
        <w:rPr>
          <w:rFonts w:ascii="Microsoft JhengHei" w:hAnsi="Microsoft JhengHei" w:eastAsia="Microsoft JhengHei"/>
          <w:b/>
          <w:i w:val="0"/>
          <w:color w:val="A86B1F"/>
          <w:sz w:val="32"/>
        </w:rPr>
        <w:t>五之二、應用選單（學生自選）</w:t>
      </w:r>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fill="EFE7D6"/>
          </w:tcPr>
          <w:p>
            <w:r/>
            <w:r>
              <w:rPr>
                <w:rFonts w:ascii="Microsoft JhengHei" w:hAnsi="Microsoft JhengHei" w:eastAsia="Microsoft JhengHei"/>
                <w:b/>
                <w:i w:val="0"/>
                <w:color w:val="222A36"/>
                <w:sz w:val="20"/>
              </w:rPr>
              <w:t>對象</w:t>
            </w:r>
          </w:p>
        </w:tc>
        <w:tc>
          <w:tcPr>
            <w:tcW w:type="dxa" w:w="1701"/>
            <w:shd w:val="clear" w:fill="EFE7D6"/>
          </w:tcPr>
          <w:p>
            <w:r/>
            <w:r>
              <w:rPr>
                <w:rFonts w:ascii="Microsoft JhengHei" w:hAnsi="Microsoft JhengHei" w:eastAsia="Microsoft JhengHei"/>
                <w:b/>
                <w:i w:val="0"/>
                <w:color w:val="222A36"/>
                <w:sz w:val="20"/>
              </w:rPr>
              <w:t>需要</w:t>
            </w:r>
          </w:p>
        </w:tc>
        <w:tc>
          <w:tcPr>
            <w:tcW w:type="dxa" w:w="3175"/>
            <w:shd w:val="clear" w:fill="EFE7D6"/>
          </w:tcPr>
          <w:p>
            <w:r/>
            <w:r>
              <w:rPr>
                <w:rFonts w:ascii="Microsoft JhengHei" w:hAnsi="Microsoft JhengHei" w:eastAsia="Microsoft JhengHei"/>
                <w:b/>
                <w:i w:val="0"/>
                <w:color w:val="222A36"/>
                <w:sz w:val="20"/>
              </w:rPr>
              <w:t>應用</w:t>
            </w:r>
          </w:p>
        </w:tc>
        <w:tc>
          <w:tcPr>
            <w:tcW w:type="dxa" w:w="2721"/>
            <w:shd w:val="clear" w:fill="EFE7D6"/>
          </w:tcPr>
          <w:p>
            <w:r/>
            <w:r>
              <w:rPr>
                <w:rFonts w:ascii="Microsoft JhengHei" w:hAnsi="Microsoft JhengHei" w:eastAsia="Microsoft JhengHei"/>
                <w:b/>
                <w:i w:val="0"/>
                <w:color w:val="222A36"/>
                <w:sz w:val="20"/>
              </w:rPr>
              <w:t>短禱</w:t>
            </w:r>
          </w:p>
        </w:tc>
      </w:tr>
      <w:tr>
        <w:tc>
          <w:tcPr>
            <w:tcW w:type="dxa" w:w="1474"/>
          </w:tcPr>
          <w:p>
            <w:r/>
            <w:r>
              <w:rPr>
                <w:rFonts w:ascii="Microsoft JhengHei" w:hAnsi="Microsoft JhengHei" w:eastAsia="Microsoft JhengHei"/>
                <w:b w:val="0"/>
                <w:i w:val="0"/>
                <w:color w:val="222A36"/>
                <w:sz w:val="20"/>
              </w:rPr>
              <w:t>未信／好奇</w:t>
            </w:r>
          </w:p>
        </w:tc>
        <w:tc>
          <w:tcPr>
            <w:tcW w:type="dxa" w:w="1701"/>
          </w:tcPr>
          <w:p>
            <w:r/>
            <w:r>
              <w:rPr>
                <w:rFonts w:ascii="Microsoft JhengHei" w:hAnsi="Microsoft JhengHei" w:eastAsia="Microsoft JhengHei"/>
                <w:b w:val="0"/>
                <w:i w:val="0"/>
                <w:color w:val="222A36"/>
                <w:sz w:val="20"/>
              </w:rPr>
              <w:t>對神沒有感覺，但承認自己很累</w:t>
            </w:r>
          </w:p>
        </w:tc>
        <w:tc>
          <w:tcPr>
            <w:tcW w:type="dxa" w:w="3175"/>
          </w:tcPr>
          <w:p>
            <w:r/>
            <w:r>
              <w:rPr>
                <w:rFonts w:ascii="Microsoft JhengHei" w:hAnsi="Microsoft JhengHei" w:eastAsia="Microsoft JhengHei"/>
                <w:b w:val="0"/>
                <w:i w:val="0"/>
                <w:color w:val="222A36"/>
                <w:sz w:val="20"/>
              </w:rPr>
              <w:t>這星期試一次：在睡前用一句話對神說「如果你真的在，我今天很累」。</w:t>
            </w:r>
          </w:p>
        </w:tc>
        <w:tc>
          <w:tcPr>
            <w:tcW w:type="dxa" w:w="2721"/>
          </w:tcPr>
          <w:p>
            <w:r/>
            <w:r>
              <w:rPr>
                <w:rFonts w:ascii="Microsoft JhengHei" w:hAnsi="Microsoft JhengHei" w:eastAsia="Microsoft JhengHei"/>
                <w:b w:val="0"/>
                <w:i w:val="0"/>
                <w:color w:val="222A36"/>
                <w:sz w:val="20"/>
              </w:rPr>
              <w:t>神啊，如果你真的在，我今天很累，請讓我知道你在乎我。</w:t>
            </w:r>
          </w:p>
        </w:tc>
      </w:tr>
      <w:tr>
        <w:tc>
          <w:tcPr>
            <w:tcW w:type="dxa" w:w="1474"/>
          </w:tcPr>
          <w:p>
            <w:r/>
            <w:r>
              <w:rPr>
                <w:rFonts w:ascii="Microsoft JhengHei" w:hAnsi="Microsoft JhengHei" w:eastAsia="Microsoft JhengHei"/>
                <w:b w:val="0"/>
                <w:i w:val="0"/>
                <w:color w:val="222A36"/>
                <w:sz w:val="20"/>
              </w:rPr>
              <w:t>正在懷疑</w:t>
            </w:r>
          </w:p>
        </w:tc>
        <w:tc>
          <w:tcPr>
            <w:tcW w:type="dxa" w:w="1701"/>
          </w:tcPr>
          <w:p>
            <w:r/>
            <w:r>
              <w:rPr>
                <w:rFonts w:ascii="Microsoft JhengHei" w:hAnsi="Microsoft JhengHei" w:eastAsia="Microsoft JhengHei"/>
                <w:b w:val="0"/>
                <w:i w:val="0"/>
                <w:color w:val="222A36"/>
                <w:sz w:val="20"/>
              </w:rPr>
              <w:t>懷疑神是否在乎一個沒有動力的人</w:t>
            </w:r>
          </w:p>
        </w:tc>
        <w:tc>
          <w:tcPr>
            <w:tcW w:type="dxa" w:w="3175"/>
          </w:tcPr>
          <w:p>
            <w:r/>
            <w:r>
              <w:rPr>
                <w:rFonts w:ascii="Microsoft JhengHei" w:hAnsi="Microsoft JhengHei" w:eastAsia="Microsoft JhengHei"/>
                <w:b w:val="0"/>
                <w:i w:val="0"/>
                <w:color w:val="222A36"/>
                <w:sz w:val="20"/>
              </w:rPr>
              <w:t>寫下你最大的一個疑問，這星期找一位你信任的人談談。</w:t>
            </w:r>
          </w:p>
        </w:tc>
        <w:tc>
          <w:tcPr>
            <w:tcW w:type="dxa" w:w="2721"/>
          </w:tcPr>
          <w:p>
            <w:r/>
            <w:r>
              <w:rPr>
                <w:rFonts w:ascii="Microsoft JhengHei" w:hAnsi="Microsoft JhengHei" w:eastAsia="Microsoft JhengHei"/>
                <w:b w:val="0"/>
                <w:i w:val="0"/>
                <w:color w:val="222A36"/>
                <w:sz w:val="20"/>
              </w:rPr>
              <w:t>主，我不肯定你是否在乎我，但我願意把這個疑問帶到你面前。</w:t>
            </w:r>
          </w:p>
        </w:tc>
      </w:tr>
      <w:tr>
        <w:tc>
          <w:tcPr>
            <w:tcW w:type="dxa" w:w="1474"/>
          </w:tcPr>
          <w:p>
            <w:r/>
            <w:r>
              <w:rPr>
                <w:rFonts w:ascii="Microsoft JhengHei" w:hAnsi="Microsoft JhengHei" w:eastAsia="Microsoft JhengHei"/>
                <w:b w:val="0"/>
                <w:i w:val="0"/>
                <w:color w:val="222A36"/>
                <w:sz w:val="20"/>
              </w:rPr>
              <w:t>想成長的信徒</w:t>
            </w:r>
          </w:p>
        </w:tc>
        <w:tc>
          <w:tcPr>
            <w:tcW w:type="dxa" w:w="1701"/>
          </w:tcPr>
          <w:p>
            <w:r/>
            <w:r>
              <w:rPr>
                <w:rFonts w:ascii="Microsoft JhengHei" w:hAnsi="Microsoft JhengHei" w:eastAsia="Microsoft JhengHei"/>
                <w:b w:val="0"/>
                <w:i w:val="0"/>
                <w:color w:val="222A36"/>
                <w:sz w:val="20"/>
              </w:rPr>
              <w:t>想親近神，但靈修也提不起勁</w:t>
            </w:r>
          </w:p>
        </w:tc>
        <w:tc>
          <w:tcPr>
            <w:tcW w:type="dxa" w:w="3175"/>
          </w:tcPr>
          <w:p>
            <w:r/>
            <w:r>
              <w:rPr>
                <w:rFonts w:ascii="Microsoft JhengHei" w:hAnsi="Microsoft JhengHei" w:eastAsia="Microsoft JhengHei"/>
                <w:b w:val="0"/>
                <w:i w:val="0"/>
                <w:color w:val="222A36"/>
                <w:sz w:val="20"/>
              </w:rPr>
              <w:t>每天五分鐘安息操練：停下、說一句真心話、照顧身體，不用勉強讀很多。</w:t>
            </w:r>
          </w:p>
        </w:tc>
        <w:tc>
          <w:tcPr>
            <w:tcW w:type="dxa" w:w="2721"/>
          </w:tcPr>
          <w:p>
            <w:r/>
            <w:r>
              <w:rPr>
                <w:rFonts w:ascii="Microsoft JhengHei" w:hAnsi="Microsoft JhengHei" w:eastAsia="Microsoft JhengHei"/>
                <w:b w:val="0"/>
                <w:i w:val="0"/>
                <w:color w:val="222A36"/>
                <w:sz w:val="20"/>
              </w:rPr>
              <w:t>主，我累的時候，求你先照顧我，讓我重新得力。</w:t>
            </w:r>
          </w:p>
        </w:tc>
      </w:tr>
      <w:tr>
        <w:tc>
          <w:tcPr>
            <w:tcW w:type="dxa" w:w="1474"/>
          </w:tcPr>
          <w:p>
            <w:r/>
            <w:r>
              <w:rPr>
                <w:rFonts w:ascii="Microsoft JhengHei" w:hAnsi="Microsoft JhengHei" w:eastAsia="Microsoft JhengHei"/>
                <w:b w:val="0"/>
                <w:i w:val="0"/>
                <w:color w:val="222A36"/>
                <w:sz w:val="20"/>
              </w:rPr>
              <w:t>特殊需要</w:t>
            </w:r>
          </w:p>
        </w:tc>
        <w:tc>
          <w:tcPr>
            <w:tcW w:type="dxa" w:w="1701"/>
          </w:tcPr>
          <w:p>
            <w:r/>
            <w:r>
              <w:rPr>
                <w:rFonts w:ascii="Microsoft JhengHei" w:hAnsi="Microsoft JhengHei" w:eastAsia="Microsoft JhengHei"/>
                <w:b w:val="0"/>
                <w:i w:val="0"/>
                <w:color w:val="222A36"/>
                <w:sz w:val="20"/>
              </w:rPr>
              <w:t>專注力短或文字表達困難</w:t>
            </w:r>
          </w:p>
        </w:tc>
        <w:tc>
          <w:tcPr>
            <w:tcW w:type="dxa" w:w="3175"/>
          </w:tcPr>
          <w:p>
            <w:r/>
            <w:r>
              <w:rPr>
                <w:rFonts w:ascii="Microsoft JhengHei" w:hAnsi="Microsoft JhengHei" w:eastAsia="Microsoft JhengHei"/>
                <w:b w:val="0"/>
                <w:i w:val="0"/>
                <w:color w:val="222A36"/>
                <w:sz w:val="20"/>
              </w:rPr>
              <w:t>用畫圖代替文字：每天在小卡上畫一個符號，代表今天神怎樣照顧了你。</w:t>
            </w:r>
          </w:p>
        </w:tc>
        <w:tc>
          <w:tcPr>
            <w:tcW w:type="dxa" w:w="2721"/>
          </w:tcPr>
          <w:p>
            <w:r/>
            <w:r>
              <w:rPr>
                <w:rFonts w:ascii="Microsoft JhengHei" w:hAnsi="Microsoft JhengHei" w:eastAsia="Microsoft JhengHei"/>
                <w:b w:val="0"/>
                <w:i w:val="0"/>
                <w:color w:val="222A36"/>
                <w:sz w:val="20"/>
              </w:rPr>
              <w:t>主，謝謝你今天照顧我。</w:t>
            </w:r>
          </w:p>
        </w:tc>
      </w:tr>
      <w:tr>
        <w:tc>
          <w:tcPr>
            <w:tcW w:type="dxa" w:w="1474"/>
          </w:tcPr>
          <w:p>
            <w:r/>
            <w:r>
              <w:rPr>
                <w:rFonts w:ascii="Microsoft JhengHei" w:hAnsi="Microsoft JhengHei" w:eastAsia="Microsoft JhengHei"/>
                <w:b w:val="0"/>
                <w:i w:val="0"/>
                <w:color w:val="222A36"/>
                <w:sz w:val="20"/>
              </w:rPr>
              <w:t>全班</w:t>
            </w:r>
          </w:p>
        </w:tc>
        <w:tc>
          <w:tcPr>
            <w:tcW w:type="dxa" w:w="1701"/>
          </w:tcPr>
          <w:p>
            <w:r/>
            <w:r>
              <w:rPr>
                <w:rFonts w:ascii="Microsoft JhengHei" w:hAnsi="Microsoft JhengHei" w:eastAsia="Microsoft JhengHei"/>
                <w:b w:val="0"/>
                <w:i w:val="0"/>
                <w:color w:val="222A36"/>
                <w:sz w:val="20"/>
              </w:rPr>
              <w:t>身體和心都需要休息</w:t>
            </w:r>
          </w:p>
        </w:tc>
        <w:tc>
          <w:tcPr>
            <w:tcW w:type="dxa" w:w="3175"/>
          </w:tcPr>
          <w:p>
            <w:r/>
            <w:r>
              <w:rPr>
                <w:rFonts w:ascii="Microsoft JhengHei" w:hAnsi="Microsoft JhengHei" w:eastAsia="Microsoft JhengHei"/>
                <w:b w:val="0"/>
                <w:i w:val="0"/>
                <w:color w:val="222A36"/>
                <w:sz w:val="20"/>
              </w:rPr>
              <w:t>這星期選一晚早半小時放下手機睡覺，並向神說一句感謝。</w:t>
            </w:r>
          </w:p>
        </w:tc>
        <w:tc>
          <w:tcPr>
            <w:tcW w:type="dxa" w:w="2721"/>
          </w:tcPr>
          <w:p>
            <w:r/>
            <w:r>
              <w:rPr>
                <w:rFonts w:ascii="Microsoft JhengHei" w:hAnsi="Microsoft JhengHei" w:eastAsia="Microsoft JhengHei"/>
                <w:b w:val="0"/>
                <w:i w:val="0"/>
                <w:color w:val="222A36"/>
                <w:sz w:val="20"/>
              </w:rPr>
              <w:t>天父，謝謝你給我休息，求你讓我睡得安穩。</w:t>
            </w:r>
          </w:p>
        </w:tc>
      </w:tr>
    </w:tbl>
    <w:p/>
    <w:p>
      <w:pPr>
        <w:spacing w:after="120" w:before="240"/>
      </w:pPr>
      <w:r>
        <w:rPr>
          <w:rFonts w:ascii="Microsoft JhengHei" w:hAnsi="Microsoft JhengHei" w:eastAsia="Microsoft JhengHei"/>
          <w:b/>
          <w:i w:val="0"/>
          <w:color w:val="A86B1F"/>
          <w:sz w:val="32"/>
        </w:rPr>
        <w:t>五之三、由懷疑到信心（簡單護教）</w:t>
      </w:r>
    </w:p>
    <w:p>
      <w:pPr>
        <w:spacing w:after="0"/>
      </w:pPr>
      <w:r>
        <w:rPr>
          <w:rFonts w:ascii="Microsoft JhengHei" w:hAnsi="Microsoft JhengHei" w:eastAsia="Microsoft JhengHei"/>
          <w:b/>
          <w:i w:val="0"/>
          <w:color w:val="222A36"/>
          <w:sz w:val="22"/>
        </w:rPr>
        <w:t>❓ 神真的在乎一個沒有動力的人嗎？</w:t>
      </w:r>
    </w:p>
    <w:p>
      <w:pPr>
        <w:spacing w:after="120"/>
      </w:pPr>
      <w:r>
        <w:rPr>
          <w:rFonts w:ascii="Microsoft JhengHei" w:hAnsi="Microsoft JhengHei" w:eastAsia="Microsoft JhengHei"/>
          <w:b w:val="0"/>
          <w:i w:val="0"/>
          <w:color w:val="222A36"/>
          <w:sz w:val="22"/>
        </w:rPr>
        <w:t>以利亞累到說「罷了」，神沒有責備他，反而兩次差天使照顧他。聖經記下這件事，正是要告訴我們：神在乎疲乏的人。　〔列王紀上 19:5-7〕</w:t>
      </w:r>
    </w:p>
    <w:p>
      <w:pPr>
        <w:spacing w:after="0"/>
      </w:pPr>
      <w:r>
        <w:rPr>
          <w:rFonts w:ascii="Microsoft JhengHei" w:hAnsi="Microsoft JhengHei" w:eastAsia="Microsoft JhengHei"/>
          <w:b/>
          <w:i w:val="0"/>
          <w:color w:val="222A36"/>
          <w:sz w:val="22"/>
        </w:rPr>
        <w:t>❓ 如果神愛我，為甚麼我仍然覺得很累、很空？</w:t>
      </w:r>
    </w:p>
    <w:p>
      <w:pPr>
        <w:spacing w:after="120"/>
      </w:pPr>
      <w:r>
        <w:rPr>
          <w:rFonts w:ascii="Microsoft JhengHei" w:hAnsi="Microsoft JhengHei" w:eastAsia="Microsoft JhengHei"/>
          <w:b w:val="0"/>
          <w:i w:val="0"/>
          <w:color w:val="222A36"/>
          <w:sz w:val="22"/>
        </w:rPr>
        <w:t>信神不等於不會累。詩人也曾問神「要到幾時呢？」誠實的禱告是信心的一部分，神歡迎你把真實感受帶到祂面前。　〔詩篇 13:1-2〕</w:t>
      </w:r>
    </w:p>
    <w:p>
      <w:pPr>
        <w:spacing w:after="0"/>
      </w:pPr>
      <w:r>
        <w:rPr>
          <w:rFonts w:ascii="Microsoft JhengHei" w:hAnsi="Microsoft JhengHei" w:eastAsia="Microsoft JhengHei"/>
          <w:b/>
          <w:i w:val="0"/>
          <w:color w:val="222A36"/>
          <w:sz w:val="22"/>
        </w:rPr>
        <w:t>❓ 耶穌真的明白我嗎？</w:t>
      </w:r>
    </w:p>
    <w:p>
      <w:pPr>
        <w:spacing w:after="120"/>
      </w:pPr>
      <w:r>
        <w:rPr>
          <w:rFonts w:ascii="Microsoft JhengHei" w:hAnsi="Microsoft JhengHei" w:eastAsia="Microsoft JhengHei"/>
          <w:b w:val="0"/>
          <w:i w:val="0"/>
          <w:color w:val="222A36"/>
          <w:sz w:val="22"/>
        </w:rPr>
        <w:t>耶穌也曾流淚、也曾疲倦。聖經說祂能體恤我們的軟弱，因為祂親自經歷過做人的掙扎。　〔希伯來書 4:15〕</w:t>
      </w:r>
    </w:p>
    <w:p>
      <w:pPr>
        <w:spacing w:after="0"/>
      </w:pPr>
      <w:r>
        <w:rPr>
          <w:rFonts w:ascii="Microsoft JhengHei" w:hAnsi="Microsoft JhengHei" w:eastAsia="Microsoft JhengHei"/>
          <w:b/>
          <w:i w:val="0"/>
          <w:color w:val="222A36"/>
          <w:sz w:val="22"/>
        </w:rPr>
        <w:t>❓ 我信心很小，也可以向神求助嗎？</w:t>
      </w:r>
    </w:p>
    <w:p>
      <w:pPr>
        <w:spacing w:after="120"/>
      </w:pPr>
      <w:r>
        <w:rPr>
          <w:rFonts w:ascii="Microsoft JhengHei" w:hAnsi="Microsoft JhengHei" w:eastAsia="Microsoft JhengHei"/>
          <w:b w:val="0"/>
          <w:i w:val="0"/>
          <w:color w:val="222A36"/>
          <w:sz w:val="22"/>
        </w:rPr>
        <w:t>可以。有一位父親對耶穌說「我信，但我信不足，求主幫助」，耶穌仍然幫助他。小小的信心也可以開始。　〔馬可福音 9:24〕</w:t>
      </w:r>
    </w:p>
    <w:p>
      <w:pPr>
        <w:spacing w:after="120" w:before="240"/>
      </w:pPr>
      <w:r>
        <w:rPr>
          <w:rFonts w:ascii="Microsoft JhengHei" w:hAnsi="Microsoft JhengHei" w:eastAsia="Microsoft JhengHei"/>
          <w:b/>
          <w:i w:val="0"/>
          <w:color w:val="222A36"/>
          <w:sz w:val="26"/>
        </w:rPr>
        <w:t>解經筆記</w:t>
      </w:r>
    </w:p>
    <w:p>
      <w:pPr>
        <w:pStyle w:val="ListBullet"/>
      </w:pPr>
      <w:r>
        <w:rPr>
          <w:rFonts w:ascii="Microsoft JhengHei" w:hAnsi="Microsoft JhengHei" w:eastAsia="Microsoft JhengHei"/>
          <w:b w:val="0"/>
          <w:i w:val="0"/>
          <w:color w:val="222A36"/>
          <w:sz w:val="22"/>
        </w:rPr>
        <w:t>〔列王紀上 18:38-39〕背景：以利亞剛在迦密山經歷神降火的大勝，眾民承認耶和華是神。下一章他卻逃命、筋疲力竭，說明屬靈的高峰後也會有低谷。</w:t>
      </w:r>
    </w:p>
    <w:p>
      <w:pPr>
        <w:pStyle w:val="ListBullet"/>
      </w:pPr>
      <w:r>
        <w:rPr>
          <w:rFonts w:ascii="Microsoft JhengHei" w:hAnsi="Microsoft JhengHei" w:eastAsia="Microsoft JhengHei"/>
          <w:b w:val="0"/>
          <w:i w:val="0"/>
          <w:color w:val="222A36"/>
          <w:sz w:val="22"/>
        </w:rPr>
        <w:t>〔列王紀上 19:4〕羅騰樹是曠野常見的小灌木。以利亞向神坦白說「罷了」，聖經沒有隱藏他的軟弱；神也沒有責備他。</w:t>
      </w:r>
    </w:p>
    <w:p>
      <w:pPr>
        <w:pStyle w:val="ListBullet"/>
      </w:pPr>
      <w:r>
        <w:rPr>
          <w:rFonts w:ascii="Microsoft JhengHei" w:hAnsi="Microsoft JhengHei" w:eastAsia="Microsoft JhengHei"/>
          <w:b w:val="0"/>
          <w:i w:val="0"/>
          <w:color w:val="222A36"/>
          <w:sz w:val="22"/>
        </w:rPr>
        <w:t>〔列王紀上 19:7〕天使第二次來拍他，說「你當走的路甚遠」。神知道前面的路，所以先給足夠的食物和休息，而不是先催促。</w:t>
      </w:r>
    </w:p>
    <w:p>
      <w:pPr>
        <w:pStyle w:val="ListBullet"/>
      </w:pPr>
      <w:r>
        <w:rPr>
          <w:rFonts w:ascii="Microsoft JhengHei" w:hAnsi="Microsoft JhengHei" w:eastAsia="Microsoft JhengHei"/>
          <w:b w:val="0"/>
          <w:i w:val="0"/>
          <w:color w:val="222A36"/>
          <w:sz w:val="22"/>
        </w:rPr>
        <w:t>〔馬太福音 11:28〕「得安息」不只是放假，而是在耶穌裏面得着心靈的安穩；這是耶穌親自的邀請。</w:t>
      </w:r>
    </w:p>
    <w:p>
      <w:pPr>
        <w:spacing w:after="120" w:before="240"/>
      </w:pPr>
      <w:r>
        <w:rPr>
          <w:rFonts w:ascii="Microsoft JhengHei" w:hAnsi="Microsoft JhengHei" w:eastAsia="Microsoft JhengHei"/>
          <w:b/>
          <w:i w:val="0"/>
          <w:color w:val="222A36"/>
          <w:sz w:val="26"/>
        </w:rPr>
        <w:t>小知識</w:t>
      </w:r>
    </w:p>
    <w:p>
      <w:pPr>
        <w:pStyle w:val="ListBullet"/>
      </w:pPr>
      <w:r>
        <w:rPr>
          <w:rFonts w:ascii="Microsoft JhengHei" w:hAnsi="Microsoft JhengHei" w:eastAsia="Microsoft JhengHei"/>
          <w:b w:val="0"/>
          <w:i w:val="0"/>
          <w:color w:val="222A36"/>
          <w:sz w:val="22"/>
        </w:rPr>
        <w:t>羅騰樹是曠野常見的灌木，枝葉不太大，只能提供有限的遮蔭。（以利亞找到的只是一點點蔭庇，神卻給他足夠的照顧。；出處：聖經植物學資料（請老師核對））</w:t>
      </w:r>
    </w:p>
    <w:p>
      <w:pPr>
        <w:pStyle w:val="ListBullet"/>
      </w:pPr>
      <w:r>
        <w:rPr>
          <w:rFonts w:ascii="Microsoft JhengHei" w:hAnsi="Microsoft JhengHei" w:eastAsia="Microsoft JhengHei"/>
          <w:b w:val="0"/>
          <w:i w:val="0"/>
          <w:color w:val="222A36"/>
          <w:sz w:val="22"/>
        </w:rPr>
        <w:t>以利亞從別是巴走到何烈山，經文記載他走了四十晝夜。（前面的路真的很遠，所以神先給他力量，而不是要求他立即出發。；出處：列王紀上 19:8）</w:t>
      </w:r>
    </w:p>
    <w:p>
      <w:pPr>
        <w:spacing w:after="120" w:before="240"/>
      </w:pPr>
      <w:r>
        <w:rPr>
          <w:rFonts w:ascii="Microsoft JhengHei" w:hAnsi="Microsoft JhengHei" w:eastAsia="Microsoft JhengHei"/>
          <w:b/>
          <w:i w:val="0"/>
          <w:color w:val="222A36"/>
          <w:sz w:val="26"/>
        </w:rPr>
        <w:t>影片</w:t>
      </w:r>
    </w:p>
    <w:p>
      <w:pPr>
        <w:spacing w:after="80"/>
      </w:pPr>
      <w:r>
        <w:rPr>
          <w:rFonts w:ascii="Microsoft JhengHei" w:hAnsi="Microsoft JhengHei" w:eastAsia="Microsoft JhengHei"/>
          <w:b w:val="0"/>
          <w:i w:val="0"/>
          <w:color w:val="6B7280"/>
          <w:sz w:val="20"/>
        </w:rPr>
        <w:t>老師可自行搜尋的關鍵字：以利亞 羅騰樹 聖經故事 動畫；Elijah broom tree Bible story for teens；列王紀上 19 章 以利亞 灰心；疲乏 安息 青少年 靈修 短片</w:t>
      </w:r>
    </w:p>
    <w:p>
      <w:pPr>
        <w:spacing w:after="120" w:before="240"/>
      </w:pPr>
      <w:r>
        <w:rPr>
          <w:rFonts w:ascii="Microsoft JhengHei" w:hAnsi="Microsoft JhengHei" w:eastAsia="Microsoft JhengHei"/>
          <w:b/>
          <w:i w:val="0"/>
          <w:color w:val="A86B1F"/>
          <w:sz w:val="32"/>
        </w:rPr>
        <w:t>五之四、禱告箱</w:t>
      </w:r>
    </w:p>
    <w:tbl>
      <w:tblPr>
        <w:tblStyle w:val="TableGrid"/>
        <w:tblW w:type="auto" w:w="0"/>
        <w:tblLook w:firstColumn="1" w:firstRow="1" w:lastColumn="0" w:lastRow="0" w:noHBand="0" w:noVBand="1" w:val="04A0"/>
      </w:tblPr>
      <w:tblGrid>
        <w:gridCol w:w="3324"/>
        <w:gridCol w:w="3324"/>
        <w:gridCol w:w="3324"/>
      </w:tblGrid>
      <w:tr>
        <w:tc>
          <w:tcPr>
            <w:tcW w:type="dxa" w:w="1474"/>
            <w:shd w:val="clear" w:fill="EFE7D6"/>
          </w:tcPr>
          <w:p>
            <w:r/>
            <w:r>
              <w:rPr>
                <w:rFonts w:ascii="Microsoft JhengHei" w:hAnsi="Microsoft JhengHei" w:eastAsia="Microsoft JhengHei"/>
                <w:b/>
                <w:i w:val="0"/>
                <w:color w:val="222A36"/>
                <w:sz w:val="20"/>
              </w:rPr>
              <w:t>層次</w:t>
            </w:r>
          </w:p>
        </w:tc>
        <w:tc>
          <w:tcPr>
            <w:tcW w:type="dxa" w:w="1701"/>
            <w:shd w:val="clear" w:fill="EFE7D6"/>
          </w:tcPr>
          <w:p>
            <w:r/>
            <w:r>
              <w:rPr>
                <w:rFonts w:ascii="Microsoft JhengHei" w:hAnsi="Microsoft JhengHei" w:eastAsia="Microsoft JhengHei"/>
                <w:b/>
                <w:i w:val="0"/>
                <w:color w:val="222A36"/>
                <w:sz w:val="20"/>
              </w:rPr>
              <w:t>題目</w:t>
            </w:r>
          </w:p>
        </w:tc>
        <w:tc>
          <w:tcPr>
            <w:tcW w:type="dxa" w:w="5896"/>
            <w:shd w:val="clear" w:fill="EFE7D6"/>
          </w:tcPr>
          <w:p>
            <w:r/>
            <w:r>
              <w:rPr>
                <w:rFonts w:ascii="Microsoft JhengHei" w:hAnsi="Microsoft JhengHei" w:eastAsia="Microsoft JhengHei"/>
                <w:b/>
                <w:i w:val="0"/>
                <w:color w:val="222A36"/>
                <w:sz w:val="20"/>
              </w:rPr>
              <w:t>禱文</w:t>
            </w:r>
          </w:p>
        </w:tc>
      </w:tr>
      <w:tr>
        <w:tc>
          <w:tcPr>
            <w:tcW w:type="dxa" w:w="1474"/>
          </w:tcPr>
          <w:p>
            <w:r/>
            <w:r>
              <w:rPr>
                <w:rFonts w:ascii="Microsoft JhengHei" w:hAnsi="Microsoft JhengHei" w:eastAsia="Microsoft JhengHei"/>
                <w:b w:val="0"/>
                <w:i w:val="0"/>
                <w:color w:val="222A36"/>
                <w:sz w:val="20"/>
              </w:rPr>
              <w:t>開課</w:t>
            </w:r>
          </w:p>
        </w:tc>
        <w:tc>
          <w:tcPr>
            <w:tcW w:type="dxa" w:w="1701"/>
          </w:tcPr>
          <w:p>
            <w:r/>
            <w:r>
              <w:rPr>
                <w:rFonts w:ascii="Microsoft JhengHei" w:hAnsi="Microsoft JhengHei" w:eastAsia="Microsoft JhengHei"/>
                <w:b w:val="0"/>
                <w:i w:val="0"/>
                <w:color w:val="222A36"/>
                <w:sz w:val="20"/>
              </w:rPr>
              <w:t>開課：今天的電量</w:t>
            </w:r>
          </w:p>
        </w:tc>
        <w:tc>
          <w:tcPr>
            <w:tcW w:type="dxa" w:w="5896"/>
          </w:tcPr>
          <w:p>
            <w:r/>
            <w:r>
              <w:rPr>
                <w:rFonts w:ascii="Microsoft JhengHei" w:hAnsi="Microsoft JhengHei" w:eastAsia="Microsoft JhengHei"/>
                <w:b w:val="0"/>
                <w:i w:val="0"/>
                <w:color w:val="222A36"/>
                <w:sz w:val="20"/>
              </w:rPr>
              <w:t>主，我今天的電量不多，但我願意在這裏。求你在這一課對我說話。</w:t>
            </w:r>
          </w:p>
        </w:tc>
      </w:tr>
      <w:tr>
        <w:tc>
          <w:tcPr>
            <w:tcW w:type="dxa" w:w="1474"/>
          </w:tcPr>
          <w:p>
            <w:r/>
            <w:r>
              <w:rPr>
                <w:rFonts w:ascii="Microsoft JhengHei" w:hAnsi="Microsoft JhengHei" w:eastAsia="Microsoft JhengHei"/>
                <w:b w:val="0"/>
                <w:i w:val="0"/>
                <w:color w:val="222A36"/>
                <w:sz w:val="20"/>
              </w:rPr>
              <w:t>讀經後</w:t>
            </w:r>
          </w:p>
        </w:tc>
        <w:tc>
          <w:tcPr>
            <w:tcW w:type="dxa" w:w="1701"/>
          </w:tcPr>
          <w:p>
            <w:r/>
            <w:r>
              <w:rPr>
                <w:rFonts w:ascii="Microsoft JhengHei" w:hAnsi="Microsoft JhengHei" w:eastAsia="Microsoft JhengHei"/>
                <w:b w:val="0"/>
                <w:i w:val="0"/>
                <w:color w:val="222A36"/>
                <w:sz w:val="20"/>
              </w:rPr>
              <w:t>讀經後</w:t>
            </w:r>
          </w:p>
        </w:tc>
        <w:tc>
          <w:tcPr>
            <w:tcW w:type="dxa" w:w="5896"/>
          </w:tcPr>
          <w:p>
            <w:r/>
            <w:r>
              <w:rPr>
                <w:rFonts w:ascii="Microsoft JhengHei" w:hAnsi="Microsoft JhengHei" w:eastAsia="Microsoft JhengHei"/>
                <w:b w:val="0"/>
                <w:i w:val="0"/>
                <w:color w:val="222A36"/>
                <w:sz w:val="20"/>
              </w:rPr>
              <w:t>天父，謝謝你沒有因為以利亞累了而放棄他。求你也這樣看我，在我最累的時候先照顧我。</w:t>
            </w:r>
          </w:p>
        </w:tc>
      </w:tr>
      <w:tr>
        <w:tc>
          <w:tcPr>
            <w:tcW w:type="dxa" w:w="1474"/>
          </w:tcPr>
          <w:p>
            <w:r/>
            <w:r>
              <w:rPr>
                <w:rFonts w:ascii="Microsoft JhengHei" w:hAnsi="Microsoft JhengHei" w:eastAsia="Microsoft JhengHei"/>
                <w:b w:val="0"/>
                <w:i w:val="0"/>
                <w:color w:val="222A36"/>
                <w:sz w:val="20"/>
              </w:rPr>
              <w:t>應用</w:t>
            </w:r>
          </w:p>
        </w:tc>
        <w:tc>
          <w:tcPr>
            <w:tcW w:type="dxa" w:w="1701"/>
          </w:tcPr>
          <w:p>
            <w:r/>
            <w:r>
              <w:rPr>
                <w:rFonts w:ascii="Microsoft JhengHei" w:hAnsi="Microsoft JhengHei" w:eastAsia="Microsoft JhengHei"/>
                <w:b w:val="0"/>
                <w:i w:val="0"/>
                <w:color w:val="222A36"/>
                <w:sz w:val="20"/>
              </w:rPr>
              <w:t>選擇一小步</w:t>
            </w:r>
          </w:p>
        </w:tc>
        <w:tc>
          <w:tcPr>
            <w:tcW w:type="dxa" w:w="5896"/>
          </w:tcPr>
          <w:p>
            <w:r/>
            <w:r>
              <w:rPr>
                <w:rFonts w:ascii="Microsoft JhengHei" w:hAnsi="Microsoft JhengHei" w:eastAsia="Microsoft JhengHei"/>
                <w:b w:val="0"/>
                <w:i w:val="0"/>
                <w:color w:val="222A36"/>
                <w:sz w:val="20"/>
              </w:rPr>
              <w:t>主，我選了一個很小的行動。求你幫助我這星期做得到，做不到也知道你仍然愛我。</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早上起床</w:t>
            </w:r>
          </w:p>
        </w:tc>
        <w:tc>
          <w:tcPr>
            <w:tcW w:type="dxa" w:w="5896"/>
          </w:tcPr>
          <w:p>
            <w:r/>
            <w:r>
              <w:rPr>
                <w:rFonts w:ascii="Microsoft JhengHei" w:hAnsi="Microsoft JhengHei" w:eastAsia="Microsoft JhengHei"/>
                <w:b w:val="0"/>
                <w:i w:val="0"/>
                <w:color w:val="222A36"/>
                <w:sz w:val="20"/>
              </w:rPr>
              <w:t>主耶穌，今天我不想起床。求你像拍醒以利亞一樣，溫柔地陪我開始這一天。</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溫習前</w:t>
            </w:r>
          </w:p>
        </w:tc>
        <w:tc>
          <w:tcPr>
            <w:tcW w:type="dxa" w:w="5896"/>
          </w:tcPr>
          <w:p>
            <w:r/>
            <w:r>
              <w:rPr>
                <w:rFonts w:ascii="Microsoft JhengHei" w:hAnsi="Microsoft JhengHei" w:eastAsia="Microsoft JhengHei"/>
                <w:b w:val="0"/>
                <w:i w:val="0"/>
                <w:color w:val="222A36"/>
                <w:sz w:val="20"/>
              </w:rPr>
              <w:t>天父，我很想放棄溫習。求你給我專心十五分鐘的力量，也讓我知道我的價值不是由分數決定。</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睡前</w:t>
            </w:r>
          </w:p>
        </w:tc>
        <w:tc>
          <w:tcPr>
            <w:tcW w:type="dxa" w:w="5896"/>
          </w:tcPr>
          <w:p>
            <w:r/>
            <w:r>
              <w:rPr>
                <w:rFonts w:ascii="Microsoft JhengHei" w:hAnsi="Microsoft JhengHei" w:eastAsia="Microsoft JhengHei"/>
                <w:b w:val="0"/>
                <w:i w:val="0"/>
                <w:color w:val="222A36"/>
                <w:sz w:val="20"/>
              </w:rPr>
              <w:t>主，我把今天的疲倦交給你。求你讓我放下手機，安心睡覺，明天再陪我走下一步。</w:t>
            </w:r>
          </w:p>
        </w:tc>
      </w:tr>
      <w:tr>
        <w:tc>
          <w:tcPr>
            <w:tcW w:type="dxa" w:w="1474"/>
          </w:tcPr>
          <w:p>
            <w:r/>
            <w:r>
              <w:rPr>
                <w:rFonts w:ascii="Microsoft JhengHei" w:hAnsi="Microsoft JhengHei" w:eastAsia="Microsoft JhengHei"/>
                <w:b w:val="0"/>
                <w:i w:val="0"/>
                <w:color w:val="222A36"/>
                <w:sz w:val="20"/>
              </w:rPr>
              <w:t>工作紙</w:t>
            </w:r>
          </w:p>
        </w:tc>
        <w:tc>
          <w:tcPr>
            <w:tcW w:type="dxa" w:w="1701"/>
          </w:tcPr>
          <w:p>
            <w:r/>
            <w:r>
              <w:rPr>
                <w:rFonts w:ascii="Microsoft JhengHei" w:hAnsi="Microsoft JhengHei" w:eastAsia="Microsoft JhengHei"/>
                <w:b w:val="0"/>
                <w:i w:val="0"/>
                <w:color w:val="222A36"/>
                <w:sz w:val="20"/>
              </w:rPr>
              <w:t>我的禱告</w:t>
            </w:r>
          </w:p>
        </w:tc>
        <w:tc>
          <w:tcPr>
            <w:tcW w:type="dxa" w:w="5896"/>
          </w:tcPr>
          <w:p>
            <w:r/>
            <w:r>
              <w:rPr>
                <w:rFonts w:ascii="Microsoft JhengHei" w:hAnsi="Microsoft JhengHei" w:eastAsia="Microsoft JhengHei"/>
                <w:b w:val="0"/>
                <w:i w:val="0"/>
                <w:color w:val="222A36"/>
                <w:sz w:val="20"/>
              </w:rPr>
              <w:t>主啊，我累的時候，我想告訴你……</w:t>
            </w:r>
          </w:p>
        </w:tc>
      </w:tr>
      <w:tr>
        <w:tc>
          <w:tcPr>
            <w:tcW w:type="dxa" w:w="1474"/>
          </w:tcPr>
          <w:p>
            <w:r/>
            <w:r>
              <w:rPr>
                <w:rFonts w:ascii="Microsoft JhengHei" w:hAnsi="Microsoft JhengHei" w:eastAsia="Microsoft JhengHei"/>
                <w:b w:val="0"/>
                <w:i w:val="0"/>
                <w:color w:val="222A36"/>
                <w:sz w:val="20"/>
              </w:rPr>
              <w:t>投影片</w:t>
            </w:r>
          </w:p>
        </w:tc>
        <w:tc>
          <w:tcPr>
            <w:tcW w:type="dxa" w:w="1701"/>
          </w:tcPr>
          <w:p>
            <w:r/>
            <w:r>
              <w:rPr>
                <w:rFonts w:ascii="Microsoft JhengHei" w:hAnsi="Microsoft JhengHei" w:eastAsia="Microsoft JhengHei"/>
                <w:b w:val="0"/>
                <w:i w:val="0"/>
                <w:color w:val="222A36"/>
                <w:sz w:val="20"/>
              </w:rPr>
              <w:t>一句禱告</w:t>
            </w:r>
          </w:p>
        </w:tc>
        <w:tc>
          <w:tcPr>
            <w:tcW w:type="dxa" w:w="5896"/>
          </w:tcPr>
          <w:p>
            <w:r/>
            <w:r>
              <w:rPr>
                <w:rFonts w:ascii="Microsoft JhengHei" w:hAnsi="Microsoft JhengHei" w:eastAsia="Microsoft JhengHei"/>
                <w:b w:val="0"/>
                <w:i w:val="0"/>
                <w:color w:val="222A36"/>
                <w:sz w:val="20"/>
              </w:rPr>
              <w:t>主，我心裏發昏的時候，我要求告你。</w:t>
            </w:r>
          </w:p>
        </w:tc>
      </w:tr>
      <w:tr>
        <w:tc>
          <w:tcPr>
            <w:tcW w:type="dxa" w:w="1474"/>
          </w:tcPr>
          <w:p>
            <w:r/>
            <w:r>
              <w:rPr>
                <w:rFonts w:ascii="Microsoft JhengHei" w:hAnsi="Microsoft JhengHei" w:eastAsia="Microsoft JhengHei"/>
                <w:b w:val="0"/>
                <w:i w:val="0"/>
                <w:color w:val="222A36"/>
                <w:sz w:val="20"/>
              </w:rPr>
              <w:t>給未肯定的同學</w:t>
            </w:r>
          </w:p>
        </w:tc>
        <w:tc>
          <w:tcPr>
            <w:tcW w:type="dxa" w:w="1701"/>
          </w:tcPr>
          <w:p>
            <w:r/>
            <w:r>
              <w:rPr>
                <w:rFonts w:ascii="Microsoft JhengHei" w:hAnsi="Microsoft JhengHei" w:eastAsia="Microsoft JhengHei"/>
                <w:b w:val="0"/>
                <w:i w:val="0"/>
                <w:color w:val="222A36"/>
                <w:sz w:val="20"/>
              </w:rPr>
              <w:t>如果你不肯定神是否存在</w:t>
            </w:r>
          </w:p>
        </w:tc>
        <w:tc>
          <w:tcPr>
            <w:tcW w:type="dxa" w:w="5896"/>
          </w:tcPr>
          <w:p>
            <w:r/>
            <w:r>
              <w:rPr>
                <w:rFonts w:ascii="Microsoft JhengHei" w:hAnsi="Microsoft JhengHei" w:eastAsia="Microsoft JhengHei"/>
                <w:b w:val="0"/>
                <w:i w:val="0"/>
                <w:color w:val="222A36"/>
                <w:sz w:val="20"/>
              </w:rPr>
              <w:t>神啊，我不肯定你是否在，但如果你在，請讓我知道你在乎一個這麼累的我。</w:t>
            </w:r>
          </w:p>
        </w:tc>
      </w:tr>
      <w:tr>
        <w:tc>
          <w:tcPr>
            <w:tcW w:type="dxa" w:w="1474"/>
          </w:tcPr>
          <w:p>
            <w:r/>
            <w:r>
              <w:rPr>
                <w:rFonts w:ascii="Microsoft JhengHei" w:hAnsi="Microsoft JhengHei" w:eastAsia="Microsoft JhengHei"/>
                <w:b w:val="0"/>
                <w:i w:val="0"/>
                <w:color w:val="222A36"/>
                <w:sz w:val="20"/>
              </w:rPr>
              <w:t>特別需要</w:t>
            </w:r>
          </w:p>
        </w:tc>
        <w:tc>
          <w:tcPr>
            <w:tcW w:type="dxa" w:w="1701"/>
          </w:tcPr>
          <w:p>
            <w:r/>
            <w:r>
              <w:rPr>
                <w:rFonts w:ascii="Microsoft JhengHei" w:hAnsi="Microsoft JhengHei" w:eastAsia="Microsoft JhengHei"/>
                <w:b w:val="0"/>
                <w:i w:val="0"/>
                <w:color w:val="222A36"/>
                <w:sz w:val="20"/>
              </w:rPr>
              <w:t>給心裏特別累的同學</w:t>
            </w:r>
          </w:p>
        </w:tc>
        <w:tc>
          <w:tcPr>
            <w:tcW w:type="dxa" w:w="5896"/>
          </w:tcPr>
          <w:p>
            <w:r/>
            <w:r>
              <w:rPr>
                <w:rFonts w:ascii="Microsoft JhengHei" w:hAnsi="Microsoft JhengHei" w:eastAsia="Microsoft JhengHei"/>
                <w:b w:val="0"/>
                <w:i w:val="0"/>
                <w:color w:val="222A36"/>
                <w:sz w:val="20"/>
              </w:rPr>
              <w:t>天父，我真的撐得很辛苦。求你給我勇氣告訴一位信任的人，也讓我知道你沒有放棄我。</w:t>
            </w:r>
          </w:p>
        </w:tc>
      </w:tr>
      <w:tr>
        <w:tc>
          <w:tcPr>
            <w:tcW w:type="dxa" w:w="1474"/>
          </w:tcPr>
          <w:p>
            <w:r/>
            <w:r>
              <w:rPr>
                <w:rFonts w:ascii="Microsoft JhengHei" w:hAnsi="Microsoft JhengHei" w:eastAsia="Microsoft JhengHei"/>
                <w:b w:val="0"/>
                <w:i w:val="0"/>
                <w:color w:val="222A36"/>
                <w:sz w:val="20"/>
              </w:rPr>
              <w:t>收結</w:t>
            </w:r>
          </w:p>
        </w:tc>
        <w:tc>
          <w:tcPr>
            <w:tcW w:type="dxa" w:w="1701"/>
          </w:tcPr>
          <w:p>
            <w:r/>
            <w:r>
              <w:rPr>
                <w:rFonts w:ascii="Microsoft JhengHei" w:hAnsi="Microsoft JhengHei" w:eastAsia="Microsoft JhengHei"/>
                <w:b w:val="0"/>
                <w:i w:val="0"/>
                <w:color w:val="222A36"/>
                <w:sz w:val="20"/>
              </w:rPr>
              <w:t>收結</w:t>
            </w:r>
          </w:p>
        </w:tc>
        <w:tc>
          <w:tcPr>
            <w:tcW w:type="dxa" w:w="5896"/>
          </w:tcPr>
          <w:p>
            <w:r/>
            <w:r>
              <w:rPr>
                <w:rFonts w:ascii="Microsoft JhengHei" w:hAnsi="Microsoft JhengHei" w:eastAsia="Microsoft JhengHei"/>
                <w:b w:val="0"/>
                <w:i w:val="0"/>
                <w:color w:val="222A36"/>
                <w:sz w:val="20"/>
              </w:rPr>
              <w:t>主耶穌，你說勞苦擔重擔的可以到你那裏去。我今天就到你那裏，求你給我安息。阿們。</w:t>
            </w:r>
          </w:p>
        </w:tc>
      </w:tr>
    </w:tbl>
    <w:p/>
    <w:p>
      <w:pPr>
        <w:spacing w:after="120" w:before="240"/>
      </w:pPr>
      <w:r>
        <w:rPr>
          <w:rFonts w:ascii="Microsoft JhengHei" w:hAnsi="Microsoft JhengHei" w:eastAsia="Microsoft JhengHei"/>
          <w:b/>
          <w:i w:val="0"/>
          <w:color w:val="A86B1F"/>
          <w:sz w:val="32"/>
        </w:rPr>
        <w:t>六、活動選項（由老師挑選）</w:t>
      </w:r>
    </w:p>
    <w:p>
      <w:pPr>
        <w:spacing w:after="120" w:before="240"/>
      </w:pPr>
      <w:r>
        <w:rPr>
          <w:rFonts w:ascii="Microsoft JhengHei" w:hAnsi="Microsoft JhengHei" w:eastAsia="Microsoft JhengHei"/>
          <w:b/>
          <w:i w:val="0"/>
          <w:color w:val="222A36"/>
          <w:sz w:val="26"/>
        </w:rPr>
        <w:t>今日電量（匿名電池）（導入與破冰 · 5 分鐘 · 歡樂度 3 · 坐在座位）</w:t>
      </w:r>
    </w:p>
    <w:p>
      <w:pPr>
        <w:spacing w:after="80"/>
      </w:pPr>
      <w:r>
        <w:rPr>
          <w:rFonts w:ascii="Microsoft JhengHei" w:hAnsi="Microsoft JhengHei" w:eastAsia="Microsoft JhengHei"/>
          <w:b w:val="0"/>
          <w:i w:val="0"/>
          <w:color w:val="222A36"/>
          <w:sz w:val="20"/>
        </w:rPr>
        <w:t>物資：每人一張小紙、筆、一個收集盒</w:t>
      </w:r>
    </w:p>
    <w:p>
      <w:pPr>
        <w:pStyle w:val="ListBullet"/>
      </w:pPr>
      <w:r>
        <w:rPr>
          <w:rFonts w:ascii="Microsoft JhengHei" w:hAnsi="Microsoft JhengHei" w:eastAsia="Microsoft JhengHei"/>
          <w:b w:val="0"/>
          <w:i w:val="0"/>
          <w:color w:val="222A36"/>
          <w:sz w:val="22"/>
        </w:rPr>
        <w:t>每人在小紙上畫一個電池，塗上今天的電量（0 至 100%），不寫名字。</w:t>
      </w:r>
    </w:p>
    <w:p>
      <w:pPr>
        <w:pStyle w:val="ListBullet"/>
      </w:pPr>
      <w:r>
        <w:rPr>
          <w:rFonts w:ascii="Microsoft JhengHei" w:hAnsi="Microsoft JhengHei" w:eastAsia="Microsoft JhengHei"/>
          <w:b w:val="0"/>
          <w:i w:val="0"/>
          <w:color w:val="222A36"/>
          <w:sz w:val="22"/>
        </w:rPr>
        <w:t>摺好放進盒子，老師抽出五張讀出百分比，不追問是誰。</w:t>
      </w:r>
    </w:p>
    <w:p>
      <w:pPr>
        <w:pStyle w:val="ListBullet"/>
      </w:pPr>
      <w:r>
        <w:rPr>
          <w:rFonts w:ascii="Microsoft JhengHei" w:hAnsi="Microsoft JhengHei" w:eastAsia="Microsoft JhengHei"/>
          <w:b w:val="0"/>
          <w:i w:val="0"/>
          <w:color w:val="222A36"/>
          <w:sz w:val="22"/>
        </w:rPr>
        <w:t>老師說：低電不是失敗，這一課就是為累了的人預備的。</w:t>
      </w:r>
    </w:p>
    <w:p>
      <w:pPr>
        <w:spacing w:after="80"/>
      </w:pPr>
      <w:r>
        <w:rPr>
          <w:rFonts w:ascii="Microsoft JhengHei" w:hAnsi="Microsoft JhengHei" w:eastAsia="Microsoft JhengHei"/>
          <w:b w:val="0"/>
          <w:i w:val="0"/>
          <w:color w:val="222A36"/>
          <w:sz w:val="20"/>
        </w:rPr>
        <w:t>經文連結：引出以利亞在大勝後也會「沒電」，說「罷了」。</w:t>
      </w:r>
    </w:p>
    <w:p>
      <w:pPr>
        <w:spacing w:after="80"/>
      </w:pPr>
      <w:r>
        <w:rPr>
          <w:rFonts w:ascii="Microsoft JhengHei" w:hAnsi="Microsoft JhengHei" w:eastAsia="Microsoft JhengHei"/>
          <w:b w:val="0"/>
          <w:i/>
          <w:color w:val="222A36"/>
          <w:sz w:val="20"/>
        </w:rPr>
        <w:t>反思問題：甚麼事最容易令你一下子沒有電？</w:t>
      </w:r>
    </w:p>
    <w:p>
      <w:pPr>
        <w:spacing w:after="120" w:before="240"/>
      </w:pPr>
      <w:r>
        <w:rPr>
          <w:rFonts w:ascii="Microsoft JhengHei" w:hAnsi="Microsoft JhengHei" w:eastAsia="Microsoft JhengHei"/>
          <w:b/>
          <w:i w:val="0"/>
          <w:color w:val="222A36"/>
          <w:sz w:val="26"/>
        </w:rPr>
        <w:t>原位四角表態：最耗電的是甚麼？（導入與破冰 · 5 分鐘 · 歡樂度 3 · 坐在座位）</w:t>
      </w:r>
    </w:p>
    <w:p>
      <w:pPr>
        <w:spacing w:after="80"/>
      </w:pPr>
      <w:r>
        <w:rPr>
          <w:rFonts w:ascii="Microsoft JhengHei" w:hAnsi="Microsoft JhengHei" w:eastAsia="Microsoft JhengHei"/>
          <w:b w:val="0"/>
          <w:i w:val="0"/>
          <w:color w:val="222A36"/>
          <w:sz w:val="20"/>
        </w:rPr>
        <w:t>物資：白板畫四格：讀書、人際、手機及睡眠、不知道為何要努力</w:t>
      </w:r>
    </w:p>
    <w:p>
      <w:pPr>
        <w:pStyle w:val="ListBullet"/>
      </w:pPr>
      <w:r>
        <w:rPr>
          <w:rFonts w:ascii="Microsoft JhengHei" w:hAnsi="Microsoft JhengHei" w:eastAsia="Microsoft JhengHei"/>
          <w:b w:val="0"/>
          <w:i w:val="0"/>
          <w:color w:val="222A36"/>
          <w:sz w:val="22"/>
        </w:rPr>
        <w:t>老師在白板畫四格，每格一個「耗電」來源。</w:t>
      </w:r>
    </w:p>
    <w:p>
      <w:pPr>
        <w:pStyle w:val="ListBullet"/>
      </w:pPr>
      <w:r>
        <w:rPr>
          <w:rFonts w:ascii="Microsoft JhengHei" w:hAnsi="Microsoft JhengHei" w:eastAsia="Microsoft JhengHei"/>
          <w:b w:val="0"/>
          <w:i w:val="0"/>
          <w:color w:val="222A36"/>
          <w:sz w:val="22"/>
        </w:rPr>
        <w:t>同學用手指指向一格（一至四隻手指），不用說話。</w:t>
      </w:r>
    </w:p>
    <w:p>
      <w:pPr>
        <w:pStyle w:val="ListBullet"/>
      </w:pPr>
      <w:r>
        <w:rPr>
          <w:rFonts w:ascii="Microsoft JhengHei" w:hAnsi="Microsoft JhengHei" w:eastAsia="Microsoft JhengHei"/>
          <w:b w:val="0"/>
          <w:i w:val="0"/>
          <w:color w:val="222A36"/>
          <w:sz w:val="22"/>
        </w:rPr>
        <w:t>老師統計最多的一格，說一句肯定的話。</w:t>
      </w:r>
    </w:p>
    <w:p>
      <w:pPr>
        <w:spacing w:after="80"/>
      </w:pPr>
      <w:r>
        <w:rPr>
          <w:rFonts w:ascii="Microsoft JhengHei" w:hAnsi="Microsoft JhengHei" w:eastAsia="Microsoft JhengHei"/>
          <w:b w:val="0"/>
          <w:i w:val="0"/>
          <w:color w:val="222A36"/>
          <w:sz w:val="20"/>
        </w:rPr>
        <w:t>經文連結：以利亞耗電的原因是恐懼、孤單和長途奔走，神一一照顧他。</w:t>
      </w:r>
    </w:p>
    <w:p>
      <w:pPr>
        <w:spacing w:after="80"/>
      </w:pPr>
      <w:r>
        <w:rPr>
          <w:rFonts w:ascii="Microsoft JhengHei" w:hAnsi="Microsoft JhengHei" w:eastAsia="Microsoft JhengHei"/>
          <w:b w:val="0"/>
          <w:i/>
          <w:color w:val="222A36"/>
          <w:sz w:val="20"/>
        </w:rPr>
        <w:t>反思問題：如果神要照顧你這一格，你希望祂先做甚麼？</w:t>
      </w:r>
    </w:p>
    <w:p>
      <w:pPr>
        <w:spacing w:after="120" w:before="240"/>
      </w:pPr>
      <w:r>
        <w:rPr>
          <w:rFonts w:ascii="Microsoft JhengHei" w:hAnsi="Microsoft JhengHei" w:eastAsia="Microsoft JhengHei"/>
          <w:b/>
          <w:i w:val="0"/>
          <w:color w:val="222A36"/>
          <w:sz w:val="26"/>
        </w:rPr>
        <w:t>原位定格：羅騰樹下（經文探索 · 8 分鐘 · 歡樂度 3 · 原位站立）</w:t>
      </w:r>
    </w:p>
    <w:p>
      <w:pPr>
        <w:spacing w:after="80"/>
      </w:pPr>
      <w:r>
        <w:rPr>
          <w:rFonts w:ascii="Microsoft JhengHei" w:hAnsi="Microsoft JhengHei" w:eastAsia="Microsoft JhengHei"/>
          <w:b w:val="0"/>
          <w:i w:val="0"/>
          <w:color w:val="222A36"/>
          <w:sz w:val="20"/>
        </w:rPr>
        <w:t>物資：投影片顯示經文及五個畫面名稱</w:t>
      </w:r>
    </w:p>
    <w:p>
      <w:pPr>
        <w:pStyle w:val="ListBullet"/>
      </w:pPr>
      <w:r>
        <w:rPr>
          <w:rFonts w:ascii="Microsoft JhengHei" w:hAnsi="Microsoft JhengHei" w:eastAsia="Microsoft JhengHei"/>
          <w:b w:val="0"/>
          <w:i w:val="0"/>
          <w:color w:val="222A36"/>
          <w:sz w:val="22"/>
        </w:rPr>
        <w:t>老師朗讀列王紀上 19:3-8，分五個畫面：逃命、坐在樹下、被拍醒、吃餅喝水、起來走路。</w:t>
      </w:r>
    </w:p>
    <w:p>
      <w:pPr>
        <w:pStyle w:val="ListBullet"/>
      </w:pPr>
      <w:r>
        <w:rPr>
          <w:rFonts w:ascii="Microsoft JhengHei" w:hAnsi="Microsoft JhengHei" w:eastAsia="Microsoft JhengHei"/>
          <w:b w:val="0"/>
          <w:i w:val="0"/>
          <w:color w:val="222A36"/>
          <w:sz w:val="22"/>
        </w:rPr>
        <w:t>每讀到一個畫面，同學原位站起做定格三秒，不想站的同學可以坐着用手勢。</w:t>
      </w:r>
    </w:p>
    <w:p>
      <w:pPr>
        <w:pStyle w:val="ListBullet"/>
      </w:pPr>
      <w:r>
        <w:rPr>
          <w:rFonts w:ascii="Microsoft JhengHei" w:hAnsi="Microsoft JhengHei" w:eastAsia="Microsoft JhengHei"/>
          <w:b w:val="0"/>
          <w:i w:val="0"/>
          <w:color w:val="222A36"/>
          <w:sz w:val="22"/>
        </w:rPr>
        <w:t>第四個畫面後問：天使第二次來時說了甚麼？</w:t>
      </w:r>
    </w:p>
    <w:p>
      <w:pPr>
        <w:spacing w:after="80"/>
      </w:pPr>
      <w:r>
        <w:rPr>
          <w:rFonts w:ascii="Microsoft JhengHei" w:hAnsi="Microsoft JhengHei" w:eastAsia="Microsoft JhengHei"/>
          <w:b w:val="0"/>
          <w:i w:val="0"/>
          <w:color w:val="222A36"/>
          <w:sz w:val="20"/>
        </w:rPr>
        <w:t>經文連結：身體經歷神照顧的次序：拍醒、食物、休息、再照顧、最後才是前路。</w:t>
      </w:r>
    </w:p>
    <w:p>
      <w:pPr>
        <w:spacing w:after="80"/>
      </w:pPr>
      <w:r>
        <w:rPr>
          <w:rFonts w:ascii="Microsoft JhengHei" w:hAnsi="Microsoft JhengHei" w:eastAsia="Microsoft JhengHei"/>
          <w:b w:val="0"/>
          <w:i/>
          <w:color w:val="222A36"/>
          <w:sz w:val="20"/>
        </w:rPr>
        <w:t>反思問題：五個畫面中，哪一個最像你最近的狀態？</w:t>
      </w:r>
    </w:p>
    <w:p>
      <w:pPr>
        <w:spacing w:after="120" w:before="240"/>
      </w:pPr>
      <w:r>
        <w:rPr>
          <w:rFonts w:ascii="Microsoft JhengHei" w:hAnsi="Microsoft JhengHei" w:eastAsia="Microsoft JhengHei"/>
          <w:b/>
          <w:i w:val="0"/>
          <w:color w:val="222A36"/>
          <w:sz w:val="26"/>
        </w:rPr>
        <w:t>原位默想三步：到我這裏來（生命連結、反思與禱告 · 6 分鐘 · 歡樂度 2 · 坐在座位）</w:t>
      </w:r>
    </w:p>
    <w:p>
      <w:pPr>
        <w:spacing w:after="80"/>
      </w:pPr>
      <w:r>
        <w:rPr>
          <w:rFonts w:ascii="Microsoft JhengHei" w:hAnsi="Microsoft JhengHei" w:eastAsia="Microsoft JhengHei"/>
          <w:b w:val="0"/>
          <w:i w:val="0"/>
          <w:color w:val="222A36"/>
          <w:sz w:val="20"/>
        </w:rPr>
        <w:t>物資：投影片顯示核實經文</w:t>
      </w:r>
    </w:p>
    <w:p>
      <w:pPr>
        <w:pStyle w:val="ListBullet"/>
      </w:pPr>
      <w:r>
        <w:rPr>
          <w:rFonts w:ascii="Microsoft JhengHei" w:hAnsi="Microsoft JhengHei" w:eastAsia="Microsoft JhengHei"/>
          <w:b w:val="0"/>
          <w:i w:val="0"/>
          <w:color w:val="222A36"/>
          <w:sz w:val="22"/>
        </w:rPr>
        <w:t>慢讀馬太福音 11:28 兩次。</w:t>
      </w:r>
    </w:p>
    <w:p>
      <w:pPr>
        <w:pStyle w:val="ListBullet"/>
      </w:pPr>
      <w:r>
        <w:rPr>
          <w:rFonts w:ascii="Microsoft JhengHei" w:hAnsi="Microsoft JhengHei" w:eastAsia="Microsoft JhengHei"/>
          <w:b w:val="0"/>
          <w:i w:val="0"/>
          <w:color w:val="222A36"/>
          <w:sz w:val="22"/>
        </w:rPr>
        <w:t>安靜一分鐘，圈出一個觸動自己的詞。</w:t>
      </w:r>
    </w:p>
    <w:p>
      <w:pPr>
        <w:pStyle w:val="ListBullet"/>
      </w:pPr>
      <w:r>
        <w:rPr>
          <w:rFonts w:ascii="Microsoft JhengHei" w:hAnsi="Microsoft JhengHei" w:eastAsia="Microsoft JhengHei"/>
          <w:b w:val="0"/>
          <w:i w:val="0"/>
          <w:color w:val="222A36"/>
          <w:sz w:val="22"/>
        </w:rPr>
        <w:t>在心裏用這個詞對耶穌說一句話。</w:t>
      </w:r>
    </w:p>
    <w:p>
      <w:pPr>
        <w:spacing w:after="80"/>
      </w:pPr>
      <w:r>
        <w:rPr>
          <w:rFonts w:ascii="Microsoft JhengHei" w:hAnsi="Microsoft JhengHei" w:eastAsia="Microsoft JhengHei"/>
          <w:b w:val="0"/>
          <w:i w:val="0"/>
          <w:color w:val="222A36"/>
          <w:sz w:val="20"/>
        </w:rPr>
        <w:t>經文連結：把以利亞的經歷連到耶穌今天的邀請。</w:t>
      </w:r>
    </w:p>
    <w:p>
      <w:pPr>
        <w:spacing w:after="80"/>
      </w:pPr>
      <w:r>
        <w:rPr>
          <w:rFonts w:ascii="Microsoft JhengHei" w:hAnsi="Microsoft JhengHei" w:eastAsia="Microsoft JhengHei"/>
          <w:b w:val="0"/>
          <w:i/>
          <w:color w:val="222A36"/>
          <w:sz w:val="20"/>
        </w:rPr>
        <w:t>反思問題：你最想帶到耶穌那裏的重擔是甚麼？</w:t>
      </w:r>
    </w:p>
    <w:p>
      <w:pPr>
        <w:spacing w:after="120" w:before="240"/>
      </w:pPr>
      <w:r>
        <w:rPr>
          <w:rFonts w:ascii="Microsoft JhengHei" w:hAnsi="Microsoft JhengHei" w:eastAsia="Microsoft JhengHei"/>
          <w:b/>
          <w:i w:val="0"/>
          <w:color w:val="222A36"/>
          <w:sz w:val="26"/>
        </w:rPr>
        <w:t>安息卡（生命連結、反思與禱告 · 7 分鐘 · 歡樂度 2 · 坐在座位）</w:t>
      </w:r>
    </w:p>
    <w:p>
      <w:pPr>
        <w:spacing w:after="80"/>
      </w:pPr>
      <w:r>
        <w:rPr>
          <w:rFonts w:ascii="Microsoft JhengHei" w:hAnsi="Microsoft JhengHei" w:eastAsia="Microsoft JhengHei"/>
          <w:b w:val="0"/>
          <w:i w:val="0"/>
          <w:color w:val="222A36"/>
          <w:sz w:val="20"/>
        </w:rPr>
        <w:t>物資：每人一張小卡、筆</w:t>
      </w:r>
    </w:p>
    <w:p>
      <w:pPr>
        <w:pStyle w:val="ListBullet"/>
      </w:pPr>
      <w:r>
        <w:rPr>
          <w:rFonts w:ascii="Microsoft JhengHei" w:hAnsi="Microsoft JhengHei" w:eastAsia="Microsoft JhengHei"/>
          <w:b w:val="0"/>
          <w:i w:val="0"/>
          <w:color w:val="222A36"/>
          <w:sz w:val="22"/>
        </w:rPr>
        <w:t>在小卡寫：我這星期每天在＿＿＿時候停下五分鐘。</w:t>
      </w:r>
    </w:p>
    <w:p>
      <w:pPr>
        <w:pStyle w:val="ListBullet"/>
      </w:pPr>
      <w:r>
        <w:rPr>
          <w:rFonts w:ascii="Microsoft JhengHei" w:hAnsi="Microsoft JhengHei" w:eastAsia="Microsoft JhengHei"/>
          <w:b w:val="0"/>
          <w:i w:val="0"/>
          <w:color w:val="222A36"/>
          <w:sz w:val="22"/>
        </w:rPr>
        <w:t>寫一句想對神說的真心話，可以抄詩篇 61:2。</w:t>
      </w:r>
    </w:p>
    <w:p>
      <w:pPr>
        <w:pStyle w:val="ListBullet"/>
      </w:pPr>
      <w:r>
        <w:rPr>
          <w:rFonts w:ascii="Microsoft JhengHei" w:hAnsi="Microsoft JhengHei" w:eastAsia="Microsoft JhengHei"/>
          <w:b w:val="0"/>
          <w:i w:val="0"/>
          <w:color w:val="222A36"/>
          <w:sz w:val="22"/>
        </w:rPr>
        <w:t>把卡放在銀包或手機殼，不用交給老師。</w:t>
      </w:r>
    </w:p>
    <w:p>
      <w:pPr>
        <w:spacing w:after="80"/>
      </w:pPr>
      <w:r>
        <w:rPr>
          <w:rFonts w:ascii="Microsoft JhengHei" w:hAnsi="Microsoft JhengHei" w:eastAsia="Microsoft JhengHei"/>
          <w:b w:val="0"/>
          <w:i w:val="0"/>
          <w:color w:val="222A36"/>
          <w:sz w:val="20"/>
        </w:rPr>
        <w:t>經文連結：把神照顧以利亞的方式變成每天五分鐘的安息操練。</w:t>
      </w:r>
    </w:p>
    <w:p>
      <w:pPr>
        <w:spacing w:after="80"/>
      </w:pPr>
      <w:r>
        <w:rPr>
          <w:rFonts w:ascii="Microsoft JhengHei" w:hAnsi="Microsoft JhengHei" w:eastAsia="Microsoft JhengHei"/>
          <w:b w:val="0"/>
          <w:i/>
          <w:color w:val="222A36"/>
          <w:sz w:val="20"/>
        </w:rPr>
        <w:t>反思問題：這星期哪一天你最需要這五分鐘？</w:t>
      </w:r>
    </w:p>
    <w:p>
      <w:pPr>
        <w:spacing w:after="120" w:before="240"/>
      </w:pPr>
      <w:r>
        <w:rPr>
          <w:rFonts w:ascii="Microsoft JhengHei" w:hAnsi="Microsoft JhengHei" w:eastAsia="Microsoft JhengHei"/>
          <w:b/>
          <w:i w:val="0"/>
          <w:color w:val="222A36"/>
          <w:sz w:val="26"/>
        </w:rPr>
        <w:t>淘寶／預先準備的小物資</w:t>
      </w:r>
    </w:p>
    <w:tbl>
      <w:tblPr>
        <w:tblStyle w:val="TableGrid"/>
        <w:tblW w:type="auto" w:w="0"/>
        <w:tblLook w:firstColumn="1" w:firstRow="1" w:lastColumn="0" w:lastRow="0" w:noHBand="0" w:noVBand="1" w:val="04A0"/>
      </w:tblPr>
      <w:tblGrid>
        <w:gridCol w:w="3324"/>
        <w:gridCol w:w="3324"/>
        <w:gridCol w:w="3324"/>
      </w:tblGrid>
      <w:tr>
        <w:tc>
          <w:tcPr>
            <w:tcW w:type="dxa" w:w="2268"/>
            <w:shd w:val="clear" w:fill="EFE7D6"/>
          </w:tcPr>
          <w:p>
            <w:r/>
            <w:r>
              <w:rPr>
                <w:rFonts w:ascii="Microsoft JhengHei" w:hAnsi="Microsoft JhengHei" w:eastAsia="Microsoft JhengHei"/>
                <w:b/>
                <w:i w:val="0"/>
                <w:color w:val="222A36"/>
                <w:sz w:val="20"/>
              </w:rPr>
              <w:t>物品</w:t>
            </w:r>
          </w:p>
        </w:tc>
        <w:tc>
          <w:tcPr>
            <w:tcW w:type="dxa" w:w="3402"/>
            <w:shd w:val="clear" w:fill="EFE7D6"/>
          </w:tcPr>
          <w:p>
            <w:r/>
            <w:r>
              <w:rPr>
                <w:rFonts w:ascii="Microsoft JhengHei" w:hAnsi="Microsoft JhengHei" w:eastAsia="Microsoft JhengHei"/>
                <w:b/>
                <w:i w:val="0"/>
                <w:color w:val="222A36"/>
                <w:sz w:val="20"/>
              </w:rPr>
              <w:t>課堂用途</w:t>
            </w:r>
          </w:p>
        </w:tc>
        <w:tc>
          <w:tcPr>
            <w:tcW w:type="dxa" w:w="3402"/>
            <w:shd w:val="clear" w:fill="EFE7D6"/>
          </w:tcPr>
          <w:p>
            <w:r/>
            <w:r>
              <w:rPr>
                <w:rFonts w:ascii="Microsoft JhengHei" w:hAnsi="Microsoft JhengHei" w:eastAsia="Microsoft JhengHei"/>
                <w:b/>
                <w:i w:val="0"/>
                <w:color w:val="222A36"/>
                <w:sz w:val="20"/>
              </w:rPr>
              <w:t>準備事項</w:t>
            </w:r>
          </w:p>
        </w:tc>
      </w:tr>
      <w:tr>
        <w:tc>
          <w:tcPr>
            <w:tcW w:type="dxa" w:w="2268"/>
          </w:tcPr>
          <w:p>
            <w:r/>
            <w:r>
              <w:rPr>
                <w:rFonts w:ascii="Microsoft JhengHei" w:hAnsi="Microsoft JhengHei" w:eastAsia="Microsoft JhengHei"/>
                <w:b w:val="0"/>
                <w:i w:val="0"/>
                <w:color w:val="222A36"/>
                <w:sz w:val="20"/>
              </w:rPr>
              <w:t>電池造型便利貼（約 50 張）</w:t>
            </w:r>
          </w:p>
        </w:tc>
        <w:tc>
          <w:tcPr>
            <w:tcW w:type="dxa" w:w="3402"/>
          </w:tcPr>
          <w:p>
            <w:r/>
            <w:r>
              <w:rPr>
                <w:rFonts w:ascii="Microsoft JhengHei" w:hAnsi="Microsoft JhengHei" w:eastAsia="Microsoft JhengHei"/>
                <w:b w:val="0"/>
                <w:i w:val="0"/>
                <w:color w:val="222A36"/>
                <w:sz w:val="20"/>
              </w:rPr>
              <w:t>日後「今日電量」活動可直接貼在白板，令匿名表態更生動</w:t>
            </w:r>
          </w:p>
        </w:tc>
        <w:tc>
          <w:tcPr>
            <w:tcW w:type="dxa" w:w="3402"/>
          </w:tcPr>
          <w:p>
            <w:r/>
            <w:r>
              <w:rPr>
                <w:rFonts w:ascii="Microsoft JhengHei" w:hAnsi="Microsoft JhengHei" w:eastAsia="Microsoft JhengHei"/>
                <w:b w:val="0"/>
                <w:i w:val="0"/>
                <w:color w:val="222A36"/>
                <w:sz w:val="20"/>
              </w:rPr>
              <w:t>網購送貨約需一星期；可留待系列第二課使用</w:t>
            </w:r>
          </w:p>
        </w:tc>
      </w:tr>
    </w:tbl>
    <w:p/>
    <w:p>
      <w:pPr>
        <w:spacing w:after="120" w:before="240"/>
      </w:pPr>
      <w:r>
        <w:rPr>
          <w:rFonts w:ascii="Microsoft JhengHei" w:hAnsi="Microsoft JhengHei" w:eastAsia="Microsoft JhengHei"/>
          <w:b/>
          <w:i w:val="0"/>
          <w:color w:val="A86B1F"/>
          <w:sz w:val="32"/>
        </w:rPr>
        <w:t>七、差異化、物資及安全</w:t>
      </w:r>
    </w:p>
    <w:p>
      <w:pPr>
        <w:pStyle w:val="ListBullet"/>
      </w:pPr>
      <w:r>
        <w:rPr>
          <w:rFonts w:ascii="Microsoft JhengHei" w:hAnsi="Microsoft JhengHei" w:eastAsia="Microsoft JhengHei"/>
          <w:b w:val="0"/>
          <w:i w:val="0"/>
          <w:color w:val="222A36"/>
          <w:sz w:val="22"/>
        </w:rPr>
        <w:t>SEN：每段活動有圖示及句式卡；容許畫圖代替文字，定格可坐着用手勢。</w:t>
      </w:r>
    </w:p>
    <w:p>
      <w:pPr>
        <w:pStyle w:val="ListBullet"/>
      </w:pPr>
      <w:r>
        <w:rPr>
          <w:rFonts w:ascii="Microsoft JhengHei" w:hAnsi="Microsoft JhengHei" w:eastAsia="Microsoft JhengHei"/>
          <w:b w:val="0"/>
          <w:i w:val="0"/>
          <w:color w:val="222A36"/>
          <w:sz w:val="22"/>
        </w:rPr>
        <w:t>能力較高：延伸思考「為甚麼神先給食物，才說路甚遠？」並寫一句自己的答案。</w:t>
      </w:r>
    </w:p>
    <w:p>
      <w:pPr>
        <w:pStyle w:val="ListBullet"/>
      </w:pPr>
      <w:r>
        <w:rPr>
          <w:rFonts w:ascii="Microsoft JhengHei" w:hAnsi="Microsoft JhengHei" w:eastAsia="Microsoft JhengHei"/>
          <w:b w:val="0"/>
          <w:i w:val="0"/>
          <w:color w:val="222A36"/>
          <w:sz w:val="22"/>
        </w:rPr>
        <w:t>非信徒同學：邀請他們只是誠實地觀察以利亞的故事，可以用「如果神在」的句式回應，不要求表態。</w:t>
      </w:r>
    </w:p>
    <w:p>
      <w:pPr>
        <w:spacing w:after="80"/>
      </w:pPr>
      <w:r>
        <w:rPr>
          <w:rFonts w:ascii="Microsoft JhengHei" w:hAnsi="Microsoft JhengHei" w:eastAsia="Microsoft JhengHei"/>
          <w:b w:val="0"/>
          <w:i w:val="0"/>
          <w:color w:val="222A36"/>
          <w:sz w:val="22"/>
        </w:rPr>
        <w:t>物資：每人一張小紙及一張小卡、收集盒、投影片（經文、五個定格畫面、句式卡）、白板</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安全提示</w:t>
            </w:r>
          </w:p>
          <w:p>
            <w:r>
              <w:rPr>
                <w:rFonts w:ascii="Microsoft JhengHei" w:hAnsi="Microsoft JhengHei" w:eastAsia="Microsoft JhengHei"/>
                <w:b w:val="0"/>
                <w:i w:val="0"/>
                <w:color w:val="222A36"/>
                <w:sz w:val="22"/>
              </w:rPr>
              <w:t>本課提及以利亞說「罷了」及求死，可能觸動情緒低落的同學。老師在朗讀時停一停並給求助提示；不要求同學分享自己是否有過類似念頭。如發現有同學流露輕生或自傷念頭，課後即時轉介學校社工。　如有需要，請向老師、社工、家長或牧者／神父傾談。</w:t>
            </w:r>
          </w:p>
        </w:tc>
      </w:tr>
    </w:tbl>
    <w:p/>
    <w:tbl>
      <w:tblPr>
        <w:tblStyle w:val="TableGrid"/>
        <w:tblW w:type="auto" w:w="0"/>
        <w:tblLook w:firstColumn="1" w:firstRow="1" w:lastColumn="0" w:lastRow="0" w:noHBand="0" w:noVBand="1" w:val="04A0"/>
      </w:tblPr>
      <w:tblGrid>
        <w:gridCol w:w="3324"/>
        <w:gridCol w:w="3324"/>
        <w:gridCol w:w="3324"/>
      </w:tblGrid>
      <w:tr>
        <w:tc>
          <w:tcPr>
            <w:tcW w:type="dxa" w:w="3402"/>
            <w:shd w:val="clear" w:fill="EFE7D6"/>
          </w:tcPr>
          <w:p>
            <w:r/>
            <w:r>
              <w:rPr>
                <w:rFonts w:ascii="Microsoft JhengHei" w:hAnsi="Microsoft JhengHei" w:eastAsia="Microsoft JhengHei"/>
                <w:b/>
                <w:i w:val="0"/>
                <w:color w:val="222A36"/>
                <w:sz w:val="20"/>
              </w:rPr>
              <w:t>求助熱線</w:t>
            </w:r>
          </w:p>
        </w:tc>
        <w:tc>
          <w:tcPr>
            <w:tcW w:type="dxa" w:w="2268"/>
            <w:shd w:val="clear" w:fill="EFE7D6"/>
          </w:tcPr>
          <w:p>
            <w:r/>
            <w:r>
              <w:rPr>
                <w:rFonts w:ascii="Microsoft JhengHei" w:hAnsi="Microsoft JhengHei" w:eastAsia="Microsoft JhengHei"/>
                <w:b/>
                <w:i w:val="0"/>
                <w:color w:val="222A36"/>
                <w:sz w:val="20"/>
              </w:rPr>
              <w:t>電話／網址</w:t>
            </w:r>
          </w:p>
        </w:tc>
        <w:tc>
          <w:tcPr>
            <w:tcW w:type="dxa" w:w="3402"/>
            <w:shd w:val="clear" w:fill="EFE7D6"/>
          </w:tcPr>
          <w:p>
            <w:r/>
            <w:r>
              <w:rPr>
                <w:rFonts w:ascii="Microsoft JhengHei" w:hAnsi="Microsoft JhengHei" w:eastAsia="Microsoft JhengHei"/>
                <w:b/>
                <w:i w:val="0"/>
                <w:color w:val="222A36"/>
                <w:sz w:val="20"/>
              </w:rPr>
              <w:t>說明</w:t>
            </w:r>
          </w:p>
        </w:tc>
      </w:tr>
      <w:tr>
        <w:tc>
          <w:tcPr>
            <w:tcW w:type="dxa" w:w="3402"/>
          </w:tcPr>
          <w:p>
            <w:r/>
            <w:r>
              <w:rPr>
                <w:rFonts w:ascii="Microsoft JhengHei" w:hAnsi="Microsoft JhengHei" w:eastAsia="Microsoft JhengHei"/>
                <w:b w:val="0"/>
                <w:i w:val="0"/>
                <w:color w:val="222A36"/>
                <w:sz w:val="20"/>
              </w:rPr>
              <w:t>情緒通（政府精神健康支援熱線）</w:t>
            </w:r>
          </w:p>
        </w:tc>
        <w:tc>
          <w:tcPr>
            <w:tcW w:type="dxa" w:w="2268"/>
          </w:tcPr>
          <w:p>
            <w:r/>
            <w:r>
              <w:rPr>
                <w:rFonts w:ascii="Microsoft JhengHei" w:hAnsi="Microsoft JhengHei" w:eastAsia="Microsoft JhengHei"/>
                <w:b w:val="0"/>
                <w:i w:val="0"/>
                <w:color w:val="222A36"/>
                <w:sz w:val="20"/>
              </w:rPr>
              <w:t>18111</w:t>
            </w:r>
          </w:p>
        </w:tc>
        <w:tc>
          <w:tcPr>
            <w:tcW w:type="dxa" w:w="3402"/>
          </w:tcPr>
          <w:p>
            <w:r/>
            <w:r>
              <w:rPr>
                <w:rFonts w:ascii="Microsoft JhengHei" w:hAnsi="Microsoft JhengHei" w:eastAsia="Microsoft JhengHei"/>
                <w:b w:val="0"/>
                <w:i w:val="0"/>
                <w:color w:val="222A36"/>
                <w:sz w:val="20"/>
              </w:rPr>
              <w:t>24 小時 · 亦可 WhatsApp</w:t>
            </w:r>
          </w:p>
        </w:tc>
      </w:tr>
      <w:tr>
        <w:tc>
          <w:tcPr>
            <w:tcW w:type="dxa" w:w="3402"/>
          </w:tcPr>
          <w:p>
            <w:r/>
            <w:r>
              <w:rPr>
                <w:rFonts w:ascii="Microsoft JhengHei" w:hAnsi="Microsoft JhengHei" w:eastAsia="Microsoft JhengHei"/>
                <w:b w:val="0"/>
                <w:i w:val="0"/>
                <w:color w:val="222A36"/>
                <w:sz w:val="20"/>
              </w:rPr>
              <w:t>Open Up（青少年網上文字傾訴）</w:t>
            </w:r>
          </w:p>
        </w:tc>
        <w:tc>
          <w:tcPr>
            <w:tcW w:type="dxa" w:w="2268"/>
          </w:tcPr>
          <w:p>
            <w:r/>
            <w:r>
              <w:rPr>
                <w:rFonts w:ascii="Microsoft JhengHei" w:hAnsi="Microsoft JhengHei" w:eastAsia="Microsoft JhengHei"/>
                <w:b w:val="0"/>
                <w:i w:val="0"/>
                <w:color w:val="222A36"/>
                <w:sz w:val="20"/>
              </w:rPr>
              <w:t>openup.hk</w:t>
            </w:r>
          </w:p>
        </w:tc>
        <w:tc>
          <w:tcPr>
            <w:tcW w:type="dxa" w:w="3402"/>
          </w:tcPr>
          <w:p>
            <w:r/>
            <w:r>
              <w:rPr>
                <w:rFonts w:ascii="Microsoft JhengHei" w:hAnsi="Microsoft JhengHei" w:eastAsia="Microsoft JhengHei"/>
                <w:b w:val="0"/>
                <w:i w:val="0"/>
                <w:color w:val="222A36"/>
                <w:sz w:val="20"/>
              </w:rPr>
              <w:t>24/7 · 6–24 歲 · WhatsApp 9101 2012</w:t>
            </w:r>
          </w:p>
        </w:tc>
      </w:tr>
      <w:tr>
        <w:tc>
          <w:tcPr>
            <w:tcW w:type="dxa" w:w="3402"/>
          </w:tcPr>
          <w:p>
            <w:r/>
            <w:r>
              <w:rPr>
                <w:rFonts w:ascii="Microsoft JhengHei" w:hAnsi="Microsoft JhengHei" w:eastAsia="Microsoft JhengHei"/>
                <w:b w:val="0"/>
                <w:i w:val="0"/>
                <w:color w:val="222A36"/>
                <w:sz w:val="20"/>
              </w:rPr>
              <w:t>香港撒瑪利亞防止自殺會</w:t>
            </w:r>
          </w:p>
        </w:tc>
        <w:tc>
          <w:tcPr>
            <w:tcW w:type="dxa" w:w="2268"/>
          </w:tcPr>
          <w:p>
            <w:r/>
            <w:r>
              <w:rPr>
                <w:rFonts w:ascii="Microsoft JhengHei" w:hAnsi="Microsoft JhengHei" w:eastAsia="Microsoft JhengHei"/>
                <w:b w:val="0"/>
                <w:i w:val="0"/>
                <w:color w:val="222A36"/>
                <w:sz w:val="20"/>
              </w:rPr>
              <w:t>2389 2222</w:t>
            </w:r>
          </w:p>
        </w:tc>
        <w:tc>
          <w:tcPr>
            <w:tcW w:type="dxa" w:w="3402"/>
          </w:tcPr>
          <w:p>
            <w:r/>
            <w:r>
              <w:rPr>
                <w:rFonts w:ascii="Microsoft JhengHei" w:hAnsi="Microsoft JhengHei" w:eastAsia="Microsoft JhengHei"/>
                <w:b w:val="0"/>
                <w:i w:val="0"/>
                <w:color w:val="222A36"/>
                <w:sz w:val="20"/>
              </w:rPr>
              <w:t>24 小時防止自殺</w:t>
            </w:r>
          </w:p>
        </w:tc>
      </w:tr>
      <w:tr>
        <w:tc>
          <w:tcPr>
            <w:tcW w:type="dxa" w:w="3402"/>
          </w:tcPr>
          <w:p>
            <w:r/>
            <w:r>
              <w:rPr>
                <w:rFonts w:ascii="Microsoft JhengHei" w:hAnsi="Microsoft JhengHei" w:eastAsia="Microsoft JhengHei"/>
                <w:b w:val="0"/>
                <w:i w:val="0"/>
                <w:color w:val="222A36"/>
                <w:sz w:val="20"/>
              </w:rPr>
              <w:t>生命熱線</w:t>
            </w:r>
          </w:p>
        </w:tc>
        <w:tc>
          <w:tcPr>
            <w:tcW w:type="dxa" w:w="2268"/>
          </w:tcPr>
          <w:p>
            <w:r/>
            <w:r>
              <w:rPr>
                <w:rFonts w:ascii="Microsoft JhengHei" w:hAnsi="Microsoft JhengHei" w:eastAsia="Microsoft JhengHei"/>
                <w:b w:val="0"/>
                <w:i w:val="0"/>
                <w:color w:val="222A36"/>
                <w:sz w:val="20"/>
              </w:rPr>
              <w:t>2382 0000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明愛向晴軒</w:t>
            </w:r>
          </w:p>
        </w:tc>
        <w:tc>
          <w:tcPr>
            <w:tcW w:type="dxa" w:w="2268"/>
          </w:tcPr>
          <w:p>
            <w:r/>
            <w:r>
              <w:rPr>
                <w:rFonts w:ascii="Microsoft JhengHei" w:hAnsi="Microsoft JhengHei" w:eastAsia="Microsoft JhengHei"/>
                <w:b w:val="0"/>
                <w:i w:val="0"/>
                <w:color w:val="222A36"/>
                <w:sz w:val="20"/>
              </w:rPr>
              <w:t>18288</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撒瑪利亞會（多語言）</w:t>
            </w:r>
          </w:p>
        </w:tc>
        <w:tc>
          <w:tcPr>
            <w:tcW w:type="dxa" w:w="2268"/>
          </w:tcPr>
          <w:p>
            <w:r/>
            <w:r>
              <w:rPr>
                <w:rFonts w:ascii="Microsoft JhengHei" w:hAnsi="Microsoft JhengHei" w:eastAsia="Microsoft JhengHei"/>
                <w:b w:val="0"/>
                <w:i w:val="0"/>
                <w:color w:val="222A36"/>
                <w:sz w:val="20"/>
              </w:rPr>
              <w:t>2896 0000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社會福利署熱線</w:t>
            </w:r>
          </w:p>
        </w:tc>
        <w:tc>
          <w:tcPr>
            <w:tcW w:type="dxa" w:w="2268"/>
          </w:tcPr>
          <w:p>
            <w:r/>
            <w:r>
              <w:rPr>
                <w:rFonts w:ascii="Microsoft JhengHei" w:hAnsi="Microsoft JhengHei" w:eastAsia="Microsoft JhengHei"/>
                <w:b w:val="0"/>
                <w:i w:val="0"/>
                <w:color w:val="222A36"/>
                <w:sz w:val="20"/>
              </w:rPr>
              <w:t>2343 2255</w:t>
            </w:r>
          </w:p>
        </w:tc>
        <w:tc>
          <w:tcPr>
            <w:tcW w:type="dxa" w:w="3402"/>
          </w:tcPr>
          <w:p>
            <w:r/>
            <w:r>
              <w:rPr>
                <w:rFonts w:ascii="Microsoft JhengHei" w:hAnsi="Microsoft JhengHei" w:eastAsia="Microsoft JhengHei"/>
                <w:b w:val="0"/>
                <w:i w:val="0"/>
                <w:color w:val="222A36"/>
                <w:sz w:val="20"/>
              </w:rPr>
              <w:t>24 小時</w:t>
            </w:r>
          </w:p>
        </w:tc>
      </w:tr>
    </w:tbl>
    <w:p/>
    <w:p>
      <w:pPr>
        <w:spacing w:after="120" w:before="240"/>
      </w:pPr>
      <w:r>
        <w:rPr>
          <w:rFonts w:ascii="Microsoft JhengHei" w:hAnsi="Microsoft JhengHei" w:eastAsia="Microsoft JhengHei"/>
          <w:b/>
          <w:i w:val="0"/>
          <w:color w:val="222A36"/>
          <w:sz w:val="26"/>
        </w:rPr>
        <w:t>接力摘要（兩層）</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Bot</w:t>
            </w:r>
          </w:p>
        </w:tc>
        <w:tc>
          <w:tcPr>
            <w:tcW w:type="dxa" w:w="6803"/>
            <w:shd w:val="clear" w:fill="EFE7D6"/>
          </w:tcPr>
          <w:p>
            <w:r/>
            <w:r>
              <w:rPr>
                <w:rFonts w:ascii="Microsoft JhengHei" w:hAnsi="Microsoft JhengHei" w:eastAsia="Microsoft JhengHei"/>
                <w:b/>
                <w:i w:val="0"/>
                <w:color w:val="222A36"/>
                <w:sz w:val="20"/>
              </w:rPr>
              <w:t>建議（第一層）</w:t>
            </w:r>
          </w:p>
        </w:tc>
      </w:tr>
      <w:tr>
        <w:tc>
          <w:tcPr>
            <w:tcW w:type="dxa" w:w="2268"/>
          </w:tcPr>
          <w:p>
            <w:r/>
            <w:r>
              <w:rPr>
                <w:rFonts w:ascii="Microsoft JhengHei" w:hAnsi="Microsoft JhengHei" w:eastAsia="Microsoft JhengHei"/>
                <w:b w:val="0"/>
                <w:i w:val="0"/>
                <w:color w:val="222A36"/>
                <w:sz w:val="20"/>
              </w:rPr>
              <w:t>🎒 需求博</w:t>
            </w:r>
          </w:p>
        </w:tc>
        <w:tc>
          <w:tcPr>
            <w:tcW w:type="dxa" w:w="6803"/>
          </w:tcPr>
          <w:p>
            <w:r/>
            <w:r>
              <w:rPr>
                <w:rFonts w:ascii="Microsoft JhengHei" w:hAnsi="Microsoft JhengHei" w:eastAsia="Microsoft JhengHei"/>
                <w:b w:val="0"/>
                <w:i w:val="0"/>
                <w:color w:val="222A36"/>
                <w:sz w:val="20"/>
              </w:rPr>
              <w:t>核心需要：在提不起勁的日子，先經歷神的照顧；活動短、匿名、可不說話。</w:t>
            </w:r>
          </w:p>
        </w:tc>
      </w:tr>
      <w:tr>
        <w:tc>
          <w:tcPr>
            <w:tcW w:type="dxa" w:w="2268"/>
          </w:tcPr>
          <w:p>
            <w:r/>
            <w:r>
              <w:rPr>
                <w:rFonts w:ascii="Microsoft JhengHei" w:hAnsi="Microsoft JhengHei" w:eastAsia="Microsoft JhengHei"/>
                <w:b w:val="0"/>
                <w:i w:val="0"/>
                <w:color w:val="222A36"/>
                <w:sz w:val="20"/>
              </w:rPr>
              <w:t>🔎 聖經博</w:t>
            </w:r>
          </w:p>
        </w:tc>
        <w:tc>
          <w:tcPr>
            <w:tcW w:type="dxa" w:w="6803"/>
          </w:tcPr>
          <w:p>
            <w:r/>
            <w:r>
              <w:rPr>
                <w:rFonts w:ascii="Microsoft JhengHei" w:hAnsi="Microsoft JhengHei" w:eastAsia="Microsoft JhengHei"/>
                <w:b w:val="0"/>
                <w:i w:val="0"/>
                <w:color w:val="222A36"/>
                <w:sz w:val="20"/>
              </w:rPr>
              <w:t>列王紀上 19:3-8：神先給疲乏的以利亞食物和休息，才說「路甚遠」。</w:t>
            </w:r>
          </w:p>
        </w:tc>
      </w:tr>
      <w:tr>
        <w:tc>
          <w:tcPr>
            <w:tcW w:type="dxa" w:w="2268"/>
          </w:tcPr>
          <w:p>
            <w:r/>
            <w:r>
              <w:rPr>
                <w:rFonts w:ascii="Microsoft JhengHei" w:hAnsi="Microsoft JhengHei" w:eastAsia="Microsoft JhengHei"/>
                <w:b w:val="0"/>
                <w:i w:val="0"/>
                <w:color w:val="222A36"/>
                <w:sz w:val="20"/>
              </w:rPr>
              <w:t>⚖️ 神學博</w:t>
            </w:r>
          </w:p>
        </w:tc>
        <w:tc>
          <w:tcPr>
            <w:tcW w:type="dxa" w:w="6803"/>
          </w:tcPr>
          <w:p>
            <w:r/>
            <w:r>
              <w:rPr>
                <w:rFonts w:ascii="Microsoft JhengHei" w:hAnsi="Microsoft JhengHei" w:eastAsia="Microsoft JhengHei"/>
                <w:b w:val="0"/>
                <w:i w:val="0"/>
                <w:color w:val="222A36"/>
                <w:sz w:val="20"/>
              </w:rPr>
              <w:t>安息操練：每天五分鐘停下，向神說「我累了」，讓神先照顧你。</w:t>
            </w:r>
          </w:p>
        </w:tc>
      </w:tr>
      <w:tr>
        <w:tc>
          <w:tcPr>
            <w:tcW w:type="dxa" w:w="2268"/>
          </w:tcPr>
          <w:p>
            <w:r/>
            <w:r>
              <w:rPr>
                <w:rFonts w:ascii="Microsoft JhengHei" w:hAnsi="Microsoft JhengHei" w:eastAsia="Microsoft JhengHei"/>
                <w:b w:val="0"/>
                <w:i w:val="0"/>
                <w:color w:val="222A36"/>
                <w:sz w:val="20"/>
              </w:rPr>
              <w:t>🙏 禱告博</w:t>
            </w:r>
          </w:p>
        </w:tc>
        <w:tc>
          <w:tcPr>
            <w:tcW w:type="dxa" w:w="6803"/>
          </w:tcPr>
          <w:p>
            <w:r/>
            <w:r>
              <w:rPr>
                <w:rFonts w:ascii="Microsoft JhengHei" w:hAnsi="Microsoft JhengHei" w:eastAsia="Microsoft JhengHei"/>
                <w:b w:val="0"/>
                <w:i w:val="0"/>
                <w:color w:val="222A36"/>
                <w:sz w:val="20"/>
              </w:rPr>
              <w:t>讓同學誠實說「主，我累了」；禱告箱十一則，為不肯定的同學預備誠實的禱告。</w:t>
            </w:r>
          </w:p>
        </w:tc>
      </w:tr>
      <w:tr>
        <w:tc>
          <w:tcPr>
            <w:tcW w:type="dxa" w:w="2268"/>
          </w:tcPr>
          <w:p>
            <w:r/>
            <w:r>
              <w:rPr>
                <w:rFonts w:ascii="Microsoft JhengHei" w:hAnsi="Microsoft JhengHei" w:eastAsia="Microsoft JhengHei"/>
                <w:b w:val="0"/>
                <w:i w:val="0"/>
                <w:color w:val="222A36"/>
                <w:sz w:val="20"/>
              </w:rPr>
              <w:t>🎲 課程博</w:t>
            </w:r>
          </w:p>
        </w:tc>
        <w:tc>
          <w:tcPr>
            <w:tcW w:type="dxa" w:w="6803"/>
          </w:tcPr>
          <w:p>
            <w:r/>
            <w:r>
              <w:rPr>
                <w:rFonts w:ascii="Microsoft JhengHei" w:hAnsi="Microsoft JhengHei" w:eastAsia="Microsoft JhengHei"/>
                <w:b w:val="0"/>
                <w:i w:val="0"/>
                <w:color w:val="222A36"/>
                <w:sz w:val="20"/>
              </w:rPr>
              <w:t>匿名「今日電量」→ 定格重演羅騰樹下 → 默想及寫安息卡。</w:t>
            </w:r>
          </w:p>
        </w:tc>
      </w:tr>
    </w:tbl>
    <w:p/>
    <w:p>
      <w:pPr>
        <w:spacing w:after="20"/>
      </w:pPr>
      <w:r>
        <w:rPr>
          <w:rFonts w:ascii="Microsoft JhengHei" w:hAnsi="Microsoft JhengHei" w:eastAsia="Microsoft JhengHei"/>
          <w:b w:val="0"/>
          <w:i w:val="0"/>
          <w:color w:val="6B7280"/>
          <w:sz w:val="18"/>
        </w:rPr>
        <w:t>🎒 需求博 · 為甚麼：我按之前整理的需要逐段審視：導入匿名、不追問，符合「先被接納」；定格容許坐着用手勢，照顧不想站起的同學；安息卡免交、無分數，符合「小步行動」。最大風險是第 4 節「求死」：對做人沒有動力的同學可能觸動傷痛，所以要停一停並給求助途徑。老師時刻要真誠但簡短，不要變成激勵演說。</w:t>
      </w:r>
    </w:p>
    <w:p>
      <w:pPr>
        <w:spacing w:after="20"/>
      </w:pPr>
      <w:r>
        <w:rPr>
          <w:rFonts w:ascii="Microsoft JhengHei" w:hAnsi="Microsoft JhengHei" w:eastAsia="Microsoft JhengHei"/>
          <w:b w:val="0"/>
          <w:i w:val="0"/>
          <w:color w:val="6B7280"/>
          <w:sz w:val="18"/>
        </w:rPr>
        <w:t xml:space="preserve">　依據：做人也沒有動力（情緒安全是首要考慮）</w:t>
      </w:r>
    </w:p>
    <w:p>
      <w:pPr>
        <w:spacing w:after="20"/>
      </w:pPr>
      <w:r>
        <w:rPr>
          <w:rFonts w:ascii="Microsoft JhengHei" w:hAnsi="Microsoft JhengHei" w:eastAsia="Microsoft JhengHei"/>
          <w:b w:val="0"/>
          <w:i w:val="0"/>
          <w:color w:val="6B7280"/>
          <w:sz w:val="18"/>
        </w:rPr>
        <w:t xml:space="preserve">　依據：1 Kings 19:4（以利亞說「罷了」，需要小心處理）　https://bible.fhl.net/new/read.php?VERSION1=unv&amp;strongflag=0&amp;TABFLAG=1&amp;chineses=%E7%8E%8B%E4%B8%8A&amp;chap=19&amp;sec=4</w:t>
      </w:r>
    </w:p>
    <w:p>
      <w:pPr>
        <w:spacing w:after="20"/>
      </w:pPr>
      <w:r>
        <w:rPr>
          <w:rFonts w:ascii="Microsoft JhengHei" w:hAnsi="Microsoft JhengHei" w:eastAsia="Microsoft JhengHei"/>
          <w:b w:val="0"/>
          <w:i w:val="0"/>
          <w:color w:val="6B7280"/>
          <w:sz w:val="18"/>
        </w:rPr>
        <w:t>🔎 聖經博 · 為甚麼：需求博交棒時指出核心需要是「在提不起勁的日子，先經歷神的照顧，再重拾意義」，教育局課程參考建議 B16「挺過困境」，校內範本亦指出列王紀上 19 章最切合「沒有動力」。所以我以以利亞在羅騰樹下的經歷作系列第一課主經文：神的回應次序是拍醒、食物、休息、再食物，最後才是「路甚遠」，正好示範恩典先於要求。need_verses 從經文庫選「疲累」「失望」標籤：馬太福音 11:28 把同一份照顧連到耶穌身上；以賽亞書 40:31 給第二、三課的「重新得力」作伏筆。</w:t>
      </w:r>
    </w:p>
    <w:p>
      <w:pPr>
        <w:spacing w:after="20"/>
      </w:pPr>
      <w:r>
        <w:rPr>
          <w:rFonts w:ascii="Microsoft JhengHei" w:hAnsi="Microsoft JhengHei" w:eastAsia="Microsoft JhengHei"/>
          <w:b w:val="0"/>
          <w:i w:val="0"/>
          <w:color w:val="6B7280"/>
          <w:sz w:val="18"/>
        </w:rPr>
        <w:t xml:space="preserve">　依據：Matthew 11:28：耶穌邀請所有勞苦擔重擔的人到祂那裏得安息。（經文庫：疲累、考試壓力；耶穌邀請勞苦的人得安息）　https://bible.fhl.net/new/read.php?VERSION1=unv&amp;strongflag=0&amp;TABFLAG=1&amp;chineses=%E5%A4%AA&amp;chap=11&amp;sec=28</w:t>
      </w:r>
    </w:p>
    <w:p>
      <w:pPr>
        <w:spacing w:after="20"/>
      </w:pPr>
      <w:r>
        <w:rPr>
          <w:rFonts w:ascii="Microsoft JhengHei" w:hAnsi="Microsoft JhengHei" w:eastAsia="Microsoft JhengHei"/>
          <w:b w:val="0"/>
          <w:i w:val="0"/>
          <w:color w:val="6B7280"/>
          <w:sz w:val="18"/>
        </w:rPr>
        <w:t xml:space="preserve">　依據：Isaiah 40:31：先知向疲乏的百姓宣告：仰望神的人必重新得力。（經文庫：疲累、失望；仰望神的人重新得力）　https://bible.fhl.net/new/read.php?VERSION1=unv&amp;strongflag=0&amp;TABFLAG=1&amp;chineses=%E8%B3%BD&amp;chap=40&amp;sec=31</w:t>
      </w:r>
    </w:p>
    <w:p>
      <w:pPr>
        <w:spacing w:after="20"/>
      </w:pPr>
      <w:r>
        <w:rPr>
          <w:rFonts w:ascii="Microsoft JhengHei" w:hAnsi="Microsoft JhengHei" w:eastAsia="Microsoft JhengHei"/>
          <w:b w:val="0"/>
          <w:i w:val="0"/>
          <w:color w:val="6B7280"/>
          <w:sz w:val="18"/>
        </w:rPr>
        <w:t xml:space="preserve">　依據：1 Kings 19:5-7（神先供應飲食和休息，再提醒前面的路）　https://bible.fhl.net/new/read.php?VERSION1=unv&amp;strongflag=0&amp;TABFLAG=1&amp;chineses=%E7%8E%8B%E4%B8%8A&amp;chap=19&amp;sec=5</w:t>
      </w:r>
    </w:p>
    <w:p>
      <w:pPr>
        <w:spacing w:after="20"/>
      </w:pPr>
      <w:r>
        <w:rPr>
          <w:rFonts w:ascii="Microsoft JhengHei" w:hAnsi="Microsoft JhengHei" w:eastAsia="Microsoft JhengHei"/>
          <w:b w:val="0"/>
          <w:i w:val="0"/>
          <w:color w:val="6B7280"/>
          <w:sz w:val="18"/>
        </w:rPr>
        <w:t xml:space="preserve">　依據：沒有動力讀書，做人也沒有動力（老師描述的主要需要）</w:t>
      </w:r>
    </w:p>
    <w:p>
      <w:pPr>
        <w:spacing w:after="20"/>
      </w:pPr>
      <w:r>
        <w:rPr>
          <w:rFonts w:ascii="Microsoft JhengHei" w:hAnsi="Microsoft JhengHei" w:eastAsia="Microsoft JhengHei"/>
          <w:b w:val="0"/>
          <w:i w:val="0"/>
          <w:color w:val="6B7280"/>
          <w:sz w:val="18"/>
        </w:rPr>
        <w:t xml:space="preserve">　依據：宗教教育課程指引（中一至中三）第 84 頁（B16「挺過困境」：困境中往何處尋求力量）</w:t>
      </w:r>
    </w:p>
    <w:p>
      <w:pPr>
        <w:spacing w:after="20"/>
      </w:pPr>
      <w:r>
        <w:rPr>
          <w:rFonts w:ascii="Microsoft JhengHei" w:hAnsi="Microsoft JhengHei" w:eastAsia="Microsoft JhengHei"/>
          <w:b w:val="0"/>
          <w:i w:val="0"/>
          <w:color w:val="6B7280"/>
          <w:sz w:val="18"/>
        </w:rPr>
        <w:t>⚖️ 神學博 · 為甚麼：聖經博選了列王紀上 19:5-7 及馬太福音 11:28，重點是神先照顧疲乏的人。對沒有動力的中三同學，最危險的是把信仰變成另一個「要努力」的要求。所以我從操練庫選「安息操練」，把以利亞的次序（停下、吃、睡、再起來）改成每天五分鐘可做的小步，並配詩篇 61:2 作一句式禱告。研究庫提醒避免道德治療式自然神論，所以福音核心落在耶穌捨命及復活，而不只是「神令我開心」。</w:t>
      </w:r>
    </w:p>
    <w:p>
      <w:pPr>
        <w:spacing w:after="20"/>
      </w:pPr>
      <w:r>
        <w:rPr>
          <w:rFonts w:ascii="Microsoft JhengHei" w:hAnsi="Microsoft JhengHei" w:eastAsia="Microsoft JhengHei"/>
          <w:b w:val="0"/>
          <w:i w:val="0"/>
          <w:color w:val="6B7280"/>
          <w:sz w:val="18"/>
        </w:rPr>
        <w:t xml:space="preserve">　依據：安息操練（每週一次）（操練庫：安息操練，配馬太福音 11:28）</w:t>
      </w:r>
    </w:p>
    <w:p>
      <w:pPr>
        <w:spacing w:after="20"/>
      </w:pPr>
      <w:r>
        <w:rPr>
          <w:rFonts w:ascii="Microsoft JhengHei" w:hAnsi="Microsoft JhengHei" w:eastAsia="Microsoft JhengHei"/>
          <w:b w:val="0"/>
          <w:i w:val="0"/>
          <w:color w:val="6B7280"/>
          <w:sz w:val="18"/>
        </w:rPr>
        <w:t xml:space="preserve">　依據：1 Kings 19:5-7（神先照顧，後提醒前路）　https://bible.fhl.net/new/read.php?VERSION1=unv&amp;strongflag=0&amp;TABFLAG=1&amp;chineses=%E7%8E%8B%E4%B8%8A&amp;chap=19&amp;sec=5</w:t>
      </w:r>
    </w:p>
    <w:p>
      <w:pPr>
        <w:spacing w:after="20"/>
      </w:pPr>
      <w:r>
        <w:rPr>
          <w:rFonts w:ascii="Microsoft JhengHei" w:hAnsi="Microsoft JhengHei" w:eastAsia="Microsoft JhengHei"/>
          <w:b w:val="0"/>
          <w:i w:val="0"/>
          <w:color w:val="6B7280"/>
          <w:sz w:val="18"/>
        </w:rPr>
        <w:t xml:space="preserve">　依據：Romans 5:8（神的愛先於我們的表現）　https://bible.fhl.net/new/read.php?VERSION1=unv&amp;strongflag=0&amp;TABFLAG=1&amp;chineses=%E7%BE%85&amp;chap=5&amp;sec=8</w:t>
      </w:r>
    </w:p>
    <w:p>
      <w:pPr>
        <w:spacing w:after="20"/>
      </w:pPr>
      <w:r>
        <w:rPr>
          <w:rFonts w:ascii="Microsoft JhengHei" w:hAnsi="Microsoft JhengHei" w:eastAsia="Microsoft JhengHei"/>
          <w:b w:val="0"/>
          <w:i w:val="0"/>
          <w:color w:val="6B7280"/>
          <w:sz w:val="18"/>
        </w:rPr>
        <w:t xml:space="preserve">　依據：做人也沒有動力（不可再加重壓力，要恩典先行）</w:t>
      </w:r>
    </w:p>
    <w:p>
      <w:pPr>
        <w:spacing w:after="20"/>
      </w:pPr>
      <w:r>
        <w:rPr>
          <w:rFonts w:ascii="Microsoft JhengHei" w:hAnsi="Microsoft JhengHei" w:eastAsia="Microsoft JhengHei"/>
          <w:b w:val="0"/>
          <w:i w:val="0"/>
          <w:color w:val="6B7280"/>
          <w:sz w:val="18"/>
        </w:rPr>
        <w:t>🙏 禱告博 · 為甚麼：我接聖經博及神學博的棒：主經文是神在羅騰樹下照顧以利亞，神學博把它轉成每天五分鐘的安息操練。這班同學讀書和做人都沒有動力，所以應用不能是「要更努力」，而是可以選擇、細小、自願的回應；禱告以第一身、誠實為主，並為不肯定神存在的同學預備一句誠實的禱告。第 4 節「求死」需要安全提示，所以 care_action 寫明求助途徑。</w:t>
      </w:r>
    </w:p>
    <w:p>
      <w:pPr>
        <w:spacing w:after="20"/>
      </w:pPr>
      <w:r>
        <w:rPr>
          <w:rFonts w:ascii="Microsoft JhengHei" w:hAnsi="Microsoft JhengHei" w:eastAsia="Microsoft JhengHei"/>
          <w:b w:val="0"/>
          <w:i w:val="0"/>
          <w:color w:val="6B7280"/>
          <w:sz w:val="18"/>
        </w:rPr>
        <w:t xml:space="preserve">　依據：1 Kings 19:5-7（神先照顧，後提醒前路）　https://bible.fhl.net/new/read.php?VERSION1=unv&amp;strongflag=0&amp;TABFLAG=1&amp;chineses=%E7%8E%8B%E4%B8%8A&amp;chap=19&amp;sec=5</w:t>
      </w:r>
    </w:p>
    <w:p>
      <w:pPr>
        <w:spacing w:after="20"/>
      </w:pPr>
      <w:r>
        <w:rPr>
          <w:rFonts w:ascii="Microsoft JhengHei" w:hAnsi="Microsoft JhengHei" w:eastAsia="Microsoft JhengHei"/>
          <w:b w:val="0"/>
          <w:i w:val="0"/>
          <w:color w:val="6B7280"/>
          <w:sz w:val="18"/>
        </w:rPr>
        <w:t xml:space="preserve">　依據：Matthew 11:28（耶穌邀請勞苦的人得安息）　https://bible.fhl.net/new/read.php?VERSION1=unv&amp;strongflag=0&amp;TABFLAG=1&amp;chineses=%E5%A4%AA&amp;chap=11&amp;sec=28</w:t>
      </w:r>
    </w:p>
    <w:p>
      <w:pPr>
        <w:spacing w:after="20"/>
      </w:pPr>
      <w:r>
        <w:rPr>
          <w:rFonts w:ascii="Microsoft JhengHei" w:hAnsi="Microsoft JhengHei" w:eastAsia="Microsoft JhengHei"/>
          <w:b w:val="0"/>
          <w:i w:val="0"/>
          <w:color w:val="6B7280"/>
          <w:sz w:val="18"/>
        </w:rPr>
        <w:t xml:space="preserve">　依據：安息操練（每週一次）（神學博選的安息操練）</w:t>
      </w:r>
    </w:p>
    <w:p>
      <w:pPr>
        <w:spacing w:after="20"/>
      </w:pPr>
      <w:r>
        <w:rPr>
          <w:rFonts w:ascii="Microsoft JhengHei" w:hAnsi="Microsoft JhengHei" w:eastAsia="Microsoft JhengHei"/>
          <w:b w:val="0"/>
          <w:i w:val="0"/>
          <w:color w:val="6B7280"/>
          <w:sz w:val="18"/>
        </w:rPr>
        <w:t xml:space="preserve">　依據：做人也沒有動力（應用要細小、自願，不加壓力）</w:t>
      </w:r>
    </w:p>
    <w:p>
      <w:pPr>
        <w:spacing w:after="20"/>
      </w:pPr>
      <w:r>
        <w:rPr>
          <w:rFonts w:ascii="Microsoft JhengHei" w:hAnsi="Microsoft JhengHei" w:eastAsia="Microsoft JhengHei"/>
          <w:b w:val="0"/>
          <w:i w:val="0"/>
          <w:color w:val="6B7280"/>
          <w:sz w:val="18"/>
        </w:rPr>
        <w:t>🎲 課程博 · 為甚麼：需求博說同學沒有動力，課堂一開始若要求積極只會令他們抽離，所以導入用匿名、低門檻的「今日電量」，讓老師先肯定感受。聖經博的主經文是神照顧以利亞的次序，我用原位定格把「逃命、坐下、被拍醒、吃喝、起來」做成五個畫面，讓不想說話的同學也能參與。神學博的安息操練落在最後的「安息卡」，讓同學自己決定每天五分鐘在甚麼時候停下來。每段不多於 8 分鐘，配合專注力及歡樂度 3。</w:t>
      </w:r>
    </w:p>
    <w:p>
      <w:pPr>
        <w:spacing w:after="20"/>
      </w:pPr>
      <w:r>
        <w:rPr>
          <w:rFonts w:ascii="Microsoft JhengHei" w:hAnsi="Microsoft JhengHei" w:eastAsia="Microsoft JhengHei"/>
          <w:b w:val="0"/>
          <w:i w:val="0"/>
          <w:color w:val="6B7280"/>
          <w:sz w:val="18"/>
        </w:rPr>
        <w:t xml:space="preserve">　依據：沒有動力讀書，做人也沒有動力（低門檻、匿名、不即時糾正）</w:t>
      </w:r>
    </w:p>
    <w:p>
      <w:pPr>
        <w:spacing w:after="20"/>
      </w:pPr>
      <w:r>
        <w:rPr>
          <w:rFonts w:ascii="Microsoft JhengHei" w:hAnsi="Microsoft JhengHei" w:eastAsia="Microsoft JhengHei"/>
          <w:b w:val="0"/>
          <w:i w:val="0"/>
          <w:color w:val="6B7280"/>
          <w:sz w:val="18"/>
        </w:rPr>
        <w:t xml:space="preserve">　依據：1 Kings 19:5-7（定格重演的五個畫面）　https://bible.fhl.net/new/read.php?VERSION1=unv&amp;strongflag=0&amp;TABFLAG=1&amp;chineses=%E7%8E%8B%E4%B8%8A&amp;chap=19&amp;sec=5</w:t>
      </w:r>
    </w:p>
    <w:p>
      <w:pPr>
        <w:spacing w:after="20"/>
      </w:pPr>
      <w:r>
        <w:rPr>
          <w:rFonts w:ascii="Microsoft JhengHei" w:hAnsi="Microsoft JhengHei" w:eastAsia="Microsoft JhengHei"/>
          <w:b w:val="0"/>
          <w:i w:val="0"/>
          <w:color w:val="6B7280"/>
          <w:sz w:val="18"/>
        </w:rPr>
        <w:t xml:space="preserve">　依據：安息操練（每週一次）（安息卡把操練帶回家）</w:t>
      </w:r>
    </w:p>
    <w:p>
      <w:pPr>
        <w:spacing w:after="120" w:before="240"/>
      </w:pPr>
      <w:r>
        <w:rPr>
          <w:rFonts w:ascii="Microsoft JhengHei" w:hAnsi="Microsoft JhengHei" w:eastAsia="Microsoft JhengHei"/>
          <w:b/>
          <w:i w:val="0"/>
          <w:color w:val="A86B1F"/>
          <w:sz w:val="32"/>
        </w:rPr>
        <w:t>八、課後生活實踐</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帶回家</w:t>
            </w:r>
          </w:p>
        </w:tc>
        <w:tc>
          <w:tcPr>
            <w:tcW w:type="dxa" w:w="6803"/>
            <w:shd w:val="clear" w:fill="EFE7D6"/>
          </w:tcPr>
          <w:p>
            <w:r/>
            <w:r>
              <w:rPr>
                <w:rFonts w:ascii="Microsoft JhengHei" w:hAnsi="Microsoft JhengHei" w:eastAsia="Microsoft JhengHei"/>
                <w:b/>
                <w:i w:val="0"/>
                <w:color w:val="222A36"/>
                <w:sz w:val="20"/>
              </w:rPr>
              <w:t>內容</w:t>
            </w:r>
          </w:p>
        </w:tc>
      </w:tr>
      <w:tr>
        <w:tc>
          <w:tcPr>
            <w:tcW w:type="dxa" w:w="2268"/>
          </w:tcPr>
          <w:p>
            <w:r/>
            <w:r>
              <w:rPr>
                <w:rFonts w:ascii="Microsoft JhengHei" w:hAnsi="Microsoft JhengHei" w:eastAsia="Microsoft JhengHei"/>
                <w:b w:val="0"/>
                <w:i w:val="0"/>
                <w:color w:val="222A36"/>
                <w:sz w:val="20"/>
              </w:rPr>
              <w:t>安息卡（每天五分鐘）</w:t>
            </w:r>
          </w:p>
        </w:tc>
        <w:tc>
          <w:tcPr>
            <w:tcW w:type="dxa" w:w="6803"/>
          </w:tcPr>
          <w:p>
            <w:r/>
            <w:r>
              <w:rPr>
                <w:rFonts w:ascii="Microsoft JhengHei" w:hAnsi="Microsoft JhengHei" w:eastAsia="Microsoft JhengHei"/>
                <w:b w:val="0"/>
                <w:i w:val="0"/>
                <w:color w:val="222A36"/>
                <w:sz w:val="20"/>
              </w:rPr>
              <w:t>按課堂寫好的安息卡，這星期每天在選定的時間停下五分鐘：放下手機、向神說一句真心話、照顧身體（吃點東西、喝水或早點睡）。不用交，也沒有分數。</w:t>
            </w:r>
          </w:p>
        </w:tc>
      </w:tr>
      <w:tr>
        <w:tc>
          <w:tcPr>
            <w:tcW w:type="dxa" w:w="2268"/>
          </w:tcPr>
          <w:p>
            <w:r/>
            <w:r>
              <w:rPr>
                <w:rFonts w:ascii="Microsoft JhengHei" w:hAnsi="Microsoft JhengHei" w:eastAsia="Microsoft JhengHei"/>
                <w:b w:val="0"/>
                <w:i w:val="0"/>
                <w:color w:val="222A36"/>
                <w:sz w:val="20"/>
              </w:rPr>
              <w:t>Reclaim2K「經歷神的愛」靈修（自願）</w:t>
            </w:r>
          </w:p>
        </w:tc>
        <w:tc>
          <w:tcPr>
            <w:tcW w:type="dxa" w:w="6803"/>
          </w:tcPr>
          <w:p>
            <w:r/>
            <w:r>
              <w:rPr>
                <w:rFonts w:ascii="Microsoft JhengHei" w:hAnsi="Microsoft JhengHei" w:eastAsia="Microsoft JhengHei"/>
                <w:b w:val="0"/>
                <w:i w:val="0"/>
                <w:color w:val="222A36"/>
                <w:sz w:val="20"/>
              </w:rPr>
              <w:t>每天十分鐘，在 App 讀一段、寫一句；第二天可重溫網站「跟以利亞聽神微聲」。</w:t>
            </w:r>
          </w:p>
        </w:tc>
      </w:tr>
    </w:tbl>
    <w:p/>
    <w:p>
      <w:pPr>
        <w:spacing w:after="120" w:before="240"/>
      </w:pPr>
      <w:r>
        <w:rPr>
          <w:rFonts w:ascii="Microsoft JhengHei" w:hAnsi="Microsoft JhengHei" w:eastAsia="Microsoft JhengHei"/>
          <w:b/>
          <w:i w:val="0"/>
          <w:color w:val="222A36"/>
          <w:sz w:val="26"/>
        </w:rPr>
        <w:t>七日路徑</w:t>
      </w:r>
    </w:p>
    <w:tbl>
      <w:tblPr>
        <w:tblStyle w:val="TableGrid"/>
        <w:tblW w:type="auto" w:w="0"/>
        <w:tblLook w:firstColumn="1" w:firstRow="1" w:lastColumn="0" w:lastRow="0" w:noHBand="0" w:noVBand="1" w:val="04A0"/>
      </w:tblPr>
      <w:tblGrid>
        <w:gridCol w:w="4986"/>
        <w:gridCol w:w="4986"/>
      </w:tblGrid>
      <w:tr>
        <w:tc>
          <w:tcPr>
            <w:tcW w:type="dxa" w:w="1417"/>
            <w:shd w:val="clear" w:fill="EFE7D6"/>
          </w:tcPr>
          <w:p>
            <w:r/>
            <w:r>
              <w:rPr>
                <w:rFonts w:ascii="Microsoft JhengHei" w:hAnsi="Microsoft JhengHei" w:eastAsia="Microsoft JhengHei"/>
                <w:b/>
                <w:i w:val="0"/>
                <w:color w:val="222A36"/>
                <w:sz w:val="20"/>
              </w:rPr>
              <w:t>日</w:t>
            </w:r>
          </w:p>
        </w:tc>
        <w:tc>
          <w:tcPr>
            <w:tcW w:type="dxa" w:w="7654"/>
            <w:shd w:val="clear" w:fill="EFE7D6"/>
          </w:tcPr>
          <w:p>
            <w:r/>
            <w:r>
              <w:rPr>
                <w:rFonts w:ascii="Microsoft JhengHei" w:hAnsi="Microsoft JhengHei" w:eastAsia="Microsoft JhengHei"/>
                <w:b/>
                <w:i w:val="0"/>
                <w:color w:val="222A36"/>
                <w:sz w:val="20"/>
              </w:rPr>
              <w:t>步驟</w:t>
            </w:r>
          </w:p>
        </w:tc>
      </w:tr>
      <w:tr>
        <w:tc>
          <w:tcPr>
            <w:tcW w:type="dxa" w:w="1417"/>
          </w:tcPr>
          <w:p>
            <w:r/>
            <w:r>
              <w:rPr>
                <w:rFonts w:ascii="Microsoft JhengHei" w:hAnsi="Microsoft JhengHei" w:eastAsia="Microsoft JhengHei"/>
                <w:b w:val="0"/>
                <w:i w:val="0"/>
                <w:color w:val="222A36"/>
                <w:sz w:val="20"/>
              </w:rPr>
              <w:t>第 1 天</w:t>
            </w:r>
          </w:p>
        </w:tc>
        <w:tc>
          <w:tcPr>
            <w:tcW w:type="dxa" w:w="7654"/>
          </w:tcPr>
          <w:p>
            <w:r/>
            <w:r>
              <w:rPr>
                <w:rFonts w:ascii="Microsoft JhengHei" w:hAnsi="Microsoft JhengHei" w:eastAsia="Microsoft JhengHei"/>
                <w:b w:val="0"/>
                <w:i w:val="0"/>
                <w:color w:val="222A36"/>
                <w:sz w:val="20"/>
              </w:rPr>
              <w:t>信心×行動：按安息卡停下五分鐘，向神說「主，我累了」，並早一點睡。</w:t>
            </w:r>
          </w:p>
        </w:tc>
      </w:tr>
      <w:tr>
        <w:tc>
          <w:tcPr>
            <w:tcW w:type="dxa" w:w="1417"/>
          </w:tcPr>
          <w:p>
            <w:r/>
            <w:r>
              <w:rPr>
                <w:rFonts w:ascii="Microsoft JhengHei" w:hAnsi="Microsoft JhengHei" w:eastAsia="Microsoft JhengHei"/>
                <w:b w:val="0"/>
                <w:i w:val="0"/>
                <w:color w:val="222A36"/>
                <w:sz w:val="20"/>
              </w:rPr>
              <w:t>第 2 天</w:t>
            </w:r>
          </w:p>
        </w:tc>
        <w:tc>
          <w:tcPr>
            <w:tcW w:type="dxa" w:w="7654"/>
          </w:tcPr>
          <w:p>
            <w:r/>
            <w:r>
              <w:rPr>
                <w:rFonts w:ascii="Microsoft JhengHei" w:hAnsi="Microsoft JhengHei" w:eastAsia="Microsoft JhengHei"/>
                <w:b w:val="0"/>
                <w:i w:val="0"/>
                <w:color w:val="222A36"/>
                <w:sz w:val="20"/>
              </w:rPr>
              <w:t>重溫「跟以利亞聽神微聲」的羅騰樹一站，記得神先照顧以利亞。</w:t>
            </w:r>
          </w:p>
        </w:tc>
      </w:tr>
      <w:tr>
        <w:tc>
          <w:tcPr>
            <w:tcW w:type="dxa" w:w="1417"/>
          </w:tcPr>
          <w:p>
            <w:r/>
            <w:r>
              <w:rPr>
                <w:rFonts w:ascii="Microsoft JhengHei" w:hAnsi="Microsoft JhengHei" w:eastAsia="Microsoft JhengHei"/>
                <w:b w:val="0"/>
                <w:i w:val="0"/>
                <w:color w:val="222A36"/>
                <w:sz w:val="20"/>
              </w:rPr>
              <w:t>第 3 天</w:t>
            </w:r>
          </w:p>
        </w:tc>
        <w:tc>
          <w:tcPr>
            <w:tcW w:type="dxa" w:w="7654"/>
          </w:tcPr>
          <w:p>
            <w:r/>
            <w:r>
              <w:rPr>
                <w:rFonts w:ascii="Microsoft JhengHei" w:hAnsi="Microsoft JhengHei" w:eastAsia="Microsoft JhengHei"/>
                <w:b w:val="0"/>
                <w:i w:val="0"/>
                <w:color w:val="222A36"/>
                <w:sz w:val="20"/>
              </w:rPr>
              <w:t>開一個 15 分鐘專注時段，休息時聽一首敬拜歌。</w:t>
            </w:r>
          </w:p>
        </w:tc>
      </w:tr>
      <w:tr>
        <w:tc>
          <w:tcPr>
            <w:tcW w:type="dxa" w:w="1417"/>
          </w:tcPr>
          <w:p>
            <w:r/>
            <w:r>
              <w:rPr>
                <w:rFonts w:ascii="Microsoft JhengHei" w:hAnsi="Microsoft JhengHei" w:eastAsia="Microsoft JhengHei"/>
                <w:b w:val="0"/>
                <w:i w:val="0"/>
                <w:color w:val="222A36"/>
                <w:sz w:val="20"/>
              </w:rPr>
              <w:t>第 4 天</w:t>
            </w:r>
          </w:p>
        </w:tc>
        <w:tc>
          <w:tcPr>
            <w:tcW w:type="dxa" w:w="7654"/>
          </w:tcPr>
          <w:p>
            <w:r/>
            <w:r>
              <w:rPr>
                <w:rFonts w:ascii="Microsoft JhengHei" w:hAnsi="Microsoft JhengHei" w:eastAsia="Microsoft JhengHei"/>
                <w:b w:val="0"/>
                <w:i w:val="0"/>
                <w:color w:val="222A36"/>
                <w:sz w:val="20"/>
              </w:rPr>
              <w:t>「經歷神的愛」靈修一天，寫一句神怎樣照顧你。</w:t>
            </w:r>
          </w:p>
        </w:tc>
      </w:tr>
      <w:tr>
        <w:tc>
          <w:tcPr>
            <w:tcW w:type="dxa" w:w="1417"/>
          </w:tcPr>
          <w:p>
            <w:r/>
            <w:r>
              <w:rPr>
                <w:rFonts w:ascii="Microsoft JhengHei" w:hAnsi="Microsoft JhengHei" w:eastAsia="Microsoft JhengHei"/>
                <w:b w:val="0"/>
                <w:i w:val="0"/>
                <w:color w:val="222A36"/>
                <w:sz w:val="20"/>
              </w:rPr>
              <w:t>第 5 天</w:t>
            </w:r>
          </w:p>
        </w:tc>
        <w:tc>
          <w:tcPr>
            <w:tcW w:type="dxa" w:w="7654"/>
          </w:tcPr>
          <w:p>
            <w:r/>
            <w:r>
              <w:rPr>
                <w:rFonts w:ascii="Microsoft JhengHei" w:hAnsi="Microsoft JhengHei" w:eastAsia="Microsoft JhengHei"/>
                <w:b w:val="0"/>
                <w:i w:val="0"/>
                <w:color w:val="222A36"/>
                <w:sz w:val="20"/>
              </w:rPr>
              <w:t>把馬太福音 11:28 加入經文記憶，累的時候讀一次。</w:t>
            </w:r>
          </w:p>
        </w:tc>
      </w:tr>
      <w:tr>
        <w:tc>
          <w:tcPr>
            <w:tcW w:type="dxa" w:w="1417"/>
          </w:tcPr>
          <w:p>
            <w:r/>
            <w:r>
              <w:rPr>
                <w:rFonts w:ascii="Microsoft JhengHei" w:hAnsi="Microsoft JhengHei" w:eastAsia="Microsoft JhengHei"/>
                <w:b w:val="0"/>
                <w:i w:val="0"/>
                <w:color w:val="222A36"/>
                <w:sz w:val="20"/>
              </w:rPr>
              <w:t>第 6 天</w:t>
            </w:r>
          </w:p>
        </w:tc>
        <w:tc>
          <w:tcPr>
            <w:tcW w:type="dxa" w:w="7654"/>
          </w:tcPr>
          <w:p>
            <w:r/>
            <w:r>
              <w:rPr>
                <w:rFonts w:ascii="Microsoft JhengHei" w:hAnsi="Microsoft JhengHei" w:eastAsia="Microsoft JhengHei"/>
                <w:b w:val="0"/>
                <w:i w:val="0"/>
                <w:color w:val="222A36"/>
                <w:sz w:val="20"/>
              </w:rPr>
              <w:t>自選一款創意任務（我的羅騰樹相片、一句說唱禱告或給自己的卡），完全自願。</w:t>
            </w:r>
          </w:p>
        </w:tc>
      </w:tr>
      <w:tr>
        <w:tc>
          <w:tcPr>
            <w:tcW w:type="dxa" w:w="1417"/>
          </w:tcPr>
          <w:p>
            <w:r/>
            <w:r>
              <w:rPr>
                <w:rFonts w:ascii="Microsoft JhengHei" w:hAnsi="Microsoft JhengHei" w:eastAsia="Microsoft JhengHei"/>
                <w:b w:val="0"/>
                <w:i w:val="0"/>
                <w:color w:val="222A36"/>
                <w:sz w:val="20"/>
              </w:rPr>
              <w:t>第 7 天</w:t>
            </w:r>
          </w:p>
        </w:tc>
        <w:tc>
          <w:tcPr>
            <w:tcW w:type="dxa" w:w="7654"/>
          </w:tcPr>
          <w:p>
            <w:r/>
            <w:r>
              <w:rPr>
                <w:rFonts w:ascii="Microsoft JhengHei" w:hAnsi="Microsoft JhengHei" w:eastAsia="Microsoft JhengHei"/>
                <w:b w:val="0"/>
                <w:i w:val="0"/>
                <w:color w:val="222A36"/>
                <w:sz w:val="20"/>
              </w:rPr>
              <w:t>回看安息卡：這星期神怎樣照顧了你？向神說一句感謝。</w:t>
            </w:r>
          </w:p>
        </w:tc>
      </w:tr>
    </w:tbl>
    <w:p/>
    <w:p>
      <w:pPr>
        <w:spacing w:after="120" w:before="240"/>
      </w:pPr>
      <w:r>
        <w:rPr>
          <w:rFonts w:ascii="Microsoft JhengHei" w:hAnsi="Microsoft JhengHei" w:eastAsia="Microsoft JhengHei"/>
          <w:b/>
          <w:i w:val="0"/>
          <w:color w:val="222A36"/>
          <w:sz w:val="26"/>
        </w:rPr>
        <w:t>創意任務（學生自選）</w:t>
      </w:r>
    </w:p>
    <w:p>
      <w:pPr>
        <w:spacing w:after="80"/>
      </w:pPr>
      <w:r>
        <w:rPr>
          <w:rFonts w:ascii="Microsoft JhengHei" w:hAnsi="Microsoft JhengHei" w:eastAsia="Microsoft JhengHei"/>
          <w:b w:val="0"/>
          <w:i w:val="0"/>
          <w:color w:val="222A36"/>
          <w:sz w:val="22"/>
        </w:rPr>
        <w:t>• 我的羅騰樹（光影反思）：這星期找一個讓你可以停下來休息的地方（例如窗邊、公園長椅），拍一張不拍人的相片，配一句：神在這裏照顧我的方式是……　〔列王紀上 19:5-7〕</w:t>
      </w:r>
    </w:p>
    <w:p>
      <w:pPr>
        <w:spacing w:after="80"/>
      </w:pPr>
      <w:r>
        <w:rPr>
          <w:rFonts w:ascii="Microsoft JhengHei" w:hAnsi="Microsoft JhengHei" w:eastAsia="Microsoft JhengHei"/>
          <w:b w:val="0"/>
          <w:i w:val="0"/>
          <w:color w:val="6B7280"/>
          <w:sz w:val="20"/>
        </w:rPr>
        <w:t xml:space="preserve">  完全自願；不想拍照的話，可以用文字描述這個地方。　分享方式：可以只留給自己，或自願在下一課給老師看；可以不公開。</w:t>
      </w:r>
    </w:p>
    <w:p>
      <w:pPr>
        <w:spacing w:after="80"/>
      </w:pPr>
      <w:r>
        <w:rPr>
          <w:rFonts w:ascii="Microsoft JhengHei" w:hAnsi="Microsoft JhengHei" w:eastAsia="Microsoft JhengHei"/>
          <w:b w:val="0"/>
          <w:i w:val="0"/>
          <w:color w:val="222A36"/>
          <w:sz w:val="22"/>
        </w:rPr>
        <w:t>• 一句說唱禱告：用四句寫一段說唱或歌詞，第一句說出你累的時候的真實感受，第二、三句寫神怎樣照顧以利亞或你，最後一句求主加添你的信心。　〔馬太福音 11:28〕</w:t>
      </w:r>
    </w:p>
    <w:p>
      <w:pPr>
        <w:spacing w:after="80"/>
      </w:pPr>
      <w:r>
        <w:rPr>
          <w:rFonts w:ascii="Microsoft JhengHei" w:hAnsi="Microsoft JhengHei" w:eastAsia="Microsoft JhengHei"/>
          <w:b w:val="0"/>
          <w:i w:val="0"/>
          <w:color w:val="6B7280"/>
          <w:sz w:val="20"/>
        </w:rPr>
        <w:t xml:space="preserve">  這是你向神說的話，不用押韻得很好，也不用唱出來。　分享方式：可以保密；如願意，可以用匿名方式交給老師。</w:t>
      </w:r>
    </w:p>
    <w:p>
      <w:pPr>
        <w:spacing w:after="80"/>
      </w:pPr>
      <w:r>
        <w:rPr>
          <w:rFonts w:ascii="Microsoft JhengHei" w:hAnsi="Microsoft JhengHei" w:eastAsia="Microsoft JhengHei"/>
          <w:b w:val="0"/>
          <w:i w:val="0"/>
          <w:color w:val="222A36"/>
          <w:sz w:val="22"/>
        </w:rPr>
        <w:t>• 給累了的自己一張卡：寫一張卡給「最累的那一天的自己」：寫一句神對你說的話，例如詩篇 61:2，並畫一個代表休息的圖案。　〔詩篇 61:2〕</w:t>
      </w:r>
    </w:p>
    <w:p>
      <w:pPr>
        <w:spacing w:after="80"/>
      </w:pPr>
      <w:r>
        <w:rPr>
          <w:rFonts w:ascii="Microsoft JhengHei" w:hAnsi="Microsoft JhengHei" w:eastAsia="Microsoft JhengHei"/>
          <w:b w:val="0"/>
          <w:i w:val="0"/>
          <w:color w:val="6B7280"/>
          <w:sz w:val="20"/>
        </w:rPr>
        <w:t xml:space="preserve">  這張卡是寫給自己的，不需要給任何人看。　分享方式：可以不公開；如願意，可以拍照給一位信任的人。</w:t>
      </w:r>
    </w:p>
    <w:p>
      <w:pPr>
        <w:spacing w:after="120" w:before="240"/>
      </w:pPr>
      <w:r>
        <w:rPr>
          <w:rFonts w:ascii="Microsoft JhengHei" w:hAnsi="Microsoft JhengHei" w:eastAsia="Microsoft JhengHei"/>
          <w:b/>
          <w:i w:val="0"/>
          <w:color w:val="222A36"/>
          <w:sz w:val="26"/>
        </w:rPr>
        <w:t>📱 Reclaim2K 課後跟進路徑</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907"/>
            <w:shd w:val="clear" w:fill="EFE7D6"/>
          </w:tcPr>
          <w:p>
            <w:r/>
            <w:r>
              <w:rPr>
                <w:rFonts w:ascii="Microsoft JhengHei" w:hAnsi="Microsoft JhengHei" w:eastAsia="Microsoft JhengHei"/>
                <w:b/>
                <w:i w:val="0"/>
                <w:color w:val="222A36"/>
                <w:sz w:val="20"/>
              </w:rPr>
              <w:t>日</w:t>
            </w:r>
          </w:p>
        </w:tc>
        <w:tc>
          <w:tcPr>
            <w:tcW w:type="dxa" w:w="1814"/>
            <w:shd w:val="clear" w:fill="EFE7D6"/>
          </w:tcPr>
          <w:p>
            <w:r/>
            <w:r>
              <w:rPr>
                <w:rFonts w:ascii="Microsoft JhengHei" w:hAnsi="Microsoft JhengHei" w:eastAsia="Microsoft JhengHei"/>
                <w:b/>
                <w:i w:val="0"/>
                <w:color w:val="222A36"/>
                <w:sz w:val="20"/>
              </w:rPr>
              <w:t>項目</w:t>
            </w:r>
          </w:p>
        </w:tc>
        <w:tc>
          <w:tcPr>
            <w:tcW w:type="dxa" w:w="2494"/>
            <w:shd w:val="clear" w:fill="EFE7D6"/>
          </w:tcPr>
          <w:p>
            <w:r/>
            <w:r>
              <w:rPr>
                <w:rFonts w:ascii="Microsoft JhengHei" w:hAnsi="Microsoft JhengHei" w:eastAsia="Microsoft JhengHei"/>
                <w:b/>
                <w:i w:val="0"/>
                <w:color w:val="222A36"/>
                <w:sz w:val="20"/>
              </w:rPr>
              <w:t>做甚麼</w:t>
            </w:r>
          </w:p>
        </w:tc>
        <w:tc>
          <w:tcPr>
            <w:tcW w:type="dxa" w:w="2268"/>
            <w:shd w:val="clear" w:fill="EFE7D6"/>
          </w:tcPr>
          <w:p>
            <w:r/>
            <w:r>
              <w:rPr>
                <w:rFonts w:ascii="Microsoft JhengHei" w:hAnsi="Microsoft JhengHei" w:eastAsia="Microsoft JhengHei"/>
                <w:b/>
                <w:i w:val="0"/>
                <w:color w:val="222A36"/>
                <w:sz w:val="20"/>
              </w:rPr>
              <w:t>為何</w:t>
            </w:r>
          </w:p>
        </w:tc>
        <w:tc>
          <w:tcPr>
            <w:tcW w:type="dxa" w:w="2041"/>
            <w:shd w:val="clear" w:fill="EFE7D6"/>
          </w:tcPr>
          <w:p>
            <w:r/>
            <w:r>
              <w:rPr>
                <w:rFonts w:ascii="Microsoft JhengHei" w:hAnsi="Microsoft JhengHei" w:eastAsia="Microsoft JhengHei"/>
                <w:b/>
                <w:i w:val="0"/>
                <w:color w:val="222A36"/>
                <w:sz w:val="20"/>
              </w:rPr>
              <w:t>連結</w:t>
            </w:r>
          </w:p>
        </w:tc>
      </w:tr>
      <w:tr>
        <w:tc>
          <w:tcPr>
            <w:tcW w:type="dxa" w:w="907"/>
          </w:tcPr>
          <w:p>
            <w:r/>
            <w:r>
              <w:rPr>
                <w:rFonts w:ascii="Microsoft JhengHei" w:hAnsi="Microsoft JhengHei" w:eastAsia="Microsoft JhengHei"/>
                <w:b w:val="0"/>
                <w:i w:val="0"/>
                <w:color w:val="222A36"/>
                <w:sz w:val="20"/>
              </w:rPr>
              <w:t>第 1 天</w:t>
            </w:r>
          </w:p>
        </w:tc>
        <w:tc>
          <w:tcPr>
            <w:tcW w:type="dxa" w:w="1814"/>
          </w:tcPr>
          <w:p>
            <w:r/>
            <w:r>
              <w:rPr>
                <w:rFonts w:ascii="Microsoft JhengHei" w:hAnsi="Microsoft JhengHei" w:eastAsia="Microsoft JhengHei"/>
                <w:b w:val="0"/>
                <w:i w:val="0"/>
                <w:color w:val="222A36"/>
                <w:sz w:val="20"/>
              </w:rPr>
              <w:t>經歷神的愛</w:t>
            </w:r>
          </w:p>
        </w:tc>
        <w:tc>
          <w:tcPr>
            <w:tcW w:type="dxa" w:w="2494"/>
          </w:tcPr>
          <w:p>
            <w:r/>
            <w:r>
              <w:rPr>
                <w:rFonts w:ascii="Microsoft JhengHei" w:hAnsi="Microsoft JhengHei" w:eastAsia="Microsoft JhengHei"/>
                <w:b w:val="0"/>
                <w:i w:val="0"/>
                <w:color w:val="222A36"/>
                <w:sz w:val="20"/>
              </w:rPr>
              <w:t>開始「經歷神的愛」第一天靈修，只需讀一段、寫一句。</w:t>
            </w:r>
          </w:p>
        </w:tc>
        <w:tc>
          <w:tcPr>
            <w:tcW w:type="dxa" w:w="2268"/>
          </w:tcPr>
          <w:p>
            <w:r/>
            <w:r>
              <w:rPr>
                <w:rFonts w:ascii="Microsoft JhengHei" w:hAnsi="Microsoft JhengHei" w:eastAsia="Microsoft JhengHei"/>
                <w:b w:val="0"/>
                <w:i w:val="0"/>
                <w:color w:val="222A36"/>
                <w:sz w:val="20"/>
              </w:rPr>
              <w:t>先經歷神的愛，而不是先要求自己有動力，延續課堂「神先照顧」的重點。</w:t>
            </w:r>
          </w:p>
        </w:tc>
        <w:tc>
          <w:tcPr>
            <w:tcW w:type="dxa" w:w="2041"/>
          </w:tcPr>
          <w:p>
            <w:r/>
            <w:r>
              <w:rPr>
                <w:rFonts w:ascii="Microsoft JhengHei" w:hAnsi="Microsoft JhengHei" w:eastAsia="Microsoft JhengHei"/>
                <w:b w:val="0"/>
                <w:i w:val="0"/>
                <w:color w:val="222A36"/>
                <w:sz w:val="20"/>
              </w:rPr>
              <w:t>https://app.reclaim2k.org/#go=devote&amp;plan=plan_love_of_god</w:t>
            </w:r>
          </w:p>
        </w:tc>
      </w:tr>
      <w:tr>
        <w:tc>
          <w:tcPr>
            <w:tcW w:type="dxa" w:w="907"/>
          </w:tcPr>
          <w:p>
            <w:r/>
            <w:r>
              <w:rPr>
                <w:rFonts w:ascii="Microsoft JhengHei" w:hAnsi="Microsoft JhengHei" w:eastAsia="Microsoft JhengHei"/>
                <w:b w:val="0"/>
                <w:i w:val="0"/>
                <w:color w:val="222A36"/>
                <w:sz w:val="20"/>
              </w:rPr>
              <w:t>第 2 天</w:t>
            </w:r>
          </w:p>
        </w:tc>
        <w:tc>
          <w:tcPr>
            <w:tcW w:type="dxa" w:w="1814"/>
          </w:tcPr>
          <w:p>
            <w:r/>
            <w:r>
              <w:rPr>
                <w:rFonts w:ascii="Microsoft JhengHei" w:hAnsi="Microsoft JhengHei" w:eastAsia="Microsoft JhengHei"/>
                <w:b w:val="0"/>
                <w:i w:val="0"/>
                <w:color w:val="222A36"/>
                <w:sz w:val="20"/>
              </w:rPr>
              <w:t>跟以利亞聽神微聲</w:t>
            </w:r>
          </w:p>
        </w:tc>
        <w:tc>
          <w:tcPr>
            <w:tcW w:type="dxa" w:w="2494"/>
          </w:tcPr>
          <w:p>
            <w:r/>
            <w:r>
              <w:rPr>
                <w:rFonts w:ascii="Microsoft JhengHei" w:hAnsi="Microsoft JhengHei" w:eastAsia="Microsoft JhengHei"/>
                <w:b w:val="0"/>
                <w:i w:val="0"/>
                <w:color w:val="222A36"/>
                <w:sz w:val="20"/>
              </w:rPr>
              <w:t>打開「跟以利亞聽神微聲」，重溫以利亞在羅騰樹下被照顧的一站。</w:t>
            </w:r>
          </w:p>
        </w:tc>
        <w:tc>
          <w:tcPr>
            <w:tcW w:type="dxa" w:w="2268"/>
          </w:tcPr>
          <w:p>
            <w:r/>
            <w:r>
              <w:rPr>
                <w:rFonts w:ascii="Microsoft JhengHei" w:hAnsi="Microsoft JhengHei" w:eastAsia="Microsoft JhengHei"/>
                <w:b w:val="0"/>
                <w:i w:val="0"/>
                <w:color w:val="222A36"/>
                <w:sz w:val="20"/>
              </w:rPr>
              <w:t>用互動方式再走一次以利亞的故事，記得神在低谷中照顧人。</w:t>
            </w:r>
          </w:p>
        </w:tc>
        <w:tc>
          <w:tcPr>
            <w:tcW w:type="dxa" w:w="2041"/>
          </w:tcPr>
          <w:p>
            <w:r/>
            <w:r>
              <w:rPr>
                <w:rFonts w:ascii="Microsoft JhengHei" w:hAnsi="Microsoft JhengHei" w:eastAsia="Microsoft JhengHei"/>
                <w:b w:val="0"/>
                <w:i w:val="0"/>
                <w:color w:val="222A36"/>
                <w:sz w:val="20"/>
              </w:rPr>
              <w:t>https://reclaim2k.org/elijah-carmel</w:t>
            </w:r>
          </w:p>
        </w:tc>
      </w:tr>
      <w:tr>
        <w:tc>
          <w:tcPr>
            <w:tcW w:type="dxa" w:w="907"/>
          </w:tcPr>
          <w:p>
            <w:r/>
            <w:r>
              <w:rPr>
                <w:rFonts w:ascii="Microsoft JhengHei" w:hAnsi="Microsoft JhengHei" w:eastAsia="Microsoft JhengHei"/>
                <w:b w:val="0"/>
                <w:i w:val="0"/>
                <w:color w:val="222A36"/>
                <w:sz w:val="20"/>
              </w:rPr>
              <w:t>第 3 天</w:t>
            </w:r>
          </w:p>
        </w:tc>
        <w:tc>
          <w:tcPr>
            <w:tcW w:type="dxa" w:w="1814"/>
          </w:tcPr>
          <w:p>
            <w:r/>
            <w:r>
              <w:rPr>
                <w:rFonts w:ascii="Microsoft JhengHei" w:hAnsi="Microsoft JhengHei" w:eastAsia="Microsoft JhengHei"/>
                <w:b w:val="0"/>
                <w:i w:val="0"/>
                <w:color w:val="222A36"/>
                <w:sz w:val="20"/>
              </w:rPr>
              <w:t>專注時段賺取 HFC（數字健康）；內有敬拜音樂播放清單</w:t>
            </w:r>
          </w:p>
        </w:tc>
        <w:tc>
          <w:tcPr>
            <w:tcW w:type="dxa" w:w="2494"/>
          </w:tcPr>
          <w:p>
            <w:r/>
            <w:r>
              <w:rPr>
                <w:rFonts w:ascii="Microsoft JhengHei" w:hAnsi="Microsoft JhengHei" w:eastAsia="Microsoft JhengHei"/>
                <w:b w:val="0"/>
                <w:i w:val="0"/>
                <w:color w:val="222A36"/>
                <w:sz w:val="20"/>
              </w:rPr>
              <w:t>開一個 15 分鐘專注時段，休息時聽一首敬拜歌。</w:t>
            </w:r>
          </w:p>
        </w:tc>
        <w:tc>
          <w:tcPr>
            <w:tcW w:type="dxa" w:w="2268"/>
          </w:tcPr>
          <w:p>
            <w:r/>
            <w:r>
              <w:rPr>
                <w:rFonts w:ascii="Microsoft JhengHei" w:hAnsi="Microsoft JhengHei" w:eastAsia="Microsoft JhengHei"/>
                <w:b w:val="0"/>
                <w:i w:val="0"/>
                <w:color w:val="222A36"/>
                <w:sz w:val="20"/>
              </w:rPr>
              <w:t>在提不起勁時，以一小段專注加一首敬拜歌，練習在神面前安息。</w:t>
            </w:r>
          </w:p>
        </w:tc>
        <w:tc>
          <w:tcPr>
            <w:tcW w:type="dxa" w:w="2041"/>
          </w:tcPr>
          <w:p>
            <w:r/>
            <w:r>
              <w:rPr>
                <w:rFonts w:ascii="Microsoft JhengHei" w:hAnsi="Microsoft JhengHei" w:eastAsia="Microsoft JhengHei"/>
                <w:b w:val="0"/>
                <w:i w:val="0"/>
                <w:color w:val="222A36"/>
                <w:sz w:val="20"/>
              </w:rPr>
              <w:t>https://app.reclaim2k.org/#go=focus</w:t>
            </w:r>
          </w:p>
        </w:tc>
      </w:tr>
      <w:tr>
        <w:tc>
          <w:tcPr>
            <w:tcW w:type="dxa" w:w="907"/>
          </w:tcPr>
          <w:p>
            <w:r/>
            <w:r>
              <w:rPr>
                <w:rFonts w:ascii="Microsoft JhengHei" w:hAnsi="Microsoft JhengHei" w:eastAsia="Microsoft JhengHei"/>
                <w:b w:val="0"/>
                <w:i w:val="0"/>
                <w:color w:val="222A36"/>
                <w:sz w:val="20"/>
              </w:rPr>
              <w:t>第 4 天</w:t>
            </w:r>
          </w:p>
        </w:tc>
        <w:tc>
          <w:tcPr>
            <w:tcW w:type="dxa" w:w="1814"/>
          </w:tcPr>
          <w:p>
            <w:r/>
            <w:r>
              <w:rPr>
                <w:rFonts w:ascii="Microsoft JhengHei" w:hAnsi="Microsoft JhengHei" w:eastAsia="Microsoft JhengHei"/>
                <w:b w:val="0"/>
                <w:i w:val="0"/>
                <w:color w:val="222A36"/>
                <w:sz w:val="20"/>
              </w:rPr>
              <w:t>經歷神的愛</w:t>
            </w:r>
          </w:p>
        </w:tc>
        <w:tc>
          <w:tcPr>
            <w:tcW w:type="dxa" w:w="2494"/>
          </w:tcPr>
          <w:p>
            <w:r/>
            <w:r>
              <w:rPr>
                <w:rFonts w:ascii="Microsoft JhengHei" w:hAnsi="Microsoft JhengHei" w:eastAsia="Microsoft JhengHei"/>
                <w:b w:val="0"/>
                <w:i w:val="0"/>
                <w:color w:val="222A36"/>
                <w:sz w:val="20"/>
              </w:rPr>
              <w:t>繼續「經歷神的愛」第二天靈修。</w:t>
            </w:r>
          </w:p>
        </w:tc>
        <w:tc>
          <w:tcPr>
            <w:tcW w:type="dxa" w:w="2268"/>
          </w:tcPr>
          <w:p>
            <w:r/>
            <w:r>
              <w:rPr>
                <w:rFonts w:ascii="Microsoft JhengHei" w:hAnsi="Microsoft JhengHei" w:eastAsia="Microsoft JhengHei"/>
                <w:b w:val="0"/>
                <w:i w:val="0"/>
                <w:color w:val="222A36"/>
                <w:sz w:val="20"/>
              </w:rPr>
              <w:t>每天一點點，讓「神愛我」成為生活的底色。</w:t>
            </w:r>
          </w:p>
        </w:tc>
        <w:tc>
          <w:tcPr>
            <w:tcW w:type="dxa" w:w="2041"/>
          </w:tcPr>
          <w:p>
            <w:r/>
            <w:r>
              <w:rPr>
                <w:rFonts w:ascii="Microsoft JhengHei" w:hAnsi="Microsoft JhengHei" w:eastAsia="Microsoft JhengHei"/>
                <w:b w:val="0"/>
                <w:i w:val="0"/>
                <w:color w:val="222A36"/>
                <w:sz w:val="20"/>
              </w:rPr>
              <w:t>https://app.reclaim2k.org/#go=devote&amp;plan=plan_love_of_god</w:t>
            </w:r>
          </w:p>
        </w:tc>
      </w:tr>
      <w:tr>
        <w:tc>
          <w:tcPr>
            <w:tcW w:type="dxa" w:w="907"/>
          </w:tcPr>
          <w:p>
            <w:r/>
            <w:r>
              <w:rPr>
                <w:rFonts w:ascii="Microsoft JhengHei" w:hAnsi="Microsoft JhengHei" w:eastAsia="Microsoft JhengHei"/>
                <w:b w:val="0"/>
                <w:i w:val="0"/>
                <w:color w:val="222A36"/>
                <w:sz w:val="20"/>
              </w:rPr>
              <w:t>第 5 天</w:t>
            </w:r>
          </w:p>
        </w:tc>
        <w:tc>
          <w:tcPr>
            <w:tcW w:type="dxa" w:w="1814"/>
          </w:tcPr>
          <w:p>
            <w:r/>
            <w:r>
              <w:rPr>
                <w:rFonts w:ascii="Microsoft JhengHei" w:hAnsi="Microsoft JhengHei" w:eastAsia="Microsoft JhengHei"/>
                <w:b w:val="0"/>
                <w:i w:val="0"/>
                <w:color w:val="222A36"/>
                <w:sz w:val="20"/>
              </w:rPr>
              <w:t>經文記憶</w:t>
            </w:r>
          </w:p>
        </w:tc>
        <w:tc>
          <w:tcPr>
            <w:tcW w:type="dxa" w:w="2494"/>
          </w:tcPr>
          <w:p>
            <w:r/>
            <w:r>
              <w:rPr>
                <w:rFonts w:ascii="Microsoft JhengHei" w:hAnsi="Microsoft JhengHei" w:eastAsia="Microsoft JhengHei"/>
                <w:b w:val="0"/>
                <w:i w:val="0"/>
                <w:color w:val="222A36"/>
                <w:sz w:val="20"/>
              </w:rPr>
              <w:t>在經文記憶加入馬太福音 11:28，讀三次。</w:t>
            </w:r>
          </w:p>
        </w:tc>
        <w:tc>
          <w:tcPr>
            <w:tcW w:type="dxa" w:w="2268"/>
          </w:tcPr>
          <w:p>
            <w:r/>
            <w:r>
              <w:rPr>
                <w:rFonts w:ascii="Microsoft JhengHei" w:hAnsi="Microsoft JhengHei" w:eastAsia="Microsoft JhengHei"/>
                <w:b w:val="0"/>
                <w:i w:val="0"/>
                <w:color w:val="222A36"/>
                <w:sz w:val="20"/>
              </w:rPr>
              <w:t>把耶穌「到我這裏來」的邀請帶在身邊，累的時候可以想起。</w:t>
            </w:r>
          </w:p>
        </w:tc>
        <w:tc>
          <w:tcPr>
            <w:tcW w:type="dxa" w:w="2041"/>
          </w:tcPr>
          <w:p>
            <w:r/>
            <w:r>
              <w:rPr>
                <w:rFonts w:ascii="Microsoft JhengHei" w:hAnsi="Microsoft JhengHei" w:eastAsia="Microsoft JhengHei"/>
                <w:b w:val="0"/>
                <w:i w:val="0"/>
                <w:color w:val="222A36"/>
                <w:sz w:val="20"/>
              </w:rPr>
              <w:t>https://app.reclaim2k.org/#go=scripture</w:t>
            </w:r>
          </w:p>
        </w:tc>
      </w:tr>
      <w:tr>
        <w:tc>
          <w:tcPr>
            <w:tcW w:type="dxa" w:w="907"/>
          </w:tcPr>
          <w:p>
            <w:r/>
            <w:r>
              <w:rPr>
                <w:rFonts w:ascii="Microsoft JhengHei" w:hAnsi="Microsoft JhengHei" w:eastAsia="Microsoft JhengHei"/>
                <w:b w:val="0"/>
                <w:i w:val="0"/>
                <w:color w:val="222A36"/>
                <w:sz w:val="20"/>
              </w:rPr>
              <w:t>第 6 天</w:t>
            </w:r>
          </w:p>
        </w:tc>
        <w:tc>
          <w:tcPr>
            <w:tcW w:type="dxa" w:w="1814"/>
          </w:tcPr>
          <w:p>
            <w:r/>
            <w:r>
              <w:rPr>
                <w:rFonts w:ascii="Microsoft JhengHei" w:hAnsi="Microsoft JhengHei" w:eastAsia="Microsoft JhengHei"/>
                <w:b w:val="0"/>
                <w:i w:val="0"/>
                <w:color w:val="222A36"/>
                <w:sz w:val="20"/>
              </w:rPr>
              <w:t>經歷神的愛</w:t>
            </w:r>
          </w:p>
        </w:tc>
        <w:tc>
          <w:tcPr>
            <w:tcW w:type="dxa" w:w="2494"/>
          </w:tcPr>
          <w:p>
            <w:r/>
            <w:r>
              <w:rPr>
                <w:rFonts w:ascii="Microsoft JhengHei" w:hAnsi="Microsoft JhengHei" w:eastAsia="Microsoft JhengHei"/>
                <w:b w:val="0"/>
                <w:i w:val="0"/>
                <w:color w:val="222A36"/>
                <w:sz w:val="20"/>
              </w:rPr>
              <w:t>繼續「經歷神的愛」第三天靈修。</w:t>
            </w:r>
          </w:p>
        </w:tc>
        <w:tc>
          <w:tcPr>
            <w:tcW w:type="dxa" w:w="2268"/>
          </w:tcPr>
          <w:p>
            <w:r/>
            <w:r>
              <w:rPr>
                <w:rFonts w:ascii="Microsoft JhengHei" w:hAnsi="Microsoft JhengHei" w:eastAsia="Microsoft JhengHei"/>
                <w:b w:val="0"/>
                <w:i w:val="0"/>
                <w:color w:val="222A36"/>
                <w:sz w:val="20"/>
              </w:rPr>
              <w:t>在一星期的尾段，再一次接受神的照顧。</w:t>
            </w:r>
          </w:p>
        </w:tc>
        <w:tc>
          <w:tcPr>
            <w:tcW w:type="dxa" w:w="2041"/>
          </w:tcPr>
          <w:p>
            <w:r/>
            <w:r>
              <w:rPr>
                <w:rFonts w:ascii="Microsoft JhengHei" w:hAnsi="Microsoft JhengHei" w:eastAsia="Microsoft JhengHei"/>
                <w:b w:val="0"/>
                <w:i w:val="0"/>
                <w:color w:val="222A36"/>
                <w:sz w:val="20"/>
              </w:rPr>
              <w:t>https://app.reclaim2k.org/#go=devote&amp;plan=plan_love_of_god</w:t>
            </w:r>
          </w:p>
        </w:tc>
      </w:tr>
      <w:tr>
        <w:tc>
          <w:tcPr>
            <w:tcW w:type="dxa" w:w="907"/>
          </w:tcPr>
          <w:p>
            <w:r/>
            <w:r>
              <w:rPr>
                <w:rFonts w:ascii="Microsoft JhengHei" w:hAnsi="Microsoft JhengHei" w:eastAsia="Microsoft JhengHei"/>
                <w:b w:val="0"/>
                <w:i w:val="0"/>
                <w:color w:val="222A36"/>
                <w:sz w:val="20"/>
              </w:rPr>
              <w:t>第 7 天</w:t>
            </w:r>
          </w:p>
        </w:tc>
        <w:tc>
          <w:tcPr>
            <w:tcW w:type="dxa" w:w="1814"/>
          </w:tcPr>
          <w:p>
            <w:r/>
            <w:r>
              <w:rPr>
                <w:rFonts w:ascii="Microsoft JhengHei" w:hAnsi="Microsoft JhengHei" w:eastAsia="Microsoft JhengHei"/>
                <w:b w:val="0"/>
                <w:i w:val="0"/>
                <w:color w:val="222A36"/>
                <w:sz w:val="20"/>
              </w:rPr>
              <w:t>靈修（每日靈修計劃、徽章）</w:t>
            </w:r>
          </w:p>
        </w:tc>
        <w:tc>
          <w:tcPr>
            <w:tcW w:type="dxa" w:w="2494"/>
          </w:tcPr>
          <w:p>
            <w:r/>
            <w:r>
              <w:rPr>
                <w:rFonts w:ascii="Microsoft JhengHei" w:hAnsi="Microsoft JhengHei" w:eastAsia="Microsoft JhengHei"/>
                <w:b w:val="0"/>
                <w:i w:val="0"/>
                <w:color w:val="222A36"/>
                <w:sz w:val="20"/>
              </w:rPr>
              <w:t>回看這星期的安息卡及靈修徽章，向神說一句感謝。</w:t>
            </w:r>
          </w:p>
        </w:tc>
        <w:tc>
          <w:tcPr>
            <w:tcW w:type="dxa" w:w="2268"/>
          </w:tcPr>
          <w:p>
            <w:r/>
            <w:r>
              <w:rPr>
                <w:rFonts w:ascii="Microsoft JhengHei" w:hAnsi="Microsoft JhengHei" w:eastAsia="Microsoft JhengHei"/>
                <w:b w:val="0"/>
                <w:i w:val="0"/>
                <w:color w:val="222A36"/>
                <w:sz w:val="20"/>
              </w:rPr>
              <w:t>看見神這一星期怎樣照顧自己，為下一課「聽神微聲」作準備。</w:t>
            </w:r>
          </w:p>
        </w:tc>
        <w:tc>
          <w:tcPr>
            <w:tcW w:type="dxa" w:w="2041"/>
          </w:tcPr>
          <w:p>
            <w:r/>
            <w:r>
              <w:rPr>
                <w:rFonts w:ascii="Microsoft JhengHei" w:hAnsi="Microsoft JhengHei" w:eastAsia="Microsoft JhengHei"/>
                <w:b w:val="0"/>
                <w:i w:val="0"/>
                <w:color w:val="222A36"/>
                <w:sz w:val="20"/>
              </w:rPr>
              <w:t>https://app.reclaim2k.org/#go=devote</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可直接貼到 WhatsApp／Google Classroom 的課後提示</w:t>
            </w:r>
          </w:p>
          <w:p>
            <w:r>
              <w:rPr>
                <w:rFonts w:ascii="Microsoft JhengHei" w:hAnsi="Microsoft JhengHei" w:eastAsia="Microsoft JhengHei"/>
                <w:b w:val="0"/>
                <w:i w:val="0"/>
                <w:color w:val="222A36"/>
                <w:sz w:val="22"/>
              </w:rPr>
              <w:t>這星期不用交功課。如果你願意，可以在 Reclaim2K App 開始「經歷神的愛」靈修，每天十分鐘；也可以重溫網站「跟以利亞聽神微聲」。累的時候，記得每天停下五分鐘，向神說一句真心話。如有需要，隨時找老師或社工傾談。</w:t>
            </w:r>
          </w:p>
        </w:tc>
      </w:tr>
    </w:tbl>
    <w:p/>
    <w:p>
      <w:pPr>
        <w:spacing w:after="80"/>
      </w:pPr>
      <w:r>
        <w:rPr>
          <w:rFonts w:ascii="Microsoft JhengHei" w:hAnsi="Microsoft JhengHei" w:eastAsia="Microsoft JhengHei"/>
          <w:b w:val="0"/>
          <w:i w:val="0"/>
          <w:color w:val="222A36"/>
          <w:sz w:val="22"/>
        </w:rPr>
        <w:t>下一課跟進：下一課開首用兩分鐘再做一次「今日電量」，並邀請自願的同學用一句話說說這星期的五分鐘安息；不檢查、不追問沒有做的同學，直接帶入第二課「何烈山的微聲」。</w:t>
      </w:r>
    </w:p>
    <w:p>
      <w:pPr>
        <w:spacing w:after="80"/>
      </w:pPr>
      <w:r>
        <w:rPr>
          <w:rFonts w:ascii="Microsoft JhengHei" w:hAnsi="Microsoft JhengHei" w:eastAsia="Microsoft JhengHei"/>
          <w:b w:val="0"/>
          <w:i w:val="0"/>
          <w:color w:val="222A36"/>
          <w:sz w:val="22"/>
        </w:rPr>
        <w:t>給家長：本課以先知以利亞的故事，讓同學明白疲累時神先照顧人。孩子可能在 Reclaim2K App 做每天十分鐘的靈修，歡迎家長多關心孩子的休息與心情。</w:t>
      </w:r>
    </w:p>
    <w:p>
      <w:r>
        <w:br w:type="page"/>
      </w:r>
    </w:p>
    <w:p>
      <w:pPr>
        <w:spacing w:after="120" w:before="0"/>
      </w:pPr>
      <w:r>
        <w:rPr>
          <w:rFonts w:ascii="Microsoft JhengHei" w:hAnsi="Microsoft JhengHei" w:eastAsia="Microsoft JhengHei"/>
          <w:b/>
          <w:i w:val="0"/>
          <w:color w:val="A86B1F"/>
          <w:sz w:val="44"/>
        </w:rPr>
        <w:t>學生工作紙：羅騰樹下：累了，神先照顧你</w:t>
      </w:r>
    </w:p>
    <w:p>
      <w:pPr>
        <w:spacing w:after="80"/>
      </w:pPr>
      <w:r>
        <w:rPr>
          <w:rFonts w:ascii="Microsoft JhengHei" w:hAnsi="Microsoft JhengHei" w:eastAsia="Microsoft JhengHei"/>
          <w:b w:val="0"/>
          <w:i w:val="0"/>
          <w:color w:val="6B7280"/>
          <w:sz w:val="20"/>
        </w:rPr>
        <w:t>姓名：＿＿＿＿＿＿　班別：＿＿＿＿　（這張工作紙只供你自己反思，可以不交給任何人）</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18:38-39（和合本 (CUV, public domain)）</w:t>
            </w:r>
          </w:p>
          <w:p>
            <w:r>
              <w:rPr>
                <w:rFonts w:ascii="Microsoft JhengHei" w:hAnsi="Microsoft JhengHei" w:eastAsia="Microsoft JhengHei"/>
                <w:b w:val="0"/>
                <w:i w:val="0"/>
                <w:color w:val="222A36"/>
                <w:sz w:val="22"/>
              </w:rPr>
              <w:t>38於是，耶和華降下火來，燒盡燔祭、木柴、石頭、塵土，又燒乾溝裡的水。 39眾民看見了，就俯伏在地，說：「耶和華是 神！耶和華是 神！」</w:t>
            </w:r>
          </w:p>
          <w:p>
            <w:r>
              <w:rPr>
                <w:rFonts w:ascii="Microsoft JhengHei" w:hAnsi="Microsoft JhengHei" w:eastAsia="Microsoft JhengHei"/>
                <w:b w:val="0"/>
                <w:i w:val="0"/>
                <w:color w:val="222A36"/>
                <w:sz w:val="22"/>
              </w:rPr>
              <w:t>1 Kings 18:38-39 (WEB): 38 Then the fire of Yahweh fell, and consumed the burnt offering, and the wood, and the stones, and the dust, and licked up the water that was in the trench. 39 When all the people saw it, they fell on their faces: and they said, Yahweh, he is God; Yahweh, he is God.</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祂是誰？</w:t>
            </w:r>
          </w:p>
          <w:p>
            <w:r>
              <w:rPr>
                <w:rFonts w:ascii="Microsoft JhengHei" w:hAnsi="Microsoft JhengHei" w:eastAsia="Microsoft JhengHei"/>
                <w:b w:val="0"/>
                <w:i w:val="0"/>
                <w:color w:val="222A36"/>
                <w:sz w:val="22"/>
              </w:rPr>
              <w:t>耶穌是那位對勞苦擔重擔的人說「到我這裏來」的主，祂為我們捨命、復活，今天仍給疲乏的人安息。〔馬太福音 11:28〕</w:t>
            </w:r>
          </w:p>
        </w:tc>
      </w:tr>
    </w:tbl>
    <w:p/>
    <w:p>
      <w:pPr>
        <w:spacing w:after="40"/>
      </w:pPr>
      <w:r>
        <w:rPr>
          <w:rFonts w:ascii="Microsoft JhengHei" w:hAnsi="Microsoft JhengHei" w:eastAsia="Microsoft JhengHei"/>
          <w:b/>
          <w:i w:val="0"/>
          <w:color w:val="222A36"/>
          <w:sz w:val="22"/>
        </w:rPr>
        <w:t>1. 如果用電量來形容，你今天大約剩多少百分比？（只寫在紙上，不用公開）</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2. 以利亞說「罷了」的時候，神做了哪三件事？哪一件最令你意外？</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3. 如果耶穌今天對你說「到我這裏來」，你最想放下的是甚麼？</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80"/>
      </w:pPr>
      <w:r>
        <w:rPr>
          <w:rFonts w:ascii="Microsoft JhengHei" w:hAnsi="Microsoft JhengHei" w:eastAsia="Microsoft JhengHei"/>
          <w:b/>
          <w:i w:val="0"/>
          <w:color w:val="222A36"/>
          <w:sz w:val="22"/>
        </w:rPr>
        <w:t>我這星期選擇的一小步（可選一項）：</w:t>
      </w:r>
    </w:p>
    <w:p>
      <w:pPr>
        <w:spacing w:after="40"/>
      </w:pPr>
      <w:r>
        <w:rPr>
          <w:rFonts w:ascii="Microsoft JhengHei" w:hAnsi="Microsoft JhengHei" w:eastAsia="Microsoft JhengHei"/>
          <w:b w:val="0"/>
          <w:i w:val="0"/>
          <w:color w:val="222A36"/>
          <w:sz w:val="22"/>
        </w:rPr>
        <w:t>□ 這星期試一次：在睡前用一句話對神說「如果你真的在，我今天很累」。</w:t>
      </w:r>
    </w:p>
    <w:p>
      <w:pPr>
        <w:spacing w:after="40"/>
      </w:pPr>
      <w:r>
        <w:rPr>
          <w:rFonts w:ascii="Microsoft JhengHei" w:hAnsi="Microsoft JhengHei" w:eastAsia="Microsoft JhengHei"/>
          <w:b w:val="0"/>
          <w:i w:val="0"/>
          <w:color w:val="222A36"/>
          <w:sz w:val="22"/>
        </w:rPr>
        <w:t>□ 寫下你最大的一個疑問，這星期找一位你信任的人談談。</w:t>
      </w:r>
    </w:p>
    <w:p>
      <w:pPr>
        <w:spacing w:after="40"/>
      </w:pPr>
      <w:r>
        <w:rPr>
          <w:rFonts w:ascii="Microsoft JhengHei" w:hAnsi="Microsoft JhengHei" w:eastAsia="Microsoft JhengHei"/>
          <w:b w:val="0"/>
          <w:i w:val="0"/>
          <w:color w:val="222A36"/>
          <w:sz w:val="22"/>
        </w:rPr>
        <w:t>□ 每天五分鐘安息操練：停下、說一句真心話、照顧身體，不用勉強讀很多。</w:t>
      </w:r>
    </w:p>
    <w:p>
      <w:pPr>
        <w:spacing w:after="40"/>
      </w:pPr>
      <w:r>
        <w:rPr>
          <w:rFonts w:ascii="Microsoft JhengHei" w:hAnsi="Microsoft JhengHei" w:eastAsia="Microsoft JhengHei"/>
          <w:b w:val="0"/>
          <w:i w:val="0"/>
          <w:color w:val="222A36"/>
          <w:sz w:val="22"/>
        </w:rPr>
        <w:t>□ 用畫圖代替文字：每天在小卡上畫一個符號，代表今天神怎樣照顧了你。</w:t>
      </w:r>
    </w:p>
    <w:p>
      <w:pPr>
        <w:spacing w:after="40"/>
      </w:pPr>
      <w:r>
        <w:rPr>
          <w:rFonts w:ascii="Microsoft JhengHei" w:hAnsi="Microsoft JhengHei" w:eastAsia="Microsoft JhengHei"/>
          <w:b w:val="0"/>
          <w:i w:val="0"/>
          <w:color w:val="222A36"/>
          <w:sz w:val="22"/>
        </w:rPr>
        <w:t>□ 這星期選一晚早半小時放下手機睡覺，並向神說一句感謝。</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我的禱告</w:t>
            </w:r>
          </w:p>
          <w:p>
            <w:r>
              <w:rPr>
                <w:rFonts w:ascii="Microsoft JhengHei" w:hAnsi="Microsoft JhengHei" w:eastAsia="Microsoft JhengHei"/>
                <w:b w:val="0"/>
                <w:i w:val="0"/>
                <w:color w:val="222A36"/>
                <w:sz w:val="22"/>
              </w:rPr>
              <w:t>主啊，我累的時候，我想告訴你……</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tc>
      </w:tr>
    </w:tbl>
    <w:p/>
    <w:p>
      <w:pPr>
        <w:spacing w:after="80"/>
      </w:pPr>
      <w:r>
        <w:rPr>
          <w:rFonts w:ascii="Microsoft JhengHei" w:hAnsi="Microsoft JhengHei" w:eastAsia="Microsoft JhengHei"/>
          <w:b w:val="0"/>
          <w:i/>
          <w:color w:val="222A36"/>
          <w:sz w:val="20"/>
        </w:rPr>
        <w:t>如果你不肯定：神啊，我不肯定你是否在，但如果你在，請讓我知道你在乎一個這麼累的我。</w:t>
      </w:r>
    </w:p>
    <w:p>
      <w:r>
        <w:br w:type="page"/>
      </w:r>
    </w:p>
    <w:p>
      <w:pPr>
        <w:spacing w:after="120" w:before="240"/>
      </w:pPr>
      <w:r>
        <w:rPr>
          <w:rFonts w:ascii="Microsoft JhengHei" w:hAnsi="Microsoft JhengHei" w:eastAsia="Microsoft JhengHei"/>
          <w:b/>
          <w:i w:val="0"/>
          <w:color w:val="A86B1F"/>
          <w:sz w:val="32"/>
        </w:rPr>
        <w:t>附錄 A　經文（由 FHL 聖經 API 核實，非 AI 生成）</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加拉太書 2:20（和合本 (CUV, public domain)）</w:t>
            </w:r>
          </w:p>
          <w:p>
            <w:r>
              <w:rPr>
                <w:rFonts w:ascii="Microsoft JhengHei" w:hAnsi="Microsoft JhengHei" w:eastAsia="Microsoft JhengHei"/>
                <w:b w:val="0"/>
                <w:i w:val="0"/>
                <w:color w:val="222A36"/>
                <w:sz w:val="22"/>
              </w:rPr>
              <w:t>我已經與基督同釘十字架，現在活著的不再是我，乃是基督在我裡面活著；並且我如今在肉身活著，是因信 神的兒子而活；他是愛我，為我捨己。</w:t>
            </w:r>
          </w:p>
          <w:p>
            <w:r>
              <w:rPr>
                <w:rFonts w:ascii="Microsoft JhengHei" w:hAnsi="Microsoft JhengHei" w:eastAsia="Microsoft JhengHei"/>
                <w:b w:val="0"/>
                <w:i w:val="0"/>
                <w:color w:val="222A36"/>
                <w:sz w:val="22"/>
              </w:rPr>
              <w:t>Galatians 2:20 (WEB): I have been crucified with Christ, and it is no longer I that live, but Christ living in me. That life which I now live in the flesh, I live by faith in the Son of God, who loved me, and gave himself up for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羅馬書 5:8（和合本 (CUV, public domain)）</w:t>
            </w:r>
          </w:p>
          <w:p>
            <w:r>
              <w:rPr>
                <w:rFonts w:ascii="Microsoft JhengHei" w:hAnsi="Microsoft JhengHei" w:eastAsia="Microsoft JhengHei"/>
                <w:b w:val="0"/>
                <w:i w:val="0"/>
                <w:color w:val="222A36"/>
                <w:sz w:val="22"/>
              </w:rPr>
              <w:t>惟有基督在我們還作罪人的時候為我們死， 神的愛就在此向我們顯明了。</w:t>
            </w:r>
          </w:p>
          <w:p>
            <w:r>
              <w:rPr>
                <w:rFonts w:ascii="Microsoft JhengHei" w:hAnsi="Microsoft JhengHei" w:eastAsia="Microsoft JhengHei"/>
                <w:b w:val="0"/>
                <w:i w:val="0"/>
                <w:color w:val="222A36"/>
                <w:sz w:val="22"/>
              </w:rPr>
              <w:t>Romans 5:8 (WEB): But God commends his own love toward us, in that while we were yet sinners, Christ died for us.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10:29-31（和合本 (CUV, public domain)）</w:t>
            </w:r>
          </w:p>
          <w:p>
            <w:r>
              <w:rPr>
                <w:rFonts w:ascii="Microsoft JhengHei" w:hAnsi="Microsoft JhengHei" w:eastAsia="Microsoft JhengHei"/>
                <w:b w:val="0"/>
                <w:i w:val="0"/>
                <w:color w:val="222A36"/>
                <w:sz w:val="22"/>
              </w:rPr>
              <w:t>29兩個麻雀不是賣一分銀子嗎？若是你們的父不許，一個也不能掉在地上； 30就是你們的頭髮也都被數過了。 31所以，不要懼怕，你們比許多麻雀還貴重！」</w:t>
            </w:r>
          </w:p>
          <w:p>
            <w:r>
              <w:rPr>
                <w:rFonts w:ascii="Microsoft JhengHei" w:hAnsi="Microsoft JhengHei" w:eastAsia="Microsoft JhengHei"/>
                <w:b w:val="0"/>
                <w:i w:val="0"/>
                <w:color w:val="222A36"/>
                <w:sz w:val="22"/>
              </w:rPr>
              <w:t>Matthew 10:29-31 (WEB): 29 "Aren't two sparrows sold for an assarion ? Not one of them falls on the ground apart from your Father's will, 30 but the very hairs of your head are all numbered. 31 Therefore don't be afraid. You are of more value than many sparrows.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彼得前書 5:7（和合本 (CUV, public domain)）</w:t>
            </w:r>
          </w:p>
          <w:p>
            <w:r>
              <w:rPr>
                <w:rFonts w:ascii="Microsoft JhengHei" w:hAnsi="Microsoft JhengHei" w:eastAsia="Microsoft JhengHei"/>
                <w:b w:val="0"/>
                <w:i w:val="0"/>
                <w:color w:val="222A36"/>
                <w:sz w:val="22"/>
              </w:rPr>
              <w:t>你們要將一切的憂慮卸給 神，因為他顧念你們。</w:t>
            </w:r>
          </w:p>
          <w:p>
            <w:r>
              <w:rPr>
                <w:rFonts w:ascii="Microsoft JhengHei" w:hAnsi="Microsoft JhengHei" w:eastAsia="Microsoft JhengHei"/>
                <w:b w:val="0"/>
                <w:i w:val="0"/>
                <w:color w:val="222A36"/>
                <w:sz w:val="22"/>
              </w:rPr>
              <w:t>1 Peter 5:7 (WEB): casting all your worries on him, because he cares for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34:8（和合本 (CUV, public domain)）</w:t>
            </w:r>
          </w:p>
          <w:p>
            <w:r>
              <w:rPr>
                <w:rFonts w:ascii="Microsoft JhengHei" w:hAnsi="Microsoft JhengHei" w:eastAsia="Microsoft JhengHei"/>
                <w:b w:val="0"/>
                <w:i w:val="0"/>
                <w:color w:val="222A36"/>
                <w:sz w:val="22"/>
              </w:rPr>
              <w:t>你們要嘗嘗主恩的滋味，便知道他是美善；投靠他的人有福了！</w:t>
            </w:r>
          </w:p>
          <w:p>
            <w:r>
              <w:rPr>
                <w:rFonts w:ascii="Microsoft JhengHei" w:hAnsi="Microsoft JhengHei" w:eastAsia="Microsoft JhengHei"/>
                <w:b w:val="0"/>
                <w:i w:val="0"/>
                <w:color w:val="222A36"/>
                <w:sz w:val="22"/>
              </w:rPr>
              <w:t>Psalms 34:8 (WEB): Oh taste and see that Yahweh is good. Blessed is the man who takes refuge in him.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雅各書 4:8（和合本 (CUV, public domain)）</w:t>
            </w:r>
          </w:p>
          <w:p>
            <w:r>
              <w:rPr>
                <w:rFonts w:ascii="Microsoft JhengHei" w:hAnsi="Microsoft JhengHei" w:eastAsia="Microsoft JhengHei"/>
                <w:b w:val="0"/>
                <w:i w:val="0"/>
                <w:color w:val="222A36"/>
                <w:sz w:val="22"/>
              </w:rPr>
              <w:t>你們親近 神， 神就必親近你們。有罪的人哪，要潔淨你們的手！心懷二意的人哪，要清潔你們的心！</w:t>
            </w:r>
          </w:p>
          <w:p>
            <w:r>
              <w:rPr>
                <w:rFonts w:ascii="Microsoft JhengHei" w:hAnsi="Microsoft JhengHei" w:eastAsia="Microsoft JhengHei"/>
                <w:b w:val="0"/>
                <w:i w:val="0"/>
                <w:color w:val="222A36"/>
                <w:sz w:val="22"/>
              </w:rPr>
              <w:t>James 4:8 (WEB): Draw near to God, and he will draw near to you. Cleanse your hands, you sinners; and purify your hearts, you double-minded.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15:13-14（和合本 (CUV, public domain)）</w:t>
            </w:r>
          </w:p>
          <w:p>
            <w:r>
              <w:rPr>
                <w:rFonts w:ascii="Microsoft JhengHei" w:hAnsi="Microsoft JhengHei" w:eastAsia="Microsoft JhengHei"/>
                <w:b w:val="0"/>
                <w:i w:val="0"/>
                <w:color w:val="222A36"/>
                <w:sz w:val="22"/>
              </w:rPr>
              <w:t>13人為朋友捨命，人的愛心沒有比這個大的。 14你們若遵行我所吩咐的，就是我的朋友了。</w:t>
            </w:r>
          </w:p>
          <w:p>
            <w:r>
              <w:rPr>
                <w:rFonts w:ascii="Microsoft JhengHei" w:hAnsi="Microsoft JhengHei" w:eastAsia="Microsoft JhengHei"/>
                <w:b w:val="0"/>
                <w:i w:val="0"/>
                <w:color w:val="222A36"/>
                <w:sz w:val="22"/>
              </w:rPr>
              <w:t>John 15:13-14 (WEB): 13 Greater love has no one than this, that someone lay down his life for his friends. 14 You are my friends, if you do whatever I command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19:3-8（和合本 (CUV, public domain)）</w:t>
            </w:r>
          </w:p>
          <w:p>
            <w:r>
              <w:rPr>
                <w:rFonts w:ascii="Microsoft JhengHei" w:hAnsi="Microsoft JhengHei" w:eastAsia="Microsoft JhengHei"/>
                <w:b w:val="0"/>
                <w:i w:val="0"/>
                <w:color w:val="222A36"/>
                <w:sz w:val="22"/>
              </w:rPr>
              <w:t>3以利亞見這光景就起來逃命，到了猶大的別是巴，將僕人留在那裡， 4自己在曠野走了一日的路程，來到一棵羅騰樹下（小樹名，松類；下同），就坐在那裡求死，說：「耶和華啊，罷了！求你取我的性命，因為我不勝於我的列祖。」 5他就躺在羅騰樹下，睡著了。有一個天使拍他，說：「起來吃吧！」 6他觀看，見頭旁有一瓶水與炭火燒的餅，他就吃了喝了，仍然躺下。 7耶和華的使者第二次來拍他，說：「起來吃吧！因為你當走的路甚遠。」 8他就起來吃了喝了，仗著這飲食的力，走了四十晝夜，到了 神的山，就是何烈山。</w:t>
            </w:r>
          </w:p>
          <w:p>
            <w:r>
              <w:rPr>
                <w:rFonts w:ascii="Microsoft JhengHei" w:hAnsi="Microsoft JhengHei" w:eastAsia="Microsoft JhengHei"/>
                <w:b w:val="0"/>
                <w:i w:val="0"/>
                <w:color w:val="222A36"/>
                <w:sz w:val="22"/>
              </w:rPr>
              <w:t>1 Kings 19:3-8 (WEB): 3 When he saw that, he arose, and went for his life, and came to Beersheba, which belongs to Judah, and left his servant there. 4 But he himself went a day's journey into the wilderness, and came and sat down under a juniper tree: and he requested for himself that he might die, and said, It is enough; now, O Yahweh, take away my life; for I am not better than my fathers. 5 He lay down and slept under a juniper tree; and behold, an angel touched him, and said to him, Arise and eat. 6 He looked, and behold, there was at his head a cake baked on the coals, and a jar of water. He ate and drink, and laid him down again. 7 The angel of Yahweh came again the second time, and touched him, and said, Arise and eat, because the journey is too great for you. 8 He arose, and ate and drink, and went in the strength of that food forty days and forty nights to Horeb the Mount of God.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19:5-7（和合本 (CUV, public domain)）</w:t>
            </w:r>
          </w:p>
          <w:p>
            <w:r>
              <w:rPr>
                <w:rFonts w:ascii="Microsoft JhengHei" w:hAnsi="Microsoft JhengHei" w:eastAsia="Microsoft JhengHei"/>
                <w:b w:val="0"/>
                <w:i w:val="0"/>
                <w:color w:val="222A36"/>
                <w:sz w:val="22"/>
              </w:rPr>
              <w:t>5他就躺在羅騰樹下，睡著了。有一個天使拍他，說：「起來吃吧！」 6他觀看，見頭旁有一瓶水與炭火燒的餅，他就吃了喝了，仍然躺下。 7耶和華的使者第二次來拍他，說：「起來吃吧！因為你當走的路甚遠。」</w:t>
            </w:r>
          </w:p>
          <w:p>
            <w:r>
              <w:rPr>
                <w:rFonts w:ascii="Microsoft JhengHei" w:hAnsi="Microsoft JhengHei" w:eastAsia="Microsoft JhengHei"/>
                <w:b w:val="0"/>
                <w:i w:val="0"/>
                <w:color w:val="222A36"/>
                <w:sz w:val="22"/>
              </w:rPr>
              <w:t>1 Kings 19:5-7 (WEB): 5 He lay down and slept under a juniper tree; and behold, an angel touched him, and said to him, Arise and eat. 6 He looked, and behold, there was at his head a cake baked on the coals, and a jar of water. He ate and drink, and laid him down again. 7 The angel of Yahweh came again the second time, and touched him, and said, Arise and eat, because the journey is too great for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19:8（和合本 (CUV, public domain)）</w:t>
            </w:r>
          </w:p>
          <w:p>
            <w:r>
              <w:rPr>
                <w:rFonts w:ascii="Microsoft JhengHei" w:hAnsi="Microsoft JhengHei" w:eastAsia="Microsoft JhengHei"/>
                <w:b w:val="0"/>
                <w:i w:val="0"/>
                <w:color w:val="222A36"/>
                <w:sz w:val="22"/>
              </w:rPr>
              <w:t>他就起來吃了喝了，仗著這飲食的力，走了四十晝夜，到了 神的山，就是何烈山。</w:t>
            </w:r>
          </w:p>
          <w:p>
            <w:r>
              <w:rPr>
                <w:rFonts w:ascii="Microsoft JhengHei" w:hAnsi="Microsoft JhengHei" w:eastAsia="Microsoft JhengHei"/>
                <w:b w:val="0"/>
                <w:i w:val="0"/>
                <w:color w:val="222A36"/>
                <w:sz w:val="22"/>
              </w:rPr>
              <w:t>1 Kings 19:8 (WEB): He arose, and ate and drink, and went in the strength of that food forty days and forty nights to Horeb the Mount of God.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11:28（和合本 (CUV, public domain)）</w:t>
            </w:r>
          </w:p>
          <w:p>
            <w:r>
              <w:rPr>
                <w:rFonts w:ascii="Microsoft JhengHei" w:hAnsi="Microsoft JhengHei" w:eastAsia="Microsoft JhengHei"/>
                <w:b w:val="0"/>
                <w:i w:val="0"/>
                <w:color w:val="222A36"/>
                <w:sz w:val="22"/>
              </w:rPr>
              <w:t>凡勞苦擔重擔的人可以到我這裡來，我就使你們得安息。</w:t>
            </w:r>
          </w:p>
          <w:p>
            <w:r>
              <w:rPr>
                <w:rFonts w:ascii="Microsoft JhengHei" w:hAnsi="Microsoft JhengHei" w:eastAsia="Microsoft JhengHei"/>
                <w:b w:val="0"/>
                <w:i w:val="0"/>
                <w:color w:val="222A36"/>
                <w:sz w:val="22"/>
              </w:rPr>
              <w:t>Matthew 11:28 (WEB): "Come to me, all you who labor and are heavily burdened, and I will give you rest.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以賽亞書 40:31（和合本 (CUV, public domain)）</w:t>
            </w:r>
          </w:p>
          <w:p>
            <w:r>
              <w:rPr>
                <w:rFonts w:ascii="Microsoft JhengHei" w:hAnsi="Microsoft JhengHei" w:eastAsia="Microsoft JhengHei"/>
                <w:b w:val="0"/>
                <w:i w:val="0"/>
                <w:color w:val="222A36"/>
                <w:sz w:val="22"/>
              </w:rPr>
              <w:t>但那等候耶和華的必重新得力。他們必如鷹展翅上騰；他們奔跑卻不困倦，行走卻不疲乏。</w:t>
            </w:r>
          </w:p>
          <w:p>
            <w:r>
              <w:rPr>
                <w:rFonts w:ascii="Microsoft JhengHei" w:hAnsi="Microsoft JhengHei" w:eastAsia="Microsoft JhengHei"/>
                <w:b w:val="0"/>
                <w:i w:val="0"/>
                <w:color w:val="222A36"/>
                <w:sz w:val="22"/>
              </w:rPr>
              <w:t>Isaiah 40:31 (WEB): But those who wait for Yahweh will renew their strength. They will mount up with wings like eagles. They will run, and not be weary. They will walk, and not faint.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61:2（和合本 (CUV, public domain)）</w:t>
            </w:r>
          </w:p>
          <w:p>
            <w:r>
              <w:rPr>
                <w:rFonts w:ascii="Microsoft JhengHei" w:hAnsi="Microsoft JhengHei" w:eastAsia="Microsoft JhengHei"/>
                <w:b w:val="0"/>
                <w:i w:val="0"/>
                <w:color w:val="222A36"/>
                <w:sz w:val="22"/>
              </w:rPr>
              <w:t>我心裡發昏的時候，我要從地極求告你。求你領我到那比我更高的磐石！</w:t>
            </w:r>
          </w:p>
          <w:p>
            <w:r>
              <w:rPr>
                <w:rFonts w:ascii="Microsoft JhengHei" w:hAnsi="Microsoft JhengHei" w:eastAsia="Microsoft JhengHei"/>
                <w:b w:val="0"/>
                <w:i w:val="0"/>
                <w:color w:val="222A36"/>
                <w:sz w:val="22"/>
              </w:rPr>
              <w:t>Psalms 61:2 (WEB): From the end of the earth, I will call to you, when my heart is overwhelmed. Lead me to the rock that is higher than I.</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以弗所書 2:8-9（和合本 (CUV, public domain)）</w:t>
            </w:r>
          </w:p>
          <w:p>
            <w:r>
              <w:rPr>
                <w:rFonts w:ascii="Microsoft JhengHei" w:hAnsi="Microsoft JhengHei" w:eastAsia="Microsoft JhengHei"/>
                <w:b w:val="0"/>
                <w:i w:val="0"/>
                <w:color w:val="222A36"/>
                <w:sz w:val="22"/>
              </w:rPr>
              <w:t>8你們得救是本乎恩，也因著信；這並不是出於自己，乃是 神所賜的； 9也不是出於行為，免得有人自誇。</w:t>
            </w:r>
          </w:p>
          <w:p>
            <w:r>
              <w:rPr>
                <w:rFonts w:ascii="Microsoft JhengHei" w:hAnsi="Microsoft JhengHei" w:eastAsia="Microsoft JhengHei"/>
                <w:b w:val="0"/>
                <w:i w:val="0"/>
                <w:color w:val="222A36"/>
                <w:sz w:val="22"/>
              </w:rPr>
              <w:t>Ephesians 2:8-9 (WEB): 8 for by grace you have been saved through faith, and that not of yourselves; it is the gift of God, 9 not of works, that no one would boast.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哥林多前書 15:3-4（和合本 (CUV, public domain)）</w:t>
            </w:r>
          </w:p>
          <w:p>
            <w:r>
              <w:rPr>
                <w:rFonts w:ascii="Microsoft JhengHei" w:hAnsi="Microsoft JhengHei" w:eastAsia="Microsoft JhengHei"/>
                <w:b w:val="0"/>
                <w:i w:val="0"/>
                <w:color w:val="222A36"/>
                <w:sz w:val="22"/>
              </w:rPr>
              <w:t>3我當日所領受又傳給你們的：第一，就是基督照聖經所說，為我們的罪死了， 4而且埋葬了；又照聖經所說，第三天復活了，</w:t>
            </w:r>
          </w:p>
          <w:p>
            <w:r>
              <w:rPr>
                <w:rFonts w:ascii="Microsoft JhengHei" w:hAnsi="Microsoft JhengHei" w:eastAsia="Microsoft JhengHei"/>
                <w:b w:val="0"/>
                <w:i w:val="0"/>
                <w:color w:val="222A36"/>
                <w:sz w:val="22"/>
              </w:rPr>
              <w:t>1 Corinthians 15:3-4 (WEB): 3 For I delivered to you first of all that which I also received: that Christ died for our sins according to the Scriptures, 4 that he was buried, that he was raised on the third day according to the Scriptures,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希伯來書 4:15（和合本 (CUV, public domain)）</w:t>
            </w:r>
          </w:p>
          <w:p>
            <w:r>
              <w:rPr>
                <w:rFonts w:ascii="Microsoft JhengHei" w:hAnsi="Microsoft JhengHei" w:eastAsia="Microsoft JhengHei"/>
                <w:b w:val="0"/>
                <w:i w:val="0"/>
                <w:color w:val="222A36"/>
                <w:sz w:val="22"/>
              </w:rPr>
              <w:t>因我們的大祭司並非不能體恤我們的軟弱。他也曾凡事受過試探，與我們一樣，只是他沒有犯罪。</w:t>
            </w:r>
          </w:p>
          <w:p>
            <w:r>
              <w:rPr>
                <w:rFonts w:ascii="Microsoft JhengHei" w:hAnsi="Microsoft JhengHei" w:eastAsia="Microsoft JhengHei"/>
                <w:b w:val="0"/>
                <w:i w:val="0"/>
                <w:color w:val="222A36"/>
                <w:sz w:val="22"/>
              </w:rPr>
              <w:t>Hebrews 4:15 (WEB): For we don't have a high priest who can't be touched with the feeling of our infirmities, but one who has been in all points tempted like we are, yet without sin.</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19:4（和合本 (CUV, public domain)）</w:t>
            </w:r>
          </w:p>
          <w:p>
            <w:r>
              <w:rPr>
                <w:rFonts w:ascii="Microsoft JhengHei" w:hAnsi="Microsoft JhengHei" w:eastAsia="Microsoft JhengHei"/>
                <w:b w:val="0"/>
                <w:i w:val="0"/>
                <w:color w:val="222A36"/>
                <w:sz w:val="22"/>
              </w:rPr>
              <w:t>自己在曠野走了一日的路程，來到一棵羅騰樹下（小樹名，松類；下同），就坐在那裡求死，說：「耶和華啊，罷了！求你取我的性命，因為我不勝於我的列祖。」</w:t>
            </w:r>
          </w:p>
          <w:p>
            <w:r>
              <w:rPr>
                <w:rFonts w:ascii="Microsoft JhengHei" w:hAnsi="Microsoft JhengHei" w:eastAsia="Microsoft JhengHei"/>
                <w:b w:val="0"/>
                <w:i w:val="0"/>
                <w:color w:val="222A36"/>
                <w:sz w:val="22"/>
              </w:rPr>
              <w:t>1 Kings 19:4 (WEB): But he himself went a day's journey into the wilderness, and came and sat down under a juniper tree: and he requested for himself that he might die, and said, It is enough; now, O Yahweh, take away my life; for I am not better than my fathers.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19:7（和合本 (CUV, public domain)）</w:t>
            </w:r>
          </w:p>
          <w:p>
            <w:r>
              <w:rPr>
                <w:rFonts w:ascii="Microsoft JhengHei" w:hAnsi="Microsoft JhengHei" w:eastAsia="Microsoft JhengHei"/>
                <w:b w:val="0"/>
                <w:i w:val="0"/>
                <w:color w:val="222A36"/>
                <w:sz w:val="22"/>
              </w:rPr>
              <w:t>耶和華的使者第二次來拍他，說：「起來吃吧！因為你當走的路甚遠。」</w:t>
            </w:r>
          </w:p>
          <w:p>
            <w:r>
              <w:rPr>
                <w:rFonts w:ascii="Microsoft JhengHei" w:hAnsi="Microsoft JhengHei" w:eastAsia="Microsoft JhengHei"/>
                <w:b w:val="0"/>
                <w:i w:val="0"/>
                <w:color w:val="222A36"/>
                <w:sz w:val="22"/>
              </w:rPr>
              <w:t>1 Kings 19:7 (WEB): The angel of Yahweh came again the second time, and touched him, and said, Arise and eat, because the journey is too great for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馬可福音 9:24（和合本 (CUV, public domain)）</w:t>
            </w:r>
          </w:p>
          <w:p>
            <w:r>
              <w:rPr>
                <w:rFonts w:ascii="Microsoft JhengHei" w:hAnsi="Microsoft JhengHei" w:eastAsia="Microsoft JhengHei"/>
                <w:b w:val="0"/>
                <w:i w:val="0"/>
                <w:color w:val="222A36"/>
                <w:sz w:val="22"/>
              </w:rPr>
              <w:t>孩子的父親立時喊著說（有古卷：立時流淚地喊著說）：「我信！但我信不足，求主幫助。」</w:t>
            </w:r>
          </w:p>
          <w:p>
            <w:r>
              <w:rPr>
                <w:rFonts w:ascii="Microsoft JhengHei" w:hAnsi="Microsoft JhengHei" w:eastAsia="Microsoft JhengHei"/>
                <w:b w:val="0"/>
                <w:i w:val="0"/>
                <w:color w:val="222A36"/>
                <w:sz w:val="22"/>
              </w:rPr>
              <w:t>Mark 9:24 (WEB): Immediately the father of the child cried out with tears, "I believe. Help my unbelief!"</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13:1-2（和合本 (CUV, public domain)）</w:t>
            </w:r>
          </w:p>
          <w:p>
            <w:r>
              <w:rPr>
                <w:rFonts w:ascii="Microsoft JhengHei" w:hAnsi="Microsoft JhengHei" w:eastAsia="Microsoft JhengHei"/>
                <w:b w:val="0"/>
                <w:i w:val="0"/>
                <w:color w:val="222A36"/>
                <w:sz w:val="22"/>
              </w:rPr>
              <w:t>1耶和華啊，你忘記我要到幾時呢？要到永遠嗎？你掩面不顧我要到幾時呢？ 2我心裡籌算，終日愁苦，要到幾時呢？我的仇敵升高壓制我，要到幾時呢？</w:t>
            </w:r>
          </w:p>
          <w:p>
            <w:r>
              <w:rPr>
                <w:rFonts w:ascii="Microsoft JhengHei" w:hAnsi="Microsoft JhengHei" w:eastAsia="Microsoft JhengHei"/>
                <w:b w:val="0"/>
                <w:i w:val="0"/>
                <w:color w:val="222A36"/>
                <w:sz w:val="22"/>
              </w:rPr>
              <w:t>Psalms 13:1-2 (WEB): 1 How long, Yahweh? Will you forget me forever? How long will you hide your face from me? 2 How long shall I take counsel in my soul, Having sorrow in my heart every day? How long shall my enemy triumph over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11:35（和合本 (CUV, public domain)）</w:t>
            </w:r>
          </w:p>
          <w:p>
            <w:r>
              <w:rPr>
                <w:rFonts w:ascii="Microsoft JhengHei" w:hAnsi="Microsoft JhengHei" w:eastAsia="Microsoft JhengHei"/>
                <w:b w:val="0"/>
                <w:i w:val="0"/>
                <w:color w:val="222A36"/>
                <w:sz w:val="22"/>
              </w:rPr>
              <w:t>耶穌哭了。</w:t>
            </w:r>
          </w:p>
          <w:p>
            <w:r>
              <w:rPr>
                <w:rFonts w:ascii="Microsoft JhengHei" w:hAnsi="Microsoft JhengHei" w:eastAsia="Microsoft JhengHei"/>
                <w:b w:val="0"/>
                <w:i w:val="0"/>
                <w:color w:val="222A36"/>
                <w:sz w:val="22"/>
              </w:rPr>
              <w:t>John 11:35 (WEB): Jesus wept.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46:10（和合本 (CUV, public domain)）</w:t>
            </w:r>
          </w:p>
          <w:p>
            <w:r>
              <w:rPr>
                <w:rFonts w:ascii="Microsoft JhengHei" w:hAnsi="Microsoft JhengHei" w:eastAsia="Microsoft JhengHei"/>
                <w:b w:val="0"/>
                <w:i w:val="0"/>
                <w:color w:val="222A36"/>
                <w:sz w:val="22"/>
              </w:rPr>
              <w:t>你們要休息，要知道我是 神！我必在外邦中被尊崇，在遍地上也被尊崇。</w:t>
            </w:r>
          </w:p>
          <w:p>
            <w:r>
              <w:rPr>
                <w:rFonts w:ascii="Microsoft JhengHei" w:hAnsi="Microsoft JhengHei" w:eastAsia="Microsoft JhengHei"/>
                <w:b w:val="0"/>
                <w:i w:val="0"/>
                <w:color w:val="222A36"/>
                <w:sz w:val="22"/>
              </w:rPr>
              <w:t>Psalms 46:10 (WEB): "Be still, and know that I am God. I will be exalted among the nations. I will be exalted in the earth."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18:38-39（和合本 (CUV, public domain)）</w:t>
            </w:r>
          </w:p>
          <w:p>
            <w:r>
              <w:rPr>
                <w:rFonts w:ascii="Microsoft JhengHei" w:hAnsi="Microsoft JhengHei" w:eastAsia="Microsoft JhengHei"/>
                <w:b w:val="0"/>
                <w:i w:val="0"/>
                <w:color w:val="222A36"/>
                <w:sz w:val="22"/>
              </w:rPr>
              <w:t>38於是，耶和華降下火來，燒盡燔祭、木柴、石頭、塵土，又燒乾溝裡的水。 39眾民看見了，就俯伏在地，說：「耶和華是 神！耶和華是 神！」</w:t>
            </w:r>
          </w:p>
          <w:p>
            <w:r>
              <w:rPr>
                <w:rFonts w:ascii="Microsoft JhengHei" w:hAnsi="Microsoft JhengHei" w:eastAsia="Microsoft JhengHei"/>
                <w:b w:val="0"/>
                <w:i w:val="0"/>
                <w:color w:val="222A36"/>
                <w:sz w:val="22"/>
              </w:rPr>
              <w:t>1 Kings 18:38-39 (WEB): 38 Then the fire of Yahweh fell, and consumed the burnt offering, and the wood, and the stones, and the dust, and licked up the water that was in the trench. 39 When all the people saw it, they fell on their faces: and they said, Yahweh, he is God; Yahweh, he is God.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19:11-13（和合本 (CUV, public domain)）</w:t>
            </w:r>
          </w:p>
          <w:p>
            <w:r>
              <w:rPr>
                <w:rFonts w:ascii="Microsoft JhengHei" w:hAnsi="Microsoft JhengHei" w:eastAsia="Microsoft JhengHei"/>
                <w:b w:val="0"/>
                <w:i w:val="0"/>
                <w:color w:val="222A36"/>
                <w:sz w:val="22"/>
              </w:rPr>
              <w:t>11耶和華說：「你出來站在山上，在我面前。」那時耶和華從那裡經過，在他面前有烈風大作，崩山碎石，耶和華卻不在風中；風後地震，耶和華卻不在其中； 12地震後有火，耶和華也不在火中；火後有微小的聲音。 13以利亞聽見，就用外衣蒙上臉，出來站在洞口。有聲音向他說：「以利亞啊，你在這裡做甚麼？」</w:t>
            </w:r>
          </w:p>
          <w:p>
            <w:r>
              <w:rPr>
                <w:rFonts w:ascii="Microsoft JhengHei" w:hAnsi="Microsoft JhengHei" w:eastAsia="Microsoft JhengHei"/>
                <w:b w:val="0"/>
                <w:i w:val="0"/>
                <w:color w:val="222A36"/>
                <w:sz w:val="22"/>
              </w:rPr>
              <w:t>1 Kings 19:11-13 (WEB): 11 He said, Go forth, and stand on the mountain before Yahweh. Behold, Yahweh passed by, and a great and strong wind tore the mountains, and broke in pieces the rocks before Yahweh; but Yahweh was not in the wind: and after the wind an earthquake; but Yahweh was not in the earthquake: 12 and after the earthquake a fire; but Yahweh was not in the fire: and after the fire a still small voice. 13 It was so, when Elijah heard it, that he wrapped his face in his mantle, and went out, and stood in the entrance of the cave. Behold, there came a voice to him, and said,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19:15-18（和合本 (CUV, public domain)）</w:t>
            </w:r>
          </w:p>
          <w:p>
            <w:r>
              <w:rPr>
                <w:rFonts w:ascii="Microsoft JhengHei" w:hAnsi="Microsoft JhengHei" w:eastAsia="Microsoft JhengHei"/>
                <w:b w:val="0"/>
                <w:i w:val="0"/>
                <w:color w:val="222A36"/>
                <w:sz w:val="22"/>
              </w:rPr>
              <w:t>15耶和華對他說：「你回去，從曠野往大馬士革去。到了那裡，就要膏哈薛作亞蘭王， 16又膏寧示的孫子耶戶作以色列王，並膏亞伯‧米何拉人沙法的兒子以利沙作先知接續你。 17將來躲避哈薛之刀的，必被耶戶所殺；躲避耶戶之刀的，必被以利沙所殺。 18但我在以色列人中為自己留下七千人，是未曾向巴力屈膝的，未曾與巴力親嘴的。」</w:t>
            </w:r>
          </w:p>
          <w:p>
            <w:r>
              <w:rPr>
                <w:rFonts w:ascii="Microsoft JhengHei" w:hAnsi="Microsoft JhengHei" w:eastAsia="Microsoft JhengHei"/>
                <w:b w:val="0"/>
                <w:i w:val="0"/>
                <w:color w:val="222A36"/>
                <w:sz w:val="22"/>
              </w:rPr>
              <w:t>1 Kings 19:15-18 (WEB): 15 Yahweh said to him, Go, return on your way to the wilderness of Damascus: and when you come, you shall anoint Hazael to be king over Syria; 16 and Jehu the son of Nimshi shall you anoint to be king over Israel; and Elisha the son of Shaphat of Abel Meholah shall you anoint to be prophet in your room. 17 It shall happen, that he who escapes from the sword of Hazael shall Jehu kill; and he who escapes from the sword of Jehu shall Elisha kill. 18 Yet will I leave me seven thousand in Israel, all the knees which have not bowed to Baal, and every mouth which has not kissed him.</w:t>
            </w:r>
          </w:p>
        </w:tc>
      </w:tr>
    </w:tbl>
    <w:p/>
    <w:p>
      <w:pPr>
        <w:spacing w:after="80"/>
      </w:pPr>
      <w:r>
        <w:rPr>
          <w:rFonts w:ascii="Microsoft JhengHei" w:hAnsi="Microsoft JhengHei" w:eastAsia="Microsoft JhengHei"/>
          <w:b w:val="0"/>
          <w:i w:val="0"/>
          <w:color w:val="6B7280"/>
          <w:sz w:val="18"/>
        </w:rPr>
        <w:t>和合本及 World English Bible 屬公有領域；思高譯本版權屬思高聖經學會，此處只作課堂教學的簡短引用。</w:t>
      </w:r>
    </w:p>
    <w:p>
      <w:pPr>
        <w:spacing w:after="120" w:before="240"/>
      </w:pPr>
      <w:r>
        <w:rPr>
          <w:rFonts w:ascii="Microsoft JhengHei" w:hAnsi="Microsoft JhengHei" w:eastAsia="Microsoft JhengHei"/>
          <w:b/>
          <w:i w:val="0"/>
          <w:color w:val="A86B1F"/>
          <w:sz w:val="32"/>
        </w:rPr>
        <w:t>附錄 B　見證（核實見證庫）</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fill="EFE7D6"/>
          </w:tcPr>
          <w:p>
            <w:r/>
            <w:r>
              <w:rPr>
                <w:rFonts w:ascii="Microsoft JhengHei" w:hAnsi="Microsoft JhengHei" w:eastAsia="Microsoft JhengHei"/>
                <w:b/>
                <w:i w:val="0"/>
                <w:color w:val="222A36"/>
                <w:sz w:val="20"/>
              </w:rPr>
              <w:t>見證</w:t>
            </w:r>
          </w:p>
        </w:tc>
        <w:tc>
          <w:tcPr>
            <w:tcW w:type="dxa" w:w="2493"/>
            <w:shd w:val="clear" w:fill="EFE7D6"/>
          </w:tcPr>
          <w:p>
            <w:r/>
            <w:r>
              <w:rPr>
                <w:rFonts w:ascii="Microsoft JhengHei" w:hAnsi="Microsoft JhengHei" w:eastAsia="Microsoft JhengHei"/>
                <w:b/>
                <w:i w:val="0"/>
                <w:color w:val="222A36"/>
                <w:sz w:val="20"/>
              </w:rPr>
              <w:t>來源</w:t>
            </w:r>
          </w:p>
        </w:tc>
        <w:tc>
          <w:tcPr>
            <w:tcW w:type="dxa" w:w="2493"/>
            <w:shd w:val="clear" w:fill="EFE7D6"/>
          </w:tcPr>
          <w:p>
            <w:r/>
            <w:r>
              <w:rPr>
                <w:rFonts w:ascii="Microsoft JhengHei" w:hAnsi="Microsoft JhengHei" w:eastAsia="Microsoft JhengHei"/>
                <w:b/>
                <w:i w:val="0"/>
                <w:color w:val="222A36"/>
                <w:sz w:val="20"/>
              </w:rPr>
              <w:t>連結</w:t>
            </w:r>
          </w:p>
        </w:tc>
        <w:tc>
          <w:tcPr>
            <w:tcW w:type="dxa" w:w="2493"/>
            <w:shd w:val="clear" w:fill="EFE7D6"/>
          </w:tcPr>
          <w:p>
            <w:r/>
            <w:r>
              <w:rPr>
                <w:rFonts w:ascii="Microsoft JhengHei" w:hAnsi="Microsoft JhengHei" w:eastAsia="Microsoft JhengHei"/>
                <w:b/>
                <w:i w:val="0"/>
                <w:color w:val="222A36"/>
                <w:sz w:val="20"/>
              </w:rPr>
              <w:t>提示</w:t>
            </w:r>
          </w:p>
        </w:tc>
      </w:tr>
      <w:tr>
        <w:tc>
          <w:tcPr>
            <w:tcW w:type="dxa" w:w="2493"/>
          </w:tcPr>
          <w:p>
            <w:r/>
            <w:r>
              <w:rPr>
                <w:rFonts w:ascii="Microsoft JhengHei" w:hAnsi="Microsoft JhengHei" w:eastAsia="Microsoft JhengHei"/>
                <w:b w:val="0"/>
                <w:i w:val="0"/>
                <w:color w:val="222A36"/>
                <w:sz w:val="20"/>
              </w:rPr>
              <w:t>宋祖駿《擺脫心牢籠》</w:t>
            </w:r>
          </w:p>
        </w:tc>
        <w:tc>
          <w:tcPr>
            <w:tcW w:type="dxa" w:w="2493"/>
          </w:tcPr>
          <w:p>
            <w:r/>
            <w:r>
              <w:rPr>
                <w:rFonts w:ascii="Microsoft JhengHei" w:hAnsi="Microsoft JhengHei" w:eastAsia="Microsoft JhengHei"/>
                <w:b w:val="0"/>
                <w:i w:val="0"/>
                <w:color w:val="222A36"/>
                <w:sz w:val="20"/>
              </w:rPr>
              <w:t>GoodTV 真情部落格</w:t>
            </w:r>
          </w:p>
        </w:tc>
        <w:tc>
          <w:tcPr>
            <w:tcW w:type="dxa" w:w="2493"/>
          </w:tcPr>
          <w:p>
            <w:r/>
            <w:r>
              <w:rPr>
                <w:rFonts w:ascii="Microsoft JhengHei" w:hAnsi="Microsoft JhengHei" w:eastAsia="Microsoft JhengHei"/>
                <w:b w:val="0"/>
                <w:i w:val="0"/>
                <w:color w:val="222A36"/>
                <w:sz w:val="20"/>
              </w:rPr>
              <w:t>https://www.youtube.com/watch?v=VcXz3CPKvbA</w:t>
            </w:r>
          </w:p>
        </w:tc>
        <w:tc>
          <w:tcPr>
            <w:tcW w:type="dxa" w:w="2493"/>
          </w:tcPr>
          <w:p>
            <w:r/>
            <w:r>
              <w:rPr>
                <w:rFonts w:ascii="Microsoft JhengHei" w:hAnsi="Microsoft JhengHei" w:eastAsia="Microsoft JhengHei"/>
                <w:b w:val="0"/>
                <w:i w:val="0"/>
                <w:color w:val="222A36"/>
                <w:sz w:val="20"/>
              </w:rPr>
            </w:r>
          </w:p>
        </w:tc>
      </w:tr>
    </w:tbl>
    <w:p/>
    <w:p>
      <w:pPr>
        <w:spacing w:after="80"/>
      </w:pPr>
      <w:r>
        <w:rPr>
          <w:rFonts w:ascii="Microsoft JhengHei" w:hAnsi="Microsoft JhengHei" w:eastAsia="Microsoft JhengHei"/>
          <w:b w:val="0"/>
          <w:i w:val="0"/>
          <w:color w:val="6B7280"/>
          <w:sz w:val="18"/>
        </w:rPr>
        <w:t>使用前請再次打開連結，確認影片仍然可以播放。</w:t>
      </w:r>
    </w:p>
    <w:p>
      <w:pPr>
        <w:spacing w:after="120" w:before="240"/>
      </w:pPr>
      <w:r>
        <w:rPr>
          <w:rFonts w:ascii="Microsoft JhengHei" w:hAnsi="Microsoft JhengHei" w:eastAsia="Microsoft JhengHei"/>
          <w:b/>
          <w:i w:val="0"/>
          <w:color w:val="A86B1F"/>
          <w:sz w:val="32"/>
        </w:rPr>
        <w:t>附錄 C　給 Reclaim2K 團隊的開發建議</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fill="EFE7D6"/>
          </w:tcPr>
          <w:p>
            <w:r/>
            <w:r>
              <w:rPr>
                <w:rFonts w:ascii="Microsoft JhengHei" w:hAnsi="Microsoft JhengHei" w:eastAsia="Microsoft JhengHei"/>
                <w:b/>
                <w:i w:val="0"/>
                <w:color w:val="222A36"/>
                <w:sz w:val="20"/>
              </w:rPr>
              <w:t>建議</w:t>
            </w:r>
          </w:p>
        </w:tc>
        <w:tc>
          <w:tcPr>
            <w:tcW w:type="dxa" w:w="1662"/>
            <w:shd w:val="clear" w:fill="EFE7D6"/>
          </w:tcPr>
          <w:p>
            <w:r/>
            <w:r>
              <w:rPr>
                <w:rFonts w:ascii="Microsoft JhengHei" w:hAnsi="Microsoft JhengHei" w:eastAsia="Microsoft JhengHei"/>
                <w:b/>
                <w:i w:val="0"/>
                <w:color w:val="222A36"/>
                <w:sz w:val="20"/>
              </w:rPr>
              <w:t>對象</w:t>
            </w:r>
          </w:p>
        </w:tc>
        <w:tc>
          <w:tcPr>
            <w:tcW w:type="dxa" w:w="1662"/>
            <w:shd w:val="clear" w:fill="EFE7D6"/>
          </w:tcPr>
          <w:p>
            <w:r/>
            <w:r>
              <w:rPr>
                <w:rFonts w:ascii="Microsoft JhengHei" w:hAnsi="Microsoft JhengHei" w:eastAsia="Microsoft JhengHei"/>
                <w:b/>
                <w:i w:val="0"/>
                <w:color w:val="222A36"/>
                <w:sz w:val="20"/>
              </w:rPr>
              <w:t>內容</w:t>
            </w:r>
          </w:p>
        </w:tc>
        <w:tc>
          <w:tcPr>
            <w:tcW w:type="dxa" w:w="1662"/>
            <w:shd w:val="clear" w:fill="EFE7D6"/>
          </w:tcPr>
          <w:p>
            <w:r/>
            <w:r>
              <w:rPr>
                <w:rFonts w:ascii="Microsoft JhengHei" w:hAnsi="Microsoft JhengHei" w:eastAsia="Microsoft JhengHei"/>
                <w:b/>
                <w:i w:val="0"/>
                <w:color w:val="222A36"/>
                <w:sz w:val="20"/>
              </w:rPr>
              <w:t>如何幫助學生遇見復活主</w:t>
            </w:r>
          </w:p>
        </w:tc>
        <w:tc>
          <w:tcPr>
            <w:tcW w:type="dxa" w:w="1662"/>
            <w:shd w:val="clear" w:fill="EFE7D6"/>
          </w:tcPr>
          <w:p>
            <w:r/>
            <w:r>
              <w:rPr>
                <w:rFonts w:ascii="Microsoft JhengHei" w:hAnsi="Microsoft JhengHei" w:eastAsia="Microsoft JhengHei"/>
                <w:b/>
                <w:i w:val="0"/>
                <w:color w:val="222A36"/>
                <w:sz w:val="20"/>
              </w:rPr>
              <w:t>建基於</w:t>
            </w:r>
          </w:p>
        </w:tc>
        <w:tc>
          <w:tcPr>
            <w:tcW w:type="dxa" w:w="1662"/>
            <w:shd w:val="clear" w:fill="EFE7D6"/>
          </w:tcPr>
          <w:p>
            <w:r/>
            <w:r>
              <w:rPr>
                <w:rFonts w:ascii="Microsoft JhengHei" w:hAnsi="Microsoft JhengHei" w:eastAsia="Microsoft JhengHei"/>
                <w:b/>
                <w:i w:val="0"/>
                <w:color w:val="222A36"/>
                <w:sz w:val="20"/>
              </w:rPr>
              <w:t>工作量</w:t>
            </w:r>
          </w:p>
        </w:tc>
      </w:tr>
      <w:tr>
        <w:tc>
          <w:tcPr>
            <w:tcW w:type="dxa" w:w="1662"/>
          </w:tcPr>
          <w:p>
            <w:r/>
            <w:r>
              <w:rPr>
                <w:rFonts w:ascii="Microsoft JhengHei" w:hAnsi="Microsoft JhengHei" w:eastAsia="Microsoft JhengHei"/>
                <w:b w:val="0"/>
                <w:i w:val="0"/>
                <w:color w:val="222A36"/>
                <w:sz w:val="20"/>
              </w:rPr>
              <w:t>「經歷神的愛」加一日：以利亞的羅騰樹</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plan_love_of_god 加入一日：列王紀上 19:5-7 已核實經文、一句「我累了」的禱告及五分鐘安息提示。</w:t>
            </w:r>
          </w:p>
        </w:tc>
        <w:tc>
          <w:tcPr>
            <w:tcW w:type="dxa" w:w="1662"/>
          </w:tcPr>
          <w:p>
            <w:r/>
            <w:r>
              <w:rPr>
                <w:rFonts w:ascii="Microsoft JhengHei" w:hAnsi="Microsoft JhengHei" w:eastAsia="Microsoft JhengHei"/>
                <w:b w:val="0"/>
                <w:i w:val="0"/>
                <w:color w:val="222A36"/>
                <w:sz w:val="20"/>
              </w:rPr>
              <w:t>讓沒有動力的同學在最累的時候經歷神先照顧、後同行。</w:t>
            </w:r>
          </w:p>
        </w:tc>
        <w:tc>
          <w:tcPr>
            <w:tcW w:type="dxa" w:w="1662"/>
          </w:tcPr>
          <w:p>
            <w:r/>
            <w:r>
              <w:rPr>
                <w:rFonts w:ascii="Microsoft JhengHei" w:hAnsi="Microsoft JhengHei" w:eastAsia="Microsoft JhengHei"/>
                <w:b w:val="0"/>
                <w:i w:val="0"/>
                <w:color w:val="222A36"/>
                <w:sz w:val="20"/>
              </w:rPr>
              <w:t>plan_love_of_god</w:t>
            </w:r>
          </w:p>
        </w:tc>
        <w:tc>
          <w:tcPr>
            <w:tcW w:type="dxa" w:w="1662"/>
          </w:tcPr>
          <w:p>
            <w:r/>
            <w:r>
              <w:rPr>
                <w:rFonts w:ascii="Microsoft JhengHei" w:hAnsi="Microsoft JhengHei" w:eastAsia="Microsoft JhengHei"/>
                <w:b w:val="0"/>
                <w:i w:val="0"/>
                <w:color w:val="222A36"/>
                <w:sz w:val="20"/>
              </w:rPr>
              <w:t>小</w:t>
            </w:r>
          </w:p>
        </w:tc>
      </w:tr>
      <w:tr>
        <w:tc>
          <w:tcPr>
            <w:tcW w:type="dxa" w:w="1662"/>
          </w:tcPr>
          <w:p>
            <w:r/>
            <w:r>
              <w:rPr>
                <w:rFonts w:ascii="Microsoft JhengHei" w:hAnsi="Microsoft JhengHei" w:eastAsia="Microsoft JhengHei"/>
                <w:b w:val="0"/>
                <w:i w:val="0"/>
                <w:color w:val="222A36"/>
                <w:sz w:val="20"/>
              </w:rPr>
              <w:t>專注時段「安息模式」</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focus 加入五分鐘「安息模式」：不用溫習，只播一首敬拜歌及顯示一節經文。</w:t>
            </w:r>
          </w:p>
        </w:tc>
        <w:tc>
          <w:tcPr>
            <w:tcW w:type="dxa" w:w="1662"/>
          </w:tcPr>
          <w:p>
            <w:r/>
            <w:r>
              <w:rPr>
                <w:rFonts w:ascii="Microsoft JhengHei" w:hAnsi="Microsoft JhengHei" w:eastAsia="Microsoft JhengHei"/>
                <w:b w:val="0"/>
                <w:i w:val="0"/>
                <w:color w:val="222A36"/>
                <w:sz w:val="20"/>
              </w:rPr>
              <w:t>把課堂的安息操練變成 App 內一按即用的習慣。</w:t>
            </w:r>
          </w:p>
        </w:tc>
        <w:tc>
          <w:tcPr>
            <w:tcW w:type="dxa" w:w="1662"/>
          </w:tcPr>
          <w:p>
            <w:r/>
            <w:r>
              <w:rPr>
                <w:rFonts w:ascii="Microsoft JhengHei" w:hAnsi="Microsoft JhengHei" w:eastAsia="Microsoft JhengHei"/>
                <w:b w:val="0"/>
                <w:i w:val="0"/>
                <w:color w:val="222A36"/>
                <w:sz w:val="20"/>
              </w:rPr>
              <w:t>focus（專注時段及敬拜音樂）</w:t>
            </w:r>
          </w:p>
        </w:tc>
        <w:tc>
          <w:tcPr>
            <w:tcW w:type="dxa" w:w="1662"/>
          </w:tcPr>
          <w:p>
            <w:r/>
            <w:r>
              <w:rPr>
                <w:rFonts w:ascii="Microsoft JhengHei" w:hAnsi="Microsoft JhengHei" w:eastAsia="Microsoft JhengHei"/>
                <w:b w:val="0"/>
                <w:i w:val="0"/>
                <w:color w:val="222A36"/>
                <w:sz w:val="20"/>
              </w:rPr>
              <w:t>小</w:t>
            </w:r>
          </w:p>
        </w:tc>
      </w:tr>
      <w:tr>
        <w:tc>
          <w:tcPr>
            <w:tcW w:type="dxa" w:w="1662"/>
          </w:tcPr>
          <w:p>
            <w:r/>
            <w:r>
              <w:rPr>
                <w:rFonts w:ascii="Microsoft JhengHei" w:hAnsi="Microsoft JhengHei" w:eastAsia="Microsoft JhengHei"/>
                <w:b w:val="0"/>
                <w:i w:val="0"/>
                <w:color w:val="222A36"/>
                <w:sz w:val="20"/>
              </w:rPr>
              <w:t>教師版「今日電量」匿名統計</w:t>
            </w:r>
          </w:p>
        </w:tc>
        <w:tc>
          <w:tcPr>
            <w:tcW w:type="dxa" w:w="1662"/>
          </w:tcPr>
          <w:p>
            <w:r/>
            <w:r>
              <w:rPr>
                <w:rFonts w:ascii="Microsoft JhengHei" w:hAnsi="Microsoft JhengHei" w:eastAsia="Microsoft JhengHei"/>
                <w:b w:val="0"/>
                <w:i w:val="0"/>
                <w:color w:val="222A36"/>
                <w:sz w:val="20"/>
              </w:rPr>
              <w:t>老師</w:t>
            </w:r>
          </w:p>
        </w:tc>
        <w:tc>
          <w:tcPr>
            <w:tcW w:type="dxa" w:w="1662"/>
          </w:tcPr>
          <w:p>
            <w:r/>
            <w:r>
              <w:rPr>
                <w:rFonts w:ascii="Microsoft JhengHei" w:hAnsi="Microsoft JhengHei" w:eastAsia="Microsoft JhengHei"/>
                <w:b w:val="0"/>
                <w:i w:val="0"/>
                <w:color w:val="222A36"/>
                <w:sz w:val="20"/>
              </w:rPr>
              <w:t>在教師版加入匿名「今日電量」表態，只顯示全班分佈，不顯示個人。</w:t>
            </w:r>
          </w:p>
        </w:tc>
        <w:tc>
          <w:tcPr>
            <w:tcW w:type="dxa" w:w="1662"/>
          </w:tcPr>
          <w:p>
            <w:r/>
            <w:r>
              <w:rPr>
                <w:rFonts w:ascii="Microsoft JhengHei" w:hAnsi="Microsoft JhengHei" w:eastAsia="Microsoft JhengHei"/>
                <w:b w:val="0"/>
                <w:i w:val="0"/>
                <w:color w:val="222A36"/>
                <w:sz w:val="20"/>
              </w:rPr>
              <w:t>老師可及早察覺全班的疲乏狀態，以關懷而不是責備回應。</w:t>
            </w:r>
          </w:p>
        </w:tc>
        <w:tc>
          <w:tcPr>
            <w:tcW w:type="dxa" w:w="1662"/>
          </w:tcPr>
          <w:p>
            <w:r/>
            <w:r>
              <w:rPr>
                <w:rFonts w:ascii="Microsoft JhengHei" w:hAnsi="Microsoft JhengHei" w:eastAsia="Microsoft JhengHei"/>
                <w:b w:val="0"/>
                <w:i w:val="0"/>
                <w:color w:val="222A36"/>
                <w:sz w:val="20"/>
              </w:rPr>
              <w:t>home（聖經課互動課連結）</w:t>
            </w:r>
          </w:p>
        </w:tc>
        <w:tc>
          <w:tcPr>
            <w:tcW w:type="dxa" w:w="1662"/>
          </w:tcPr>
          <w:p>
            <w:r/>
            <w:r>
              <w:rPr>
                <w:rFonts w:ascii="Microsoft JhengHei" w:hAnsi="Microsoft JhengHei" w:eastAsia="Microsoft JhengHei"/>
                <w:b w:val="0"/>
                <w:i w:val="0"/>
                <w:color w:val="222A36"/>
                <w:sz w:val="20"/>
              </w:rPr>
              <w:t>中</w:t>
            </w:r>
          </w:p>
        </w:tc>
      </w:tr>
    </w:tbl>
    <w:p/>
    <w:p>
      <w:pPr>
        <w:spacing w:after="80"/>
      </w:pPr>
      <w:r>
        <w:rPr>
          <w:rFonts w:ascii="Microsoft JhengHei" w:hAnsi="Microsoft JhengHei" w:eastAsia="Microsoft JhengHei"/>
          <w:b w:val="0"/>
          <w:i w:val="0"/>
          <w:color w:val="222A36"/>
          <w:sz w:val="20"/>
        </w:rPr>
        <w:t>發現的缺口：App 暫時沒有以「疲乏與安息」為主題的靈修計劃；「如何聆聽神的聲音」較適合系列第二課。</w:t>
      </w:r>
    </w:p>
    <w:p>
      <w:pPr>
        <w:spacing w:after="120" w:before="240"/>
      </w:pPr>
      <w:r>
        <w:rPr>
          <w:rFonts w:ascii="Microsoft JhengHei" w:hAnsi="Microsoft JhengHei" w:eastAsia="Microsoft JhengHei"/>
          <w:b/>
          <w:i w:val="0"/>
          <w:color w:val="A86B1F"/>
          <w:sz w:val="32"/>
        </w:rPr>
        <w:t>附錄 D　L0 主導核心終審</w:t>
      </w:r>
    </w:p>
    <w:tbl>
      <w:tblPr>
        <w:tblStyle w:val="TableGrid"/>
        <w:tblW w:type="auto" w:w="0"/>
        <w:tblLook w:firstColumn="1" w:firstRow="1" w:lastColumn="0" w:lastRow="0" w:noHBand="0" w:noVBand="1" w:val="04A0"/>
      </w:tblPr>
      <w:tblGrid>
        <w:gridCol w:w="4986"/>
        <w:gridCol w:w="4986"/>
      </w:tblGrid>
      <w:tr>
        <w:tc>
          <w:tcPr>
            <w:tcW w:type="dxa" w:w="4535"/>
            <w:shd w:val="clear" w:fill="EFE7D6"/>
          </w:tcPr>
          <w:p>
            <w:r/>
            <w:r>
              <w:rPr>
                <w:rFonts w:ascii="Microsoft JhengHei" w:hAnsi="Microsoft JhengHei" w:eastAsia="Microsoft JhengHei"/>
                <w:b/>
                <w:i w:val="0"/>
                <w:color w:val="222A36"/>
                <w:sz w:val="20"/>
              </w:rPr>
              <w:t>範疇</w:t>
            </w:r>
          </w:p>
        </w:tc>
        <w:tc>
          <w:tcPr>
            <w:tcW w:type="dxa" w:w="2268"/>
            <w:shd w:val="clear" w:fill="EFE7D6"/>
          </w:tcPr>
          <w:p>
            <w:r/>
            <w:r>
              <w:rPr>
                <w:rFonts w:ascii="Microsoft JhengHei" w:hAnsi="Microsoft JhengHei" w:eastAsia="Microsoft JhengHei"/>
                <w:b/>
                <w:i w:val="0"/>
                <w:color w:val="222A36"/>
                <w:sz w:val="20"/>
              </w:rPr>
              <w:t>分數</w:t>
            </w:r>
          </w:p>
        </w:tc>
      </w:tr>
      <w:tr>
        <w:tc>
          <w:tcPr>
            <w:tcW w:type="dxa" w:w="4535"/>
          </w:tcPr>
          <w:p>
            <w:r/>
            <w:r>
              <w:rPr>
                <w:rFonts w:ascii="Microsoft JhengHei" w:hAnsi="Microsoft JhengHei" w:eastAsia="Microsoft JhengHei"/>
                <w:b w:val="0"/>
                <w:i w:val="0"/>
                <w:color w:val="222A36"/>
                <w:sz w:val="20"/>
              </w:rPr>
              <w:t>認識主的愛</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親近主，憑信心回應</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以基督為中心</w:t>
            </w:r>
          </w:p>
        </w:tc>
        <w:tc>
          <w:tcPr>
            <w:tcW w:type="dxa" w:w="2268"/>
          </w:tcPr>
          <w:p>
            <w:r/>
            <w:r>
              <w:rPr>
                <w:rFonts w:ascii="Microsoft JhengHei" w:hAnsi="Microsoft JhengHei" w:eastAsia="Microsoft JhengHei"/>
                <w:b w:val="0"/>
                <w:i w:val="0"/>
                <w:color w:val="222A36"/>
                <w:sz w:val="20"/>
              </w:rPr>
              <w:t>4 / 5</w:t>
            </w:r>
          </w:p>
        </w:tc>
      </w:tr>
      <w:tr>
        <w:tc>
          <w:tcPr>
            <w:tcW w:type="dxa" w:w="4535"/>
          </w:tcPr>
          <w:p>
            <w:r/>
            <w:r>
              <w:rPr>
                <w:rFonts w:ascii="Microsoft JhengHei" w:hAnsi="Microsoft JhengHei" w:eastAsia="Microsoft JhengHei"/>
                <w:b w:val="0"/>
                <w:i w:val="0"/>
                <w:color w:val="222A36"/>
                <w:sz w:val="20"/>
              </w:rPr>
              <w:t>恩典而非說教</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深度而非只求好玩</w:t>
            </w:r>
          </w:p>
        </w:tc>
        <w:tc>
          <w:tcPr>
            <w:tcW w:type="dxa" w:w="2268"/>
          </w:tcPr>
          <w:p>
            <w:r/>
            <w:r>
              <w:rPr>
                <w:rFonts w:ascii="Microsoft JhengHei" w:hAnsi="Microsoft JhengHei" w:eastAsia="Microsoft JhengHei"/>
                <w:b w:val="0"/>
                <w:i w:val="0"/>
                <w:color w:val="222A36"/>
                <w:sz w:val="20"/>
              </w:rPr>
              <w:t>4 / 5</w:t>
            </w:r>
          </w:p>
        </w:tc>
      </w:tr>
      <w:tr>
        <w:tc>
          <w:tcPr>
            <w:tcW w:type="dxa" w:w="4535"/>
          </w:tcPr>
          <w:p>
            <w:r/>
            <w:r>
              <w:rPr>
                <w:rFonts w:ascii="Microsoft JhengHei" w:hAnsi="Microsoft JhengHei" w:eastAsia="Microsoft JhengHei"/>
                <w:b w:val="0"/>
                <w:i w:val="0"/>
                <w:color w:val="222A36"/>
                <w:sz w:val="20"/>
              </w:rPr>
              <w:t>生活中遇見主</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安全與關顧</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時間完整</w:t>
            </w:r>
          </w:p>
        </w:tc>
        <w:tc>
          <w:tcPr>
            <w:tcW w:type="dxa" w:w="2268"/>
          </w:tcPr>
          <w:p>
            <w:r/>
            <w:r>
              <w:rPr>
                <w:rFonts w:ascii="Microsoft JhengHei" w:hAnsi="Microsoft JhengHei" w:eastAsia="Microsoft JhengHei"/>
                <w:b w:val="0"/>
                <w:i w:val="0"/>
                <w:color w:val="222A36"/>
                <w:sz w:val="20"/>
              </w:rPr>
              <w:t>5 / 5</w:t>
            </w:r>
          </w:p>
        </w:tc>
      </w:tr>
    </w:tbl>
    <w:p/>
    <w:p>
      <w:pPr>
        <w:pStyle w:val="ListBullet"/>
      </w:pPr>
      <w:r>
        <w:rPr>
          <w:rFonts w:ascii="Microsoft JhengHei" w:hAnsi="Microsoft JhengHei" w:eastAsia="Microsoft JhengHei"/>
          <w:b w:val="0"/>
          <w:i w:val="0"/>
          <w:color w:val="222A36"/>
          <w:sz w:val="22"/>
        </w:rPr>
        <w:t>恩典先於要求：神照顧以利亞的次序（拍醒、食物、休息、再照顧）貫穿全課，安息操練是回應恩典，不是換取愛。</w:t>
      </w:r>
    </w:p>
    <w:p>
      <w:pPr>
        <w:pStyle w:val="ListBullet"/>
      </w:pPr>
      <w:r>
        <w:rPr>
          <w:rFonts w:ascii="Microsoft JhengHei" w:hAnsi="Microsoft JhengHei" w:eastAsia="Microsoft JhengHei"/>
          <w:b w:val="0"/>
          <w:i w:val="0"/>
          <w:color w:val="222A36"/>
          <w:sz w:val="22"/>
        </w:rPr>
        <w:t>情緒安全處理周全：第 4 節停一停並給求助提示，匿名電量不追問，安息卡免交。</w:t>
      </w:r>
    </w:p>
    <w:p>
      <w:pPr>
        <w:pStyle w:val="ListBullet"/>
      </w:pPr>
      <w:r>
        <w:rPr>
          <w:rFonts w:ascii="Microsoft JhengHei" w:hAnsi="Microsoft JhengHei" w:eastAsia="Microsoft JhengHei"/>
          <w:b w:val="0"/>
          <w:i w:val="0"/>
          <w:color w:val="222A36"/>
          <w:sz w:val="22"/>
        </w:rPr>
        <w:t>由以利亞連到耶穌：三句話宣告及馬太福音 11:28 讓同學遇見今天仍邀請人得安息的復活主。</w:t>
      </w:r>
    </w:p>
    <w:p>
      <w:pPr>
        <w:pStyle w:val="ListBullet"/>
      </w:pPr>
      <w:r>
        <w:rPr>
          <w:rFonts w:ascii="Microsoft JhengHei" w:hAnsi="Microsoft JhengHei" w:eastAsia="Microsoft JhengHei"/>
          <w:b w:val="0"/>
          <w:i w:val="0"/>
          <w:color w:val="222A36"/>
          <w:sz w:val="22"/>
        </w:rPr>
        <w:t>系列設計清楚：第一課照顧、第二課聆聽、第三課差遣及同行，逐步回應「做人沒有動力」。</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JhengHei" w:hAnsi="Microsoft JhengHei" w:eastAsia="Microsoft JhengHei"/>
        <w:b w:val="0"/>
        <w:i w:val="0"/>
        <w:color w:val="6B7280"/>
        <w:sz w:val="16"/>
      </w:rPr>
      <w:t>Reclaim2K · AI 協助草擬，須由老師審閱</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