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Microsoft JhengHei" w:hAnsi="Microsoft JhengHei" w:eastAsia="Microsoft JhengHei"/>
          <w:b w:val="0"/>
          <w:color w:val="555555"/>
          <w:sz w:val="20"/>
        </w:rPr>
        <w:t>姓名：＿＿＿＿＿＿　日期：＿＿＿＿</w:t>
      </w:r>
    </w:p>
    <w:p>
      <w:r>
        <w:rPr>
          <w:rFonts w:ascii="Microsoft JhengHei" w:hAnsi="Microsoft JhengHei" w:eastAsia="Microsoft JhengHei"/>
          <w:b/>
          <w:color w:val="A86B1F"/>
          <w:sz w:val="40"/>
        </w:rPr>
        <w:t>羅騰樹下：累了，神先照顧你</w:t>
      </w:r>
    </w:p>
    <w:p>
      <w:r>
        <w:rPr>
          <w:rFonts w:ascii="Microsoft JhengHei" w:hAnsi="Microsoft JhengHei" w:eastAsia="Microsoft JhengHei"/>
          <w:b w:val="0"/>
          <w:sz w:val="22"/>
        </w:rPr>
        <w:t>這張工作紙只供你自己反思，可以不交給任何人；寫字、圈選或畫圖都可以。</w:t>
      </w:r>
    </w:p>
    <w:p>
      <w:r>
        <w:rPr>
          <w:rFonts w:ascii="Microsoft JhengHei" w:hAnsi="Microsoft JhengHei" w:eastAsia="Microsoft JhengHei"/>
          <w:b/>
          <w:sz w:val="22"/>
        </w:rPr>
        <w:t>📖 列王紀上 19:5-7</w:t>
      </w:r>
    </w:p>
    <w:p>
      <w:r>
        <w:rPr>
          <w:rFonts w:ascii="Microsoft JhengHei" w:hAnsi="Microsoft JhengHei" w:eastAsia="Microsoft JhengHei"/>
          <w:b w:val="0"/>
          <w:sz w:val="22"/>
        </w:rPr>
        <w:t>5他就躺在羅騰樹下，睡著了。有一個天使拍他，說：「起來吃吧！」 6他觀看，見頭旁有一瓶水與炭火燒的餅，他就吃了喝了，仍然躺下。 7耶和華的使者第二次來拍他，說：「起來吃吧！因為你當走的路甚遠。」</w:t>
      </w:r>
    </w:p>
    <w:p>
      <w:r>
        <w:rPr>
          <w:rFonts w:ascii="Microsoft JhengHei" w:hAnsi="Microsoft JhengHei" w:eastAsia="Microsoft JhengHei"/>
          <w:b w:val="0"/>
          <w:sz w:val="22"/>
        </w:rPr>
        <w:t>讀一讀以利亞在羅騰樹下的經歷。</w:t>
      </w:r>
    </w:p>
    <w:p>
      <w:r>
        <w:rPr>
          <w:rFonts w:ascii="Microsoft JhengHei" w:hAnsi="Microsoft JhengHei" w:eastAsia="Microsoft JhengHei"/>
          <w:b/>
          <w:sz w:val="22"/>
        </w:rPr>
        <w:t>🎨 今日電量：在電池內塗上你今天的電量（不用寫名字）。</w:t>
      </w:r>
    </w:p>
    <w:p>
      <w:r>
        <w:rPr>
          <w:rFonts w:ascii="Microsoft JhengHei" w:hAnsi="Microsoft JhengHei" w:eastAsia="Microsoft JhengHei"/>
          <w:b w:val="0"/>
          <w:color w:val="999999"/>
          <w:sz w:val="22"/>
        </w:rPr>
        <w:t>＿＿＿＿＿＿＿＿＿＿＿＿＿＿＿＿＿＿＿＿＿＿＿＿＿＿＿＿＿＿＿＿＿＿＿＿＿＿</w:t>
      </w:r>
    </w:p>
    <w:p>
      <w:r>
        <w:rPr>
          <w:rFonts w:ascii="Microsoft JhengHei" w:hAnsi="Microsoft JhengHei" w:eastAsia="Microsoft JhengHei"/>
          <w:b w:val="0"/>
          <w:color w:val="999999"/>
          <w:sz w:val="22"/>
        </w:rPr>
        <w:t>＿＿＿＿＿＿＿＿＿＿＿＿＿＿＿＿＿＿＿＿＿＿＿＿＿＿＿＿＿＿＿＿＿＿＿＿＿＿</w:t>
      </w:r>
    </w:p>
    <w:p>
      <w:r>
        <w:rPr>
          <w:rFonts w:ascii="Microsoft JhengHei" w:hAnsi="Microsoft JhengHei" w:eastAsia="Microsoft JhengHei"/>
          <w:b w:val="0"/>
          <w:color w:val="999999"/>
          <w:sz w:val="22"/>
        </w:rPr>
        <w:t>＿＿＿＿＿＿＿＿＿＿＿＿＿＿＿＿＿＿＿＿＿＿＿＿＿＿＿＿＿＿＿＿＿＿＿＿＿＿</w:t>
      </w:r>
    </w:p>
    <w:p>
      <w:r>
        <w:rPr>
          <w:rFonts w:ascii="Microsoft JhengHei" w:hAnsi="Microsoft JhengHei" w:eastAsia="Microsoft JhengHei"/>
          <w:b/>
          <w:sz w:val="22"/>
        </w:rPr>
        <w:t>3. 把神照顧以利亞的次序排好（填 1 至 4）。</w:t>
      </w:r>
    </w:p>
    <w:p>
      <w:r>
        <w:rPr>
          <w:rFonts w:ascii="Microsoft JhengHei" w:hAnsi="Microsoft JhengHei" w:eastAsia="Microsoft JhengHei"/>
          <w:b w:val="0"/>
          <w:sz w:val="22"/>
        </w:rPr>
        <w:t>• 天使拍醒他</w:t>
      </w:r>
    </w:p>
    <w:p>
      <w:r>
        <w:rPr>
          <w:rFonts w:ascii="Microsoft JhengHei" w:hAnsi="Microsoft JhengHei" w:eastAsia="Microsoft JhengHei"/>
          <w:b w:val="0"/>
          <w:sz w:val="22"/>
        </w:rPr>
        <w:t>• 給他餅和水</w:t>
      </w:r>
    </w:p>
    <w:p>
      <w:r>
        <w:rPr>
          <w:rFonts w:ascii="Microsoft JhengHei" w:hAnsi="Microsoft JhengHei" w:eastAsia="Microsoft JhengHei"/>
          <w:b w:val="0"/>
          <w:sz w:val="22"/>
        </w:rPr>
        <w:t>• 讓他再睡</w:t>
      </w:r>
    </w:p>
    <w:p>
      <w:r>
        <w:rPr>
          <w:rFonts w:ascii="Microsoft JhengHei" w:hAnsi="Microsoft JhengHei" w:eastAsia="Microsoft JhengHei"/>
          <w:b w:val="0"/>
          <w:sz w:val="22"/>
        </w:rPr>
        <w:t>• 提醒他「你當走的路甚遠」</w:t>
      </w:r>
    </w:p>
    <w:p>
      <w:r>
        <w:rPr>
          <w:rFonts w:ascii="Microsoft JhengHei" w:hAnsi="Microsoft JhengHei" w:eastAsia="Microsoft JhengHei"/>
          <w:b/>
          <w:sz w:val="22"/>
        </w:rPr>
        <w:t>4. 以利亞說「罷了」之後，神立即責備他不夠信心。（對／錯）</w:t>
      </w:r>
    </w:p>
    <w:p>
      <w:r>
        <w:rPr>
          <w:rFonts w:ascii="Microsoft JhengHei" w:hAnsi="Microsoft JhengHei" w:eastAsia="Microsoft JhengHei"/>
          <w:b w:val="0"/>
          <w:sz w:val="22"/>
        </w:rPr>
        <w:t>□ 對</w:t>
      </w:r>
    </w:p>
    <w:p>
      <w:r>
        <w:rPr>
          <w:rFonts w:ascii="Microsoft JhengHei" w:hAnsi="Microsoft JhengHei" w:eastAsia="Microsoft JhengHei"/>
          <w:b w:val="0"/>
          <w:sz w:val="22"/>
        </w:rPr>
        <w:t>□ 錯</w:t>
      </w:r>
    </w:p>
    <w:p>
      <w:r>
        <w:rPr>
          <w:rFonts w:ascii="Microsoft JhengHei" w:hAnsi="Microsoft JhengHei" w:eastAsia="Microsoft JhengHei"/>
          <w:b/>
          <w:sz w:val="22"/>
        </w:rPr>
        <w:t>5. 耶穌說：凡勞苦擔重擔的人可以到我這裏來，我就使你們得＿＿＿。</w:t>
      </w:r>
    </w:p>
    <w:p>
      <w:r>
        <w:rPr>
          <w:rFonts w:ascii="Microsoft JhengHei" w:hAnsi="Microsoft JhengHei" w:eastAsia="Microsoft JhengHei"/>
          <w:b w:val="0"/>
          <w:sz w:val="22"/>
        </w:rPr>
        <w:t>○ 安息　○ 獎賞　○ 成功</w:t>
      </w:r>
    </w:p>
    <w:p>
      <w:r>
        <w:rPr>
          <w:rFonts w:ascii="Microsoft JhengHei" w:hAnsi="Microsoft JhengHei" w:eastAsia="Microsoft JhengHei"/>
          <w:b w:val="0"/>
          <w:color w:val="999999"/>
          <w:sz w:val="22"/>
        </w:rPr>
        <w:t>＿＿＿＿＿＿＿＿＿＿＿＿＿＿＿＿＿＿＿＿＿＿＿＿＿＿＿＿＿＿＿＿＿＿＿＿＿＿</w:t>
      </w:r>
    </w:p>
    <w:p>
      <w:r>
        <w:rPr>
          <w:rFonts w:ascii="Microsoft JhengHei" w:hAnsi="Microsoft JhengHei" w:eastAsia="Microsoft JhengHei"/>
          <w:b/>
          <w:sz w:val="22"/>
        </w:rPr>
        <w:t>6. 五個定格畫面中，哪一個最像你最近的狀態？為甚麼？</w:t>
      </w:r>
    </w:p>
    <w:p>
      <w:r>
        <w:rPr>
          <w:rFonts w:ascii="Microsoft JhengHei" w:hAnsi="Microsoft JhengHei" w:eastAsia="Microsoft JhengHei"/>
          <w:b w:val="0"/>
          <w:sz w:val="22"/>
        </w:rPr>
        <w:t>○ 逃命　○ 坐在樹下　○ 被拍醒　○ 吃餅喝水　○ 起來走路</w:t>
      </w:r>
    </w:p>
    <w:p>
      <w:r>
        <w:rPr>
          <w:rFonts w:ascii="Microsoft JhengHei" w:hAnsi="Microsoft JhengHei" w:eastAsia="Microsoft JhengHei"/>
          <w:b w:val="0"/>
          <w:color w:val="999999"/>
          <w:sz w:val="22"/>
        </w:rPr>
        <w:t>＿＿＿＿＿＿＿＿＿＿＿＿＿＿＿＿＿＿＿＿＿＿＿＿＿＿＿＿＿＿＿＿＿＿＿＿＿＿</w:t>
      </w:r>
    </w:p>
    <w:p>
      <w:r>
        <w:rPr>
          <w:rFonts w:ascii="Microsoft JhengHei" w:hAnsi="Microsoft JhengHei" w:eastAsia="Microsoft JhengHei"/>
          <w:b w:val="0"/>
          <w:color w:val="999999"/>
          <w:sz w:val="22"/>
        </w:rPr>
        <w:t>＿＿＿＿＿＿＿＿＿＿＿＿＿＿＿＿＿＿＿＿＿＿＿＿＿＿＿＿＿＿＿＿＿＿＿＿＿＿</w:t>
      </w:r>
    </w:p>
    <w:p>
      <w:r>
        <w:rPr>
          <w:rFonts w:ascii="Microsoft JhengHei" w:hAnsi="Microsoft JhengHei" w:eastAsia="Microsoft JhengHei"/>
          <w:b w:val="0"/>
          <w:color w:val="999999"/>
          <w:sz w:val="22"/>
        </w:rPr>
        <w:t>＿＿＿＿＿＿＿＿＿＿＿＿＿＿＿＿＿＿＿＿＿＿＿＿＿＿＿＿＿＿＿＿＿＿＿＿＿＿</w:t>
      </w:r>
    </w:p>
    <w:p>
      <w:r>
        <w:rPr>
          <w:rFonts w:ascii="Microsoft JhengHei" w:hAnsi="Microsoft JhengHei" w:eastAsia="Microsoft JhengHei"/>
          <w:b/>
          <w:sz w:val="22"/>
        </w:rPr>
        <w:t>💭 如果耶穌今天對你說「到我這裏來」，你最想放下的是甚麼？</w:t>
      </w:r>
    </w:p>
    <w:p>
      <w:r>
        <w:rPr>
          <w:rFonts w:ascii="Microsoft JhengHei" w:hAnsi="Microsoft JhengHei" w:eastAsia="Microsoft JhengHei"/>
          <w:b w:val="0"/>
          <w:color w:val="999999"/>
          <w:sz w:val="22"/>
        </w:rPr>
        <w:t>＿＿＿＿＿＿＿＿＿＿＿＿＿＿＿＿＿＿＿＿＿＿＿＿＿＿＿＿＿＿＿＿＿＿＿＿＿＿</w:t>
      </w:r>
    </w:p>
    <w:p>
      <w:r>
        <w:rPr>
          <w:rFonts w:ascii="Microsoft JhengHei" w:hAnsi="Microsoft JhengHei" w:eastAsia="Microsoft JhengHei"/>
          <w:b w:val="0"/>
          <w:color w:val="999999"/>
          <w:sz w:val="22"/>
        </w:rPr>
        <w:t>＿＿＿＿＿＿＿＿＿＿＿＿＿＿＿＿＿＿＿＿＿＿＿＿＿＿＿＿＿＿＿＿＿＿＿＿＿＿</w:t>
      </w:r>
    </w:p>
    <w:p>
      <w:r>
        <w:rPr>
          <w:rFonts w:ascii="Microsoft JhengHei" w:hAnsi="Microsoft JhengHei" w:eastAsia="Microsoft JhengHei"/>
          <w:b w:val="0"/>
          <w:color w:val="999999"/>
          <w:sz w:val="22"/>
        </w:rPr>
        <w:t>＿＿＿＿＿＿＿＿＿＿＿＿＿＿＿＿＿＿＿＿＿＿＿＿＿＿＿＿＿＿＿＿＿＿＿＿＿＿</w:t>
      </w:r>
    </w:p>
    <w:p>
      <w:r>
        <w:rPr>
          <w:rFonts w:ascii="Microsoft JhengHei" w:hAnsi="Microsoft JhengHei" w:eastAsia="Microsoft JhengHei"/>
          <w:b/>
          <w:sz w:val="22"/>
        </w:rPr>
        <w:t>🦶 這星期我選擇的一小步（可選一項，也可以不選）：</w:t>
      </w:r>
    </w:p>
    <w:p>
      <w:r>
        <w:rPr>
          <w:rFonts w:ascii="Microsoft JhengHei" w:hAnsi="Microsoft JhengHei" w:eastAsia="Microsoft JhengHei"/>
          <w:b w:val="0"/>
          <w:sz w:val="22"/>
        </w:rPr>
        <w:t>□ 睡前用一句話對神說「如果你真的在，我今天很累」</w:t>
      </w:r>
    </w:p>
    <w:p>
      <w:r>
        <w:rPr>
          <w:rFonts w:ascii="Microsoft JhengHei" w:hAnsi="Microsoft JhengHei" w:eastAsia="Microsoft JhengHei"/>
          <w:b w:val="0"/>
          <w:sz w:val="22"/>
        </w:rPr>
        <w:t>□ 寫下最大的一個疑問，找一位信任的人談談</w:t>
      </w:r>
    </w:p>
    <w:p>
      <w:r>
        <w:rPr>
          <w:rFonts w:ascii="Microsoft JhengHei" w:hAnsi="Microsoft JhengHei" w:eastAsia="Microsoft JhengHei"/>
          <w:b w:val="0"/>
          <w:sz w:val="22"/>
        </w:rPr>
        <w:t>□ 每天五分鐘安息操練</w:t>
      </w:r>
    </w:p>
    <w:p>
      <w:r>
        <w:rPr>
          <w:rFonts w:ascii="Microsoft JhengHei" w:hAnsi="Microsoft JhengHei" w:eastAsia="Microsoft JhengHei"/>
          <w:b w:val="0"/>
          <w:sz w:val="22"/>
        </w:rPr>
        <w:t>□ 每天在小卡上畫一個符號，代表神怎樣照顧了我</w:t>
      </w:r>
    </w:p>
    <w:p>
      <w:r>
        <w:rPr>
          <w:rFonts w:ascii="Microsoft JhengHei" w:hAnsi="Microsoft JhengHei" w:eastAsia="Microsoft JhengHei"/>
          <w:b w:val="0"/>
          <w:sz w:val="22"/>
        </w:rPr>
        <w:t>□ 選一晚早半小時放下手機睡覺</w:t>
      </w:r>
    </w:p>
    <w:p>
      <w:r>
        <w:rPr>
          <w:rFonts w:ascii="Microsoft JhengHei" w:hAnsi="Microsoft JhengHei" w:eastAsia="Microsoft JhengHei"/>
          <w:b/>
          <w:sz w:val="22"/>
        </w:rPr>
        <w:t>🙏 主啊，我累的時候，我想告訴你……</w:t>
      </w:r>
    </w:p>
    <w:p>
      <w:r>
        <w:rPr>
          <w:rFonts w:ascii="Microsoft JhengHei" w:hAnsi="Microsoft JhengHei" w:eastAsia="Microsoft JhengHei"/>
          <w:b w:val="0"/>
          <w:color w:val="999999"/>
          <w:sz w:val="22"/>
        </w:rPr>
        <w:t>＿＿＿＿＿＿＿＿＿＿＿＿＿＿＿＿＿＿＿＿＿＿＿＿＿＿＿＿＿＿＿＿＿＿＿＿＿＿</w:t>
      </w:r>
    </w:p>
    <w:p>
      <w:r>
        <w:rPr>
          <w:rFonts w:ascii="Microsoft JhengHei" w:hAnsi="Microsoft JhengHei" w:eastAsia="Microsoft JhengHei"/>
          <w:b w:val="0"/>
          <w:color w:val="999999"/>
          <w:sz w:val="22"/>
        </w:rPr>
        <w:t>＿＿＿＿＿＿＿＿＿＿＿＿＿＿＿＿＿＿＿＿＿＿＿＿＿＿＿＿＿＿＿＿＿＿＿＿＿＿</w:t>
      </w:r>
    </w:p>
    <w:p>
      <w:r>
        <w:rPr>
          <w:rFonts w:ascii="Microsoft JhengHei" w:hAnsi="Microsoft JhengHei" w:eastAsia="Microsoft JhengHei"/>
          <w:b w:val="0"/>
          <w:color w:val="999999"/>
          <w:sz w:val="22"/>
        </w:rPr>
        <w:t>＿＿＿＿＿＿＿＿＿＿＿＿＿＿＿＿＿＿＿＿＿＿＿＿＿＿＿＿＿＿＿＿＿＿＿＿＿＿</w:t>
      </w:r>
    </w:p>
    <w:p>
      <w:r>
        <w:rPr>
          <w:rFonts w:ascii="Microsoft JhengHei" w:hAnsi="Microsoft JhengHei" w:eastAsia="Microsoft JhengHei"/>
          <w:b w:val="0"/>
          <w:color w:val="999999"/>
          <w:sz w:val="22"/>
        </w:rPr>
        <w:t>＿＿＿＿＿＿＿＿＿＿＿＿＿＿＿＿＿＿＿＿＿＿＿＿＿＿＿＿＿＿＿＿＿＿＿＿＿＿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