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rFonts w:ascii="Microsoft JhengHei" w:hAnsi="Microsoft JhengHei" w:eastAsia="Microsoft JhengHei"/>
          <w:b/>
          <w:i w:val="0"/>
          <w:color w:val="A86B1F"/>
          <w:sz w:val="44"/>
        </w:rPr>
        <w:t>何烈山的微聲：在喧鬧中聽見神</w:t>
      </w:r>
    </w:p>
    <w:p>
      <w:pPr>
        <w:spacing w:after="200"/>
      </w:pPr>
      <w:r>
        <w:rPr>
          <w:rFonts w:ascii="Microsoft JhengHei" w:hAnsi="Microsoft JhengHei" w:eastAsia="Microsoft JhengHei"/>
          <w:b w:val="0"/>
          <w:i w:val="0"/>
          <w:color w:val="6B7280"/>
          <w:sz w:val="26"/>
        </w:rPr>
        <w:t>The Still Small Voice at Horeb: Hearing God in the Noise</w:t>
      </w:r>
    </w:p>
    <w:p>
      <w:pPr>
        <w:spacing w:after="80"/>
      </w:pPr>
      <w:r>
        <w:rPr>
          <w:rFonts w:ascii="Microsoft JhengHei" w:hAnsi="Microsoft JhengHei" w:eastAsia="Microsoft JhengHei"/>
          <w:b w:val="0"/>
          <w:i w:val="0"/>
          <w:color w:val="6B7280"/>
          <w:sz w:val="20"/>
        </w:rPr>
        <w:t>《從聖經到課堂，在生活中遇見復活主》多層次 AI Agent 教案 · Reclaim2K</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項目</w:t>
            </w:r>
          </w:p>
        </w:tc>
        <w:tc>
          <w:tcPr>
            <w:tcW w:type="dxa" w:w="6803"/>
            <w:shd w:val="clear" w:fill="EFE7D6"/>
          </w:tcPr>
          <w:p>
            <w:r/>
            <w:r>
              <w:rPr>
                <w:rFonts w:ascii="Microsoft JhengHei" w:hAnsi="Microsoft JhengHei" w:eastAsia="Microsoft JhengHei"/>
                <w:b/>
                <w:i w:val="0"/>
                <w:color w:val="222A36"/>
                <w:sz w:val="20"/>
              </w:rPr>
              <w:t>設定</w:t>
            </w:r>
          </w:p>
        </w:tc>
      </w:tr>
      <w:tr>
        <w:tc>
          <w:tcPr>
            <w:tcW w:type="dxa" w:w="2268"/>
          </w:tcPr>
          <w:p>
            <w:r/>
            <w:r>
              <w:rPr>
                <w:rFonts w:ascii="Microsoft JhengHei" w:hAnsi="Microsoft JhengHei" w:eastAsia="Microsoft JhengHei"/>
                <w:b w:val="0"/>
                <w:i w:val="0"/>
                <w:color w:val="222A36"/>
                <w:sz w:val="20"/>
              </w:rPr>
              <w:t>宗派軌道</w:t>
            </w:r>
          </w:p>
        </w:tc>
        <w:tc>
          <w:tcPr>
            <w:tcW w:type="dxa" w:w="6803"/>
          </w:tcPr>
          <w:p>
            <w:r/>
            <w:r>
              <w:rPr>
                <w:rFonts w:ascii="Microsoft JhengHei" w:hAnsi="Microsoft JhengHei" w:eastAsia="Microsoft JhengHei"/>
                <w:b w:val="0"/>
                <w:i w:val="0"/>
                <w:color w:val="222A36"/>
                <w:sz w:val="20"/>
              </w:rPr>
              <w:t>基督教</w:t>
            </w:r>
          </w:p>
        </w:tc>
      </w:tr>
      <w:tr>
        <w:tc>
          <w:tcPr>
            <w:tcW w:type="dxa" w:w="2268"/>
          </w:tcPr>
          <w:p>
            <w:r/>
            <w:r>
              <w:rPr>
                <w:rFonts w:ascii="Microsoft JhengHei" w:hAnsi="Microsoft JhengHei" w:eastAsia="Microsoft JhengHei"/>
                <w:b w:val="0"/>
                <w:i w:val="0"/>
                <w:color w:val="222A36"/>
                <w:sz w:val="20"/>
              </w:rPr>
              <w:t>學生階段</w:t>
            </w:r>
          </w:p>
        </w:tc>
        <w:tc>
          <w:tcPr>
            <w:tcW w:type="dxa" w:w="6803"/>
          </w:tcPr>
          <w:p>
            <w:r/>
            <w:r>
              <w:rPr>
                <w:rFonts w:ascii="Microsoft JhengHei" w:hAnsi="Microsoft JhengHei" w:eastAsia="Microsoft JhengHei"/>
                <w:b w:val="0"/>
                <w:i w:val="0"/>
                <w:color w:val="222A36"/>
                <w:sz w:val="20"/>
              </w:rPr>
              <w:t>中三至中四</w:t>
            </w:r>
          </w:p>
        </w:tc>
      </w:tr>
      <w:tr>
        <w:tc>
          <w:tcPr>
            <w:tcW w:type="dxa" w:w="2268"/>
          </w:tcPr>
          <w:p>
            <w:r/>
            <w:r>
              <w:rPr>
                <w:rFonts w:ascii="Microsoft JhengHei" w:hAnsi="Microsoft JhengHei" w:eastAsia="Microsoft JhengHei"/>
                <w:b w:val="0"/>
                <w:i w:val="0"/>
                <w:color w:val="222A36"/>
                <w:sz w:val="20"/>
              </w:rPr>
              <w:t>課堂活動歡樂度</w:t>
            </w:r>
          </w:p>
        </w:tc>
        <w:tc>
          <w:tcPr>
            <w:tcW w:type="dxa" w:w="6803"/>
          </w:tcPr>
          <w:p>
            <w:r/>
            <w:r>
              <w:rPr>
                <w:rFonts w:ascii="Microsoft JhengHei" w:hAnsi="Microsoft JhengHei" w:eastAsia="Microsoft JhengHei"/>
                <w:b w:val="0"/>
                <w:i w:val="0"/>
                <w:color w:val="222A36"/>
                <w:sz w:val="20"/>
              </w:rPr>
              <w:t>3 / 5</w:t>
            </w:r>
          </w:p>
        </w:tc>
      </w:tr>
      <w:tr>
        <w:tc>
          <w:tcPr>
            <w:tcW w:type="dxa" w:w="2268"/>
          </w:tcPr>
          <w:p>
            <w:r/>
            <w:r>
              <w:rPr>
                <w:rFonts w:ascii="Microsoft JhengHei" w:hAnsi="Microsoft JhengHei" w:eastAsia="Microsoft JhengHei"/>
                <w:b w:val="0"/>
                <w:i w:val="0"/>
                <w:color w:val="222A36"/>
                <w:sz w:val="20"/>
              </w:rPr>
              <w:t>牧養標籤</w:t>
            </w:r>
          </w:p>
        </w:tc>
        <w:tc>
          <w:tcPr>
            <w:tcW w:type="dxa" w:w="6803"/>
          </w:tcPr>
          <w:p>
            <w:r/>
            <w:r>
              <w:rPr>
                <w:rFonts w:ascii="Microsoft JhengHei" w:hAnsi="Microsoft JhengHei" w:eastAsia="Microsoft JhengHei"/>
                <w:b w:val="0"/>
                <w:i w:val="0"/>
                <w:color w:val="222A36"/>
                <w:sz w:val="20"/>
              </w:rPr>
              <w:t>無</w:t>
            </w:r>
          </w:p>
        </w:tc>
      </w:tr>
      <w:tr>
        <w:tc>
          <w:tcPr>
            <w:tcW w:type="dxa" w:w="2268"/>
          </w:tcPr>
          <w:p>
            <w:r/>
            <w:r>
              <w:rPr>
                <w:rFonts w:ascii="Microsoft JhengHei" w:hAnsi="Microsoft JhengHei" w:eastAsia="Microsoft JhengHei"/>
                <w:b w:val="0"/>
                <w:i w:val="0"/>
                <w:color w:val="222A36"/>
                <w:sz w:val="20"/>
              </w:rPr>
              <w:t>課堂時間</w:t>
            </w:r>
          </w:p>
        </w:tc>
        <w:tc>
          <w:tcPr>
            <w:tcW w:type="dxa" w:w="6803"/>
          </w:tcPr>
          <w:p>
            <w:r/>
            <w:r>
              <w:rPr>
                <w:rFonts w:ascii="Microsoft JhengHei" w:hAnsi="Microsoft JhengHei" w:eastAsia="Microsoft JhengHei"/>
                <w:b w:val="0"/>
                <w:i w:val="0"/>
                <w:color w:val="222A36"/>
                <w:sz w:val="20"/>
              </w:rPr>
              <w:t>單堂 40 分鐘（一系列 3 課之第 2 課）</w:t>
            </w:r>
          </w:p>
        </w:tc>
      </w:tr>
      <w:tr>
        <w:tc>
          <w:tcPr>
            <w:tcW w:type="dxa" w:w="2268"/>
          </w:tcPr>
          <w:p>
            <w:r/>
            <w:r>
              <w:rPr>
                <w:rFonts w:ascii="Microsoft JhengHei" w:hAnsi="Microsoft JhengHei" w:eastAsia="Microsoft JhengHei"/>
                <w:b w:val="0"/>
                <w:i w:val="0"/>
                <w:color w:val="222A36"/>
                <w:sz w:val="20"/>
              </w:rPr>
              <w:t>參考教案範本</w:t>
            </w:r>
          </w:p>
        </w:tc>
        <w:tc>
          <w:tcPr>
            <w:tcW w:type="dxa" w:w="6803"/>
          </w:tcPr>
          <w:p>
            <w:r/>
            <w:r>
              <w:rPr>
                <w:rFonts w:ascii="Microsoft JhengHei" w:hAnsi="Microsoft JhengHei" w:eastAsia="Microsoft JhengHei"/>
                <w:b w:val="0"/>
                <w:i w:val="0"/>
                <w:color w:val="222A36"/>
                <w:sz w:val="20"/>
              </w:rPr>
              <w:t>跟以利亞聽神微聲（列王紀上 18–19，活動室 4 站）</w:t>
            </w:r>
          </w:p>
        </w:tc>
      </w:tr>
      <w:tr>
        <w:tc>
          <w:tcPr>
            <w:tcW w:type="dxa" w:w="2268"/>
          </w:tcPr>
          <w:p>
            <w:r/>
            <w:r>
              <w:rPr>
                <w:rFonts w:ascii="Microsoft JhengHei" w:hAnsi="Microsoft JhengHei" w:eastAsia="Microsoft JhengHei"/>
                <w:b w:val="0"/>
                <w:i w:val="0"/>
                <w:color w:val="222A36"/>
                <w:sz w:val="20"/>
              </w:rPr>
              <w:t>生活實踐形態</w:t>
            </w:r>
          </w:p>
        </w:tc>
        <w:tc>
          <w:tcPr>
            <w:tcW w:type="dxa" w:w="6803"/>
          </w:tcPr>
          <w:p>
            <w:r/>
            <w:r>
              <w:rPr>
                <w:rFonts w:ascii="Microsoft JhengHei" w:hAnsi="Microsoft JhengHei" w:eastAsia="Microsoft JhengHei"/>
                <w:b w:val="0"/>
                <w:i w:val="0"/>
                <w:color w:val="222A36"/>
                <w:sz w:val="20"/>
              </w:rPr>
              <w:t>免交作業（自由心證）</w:t>
            </w:r>
          </w:p>
        </w:tc>
      </w:tr>
      <w:tr>
        <w:tc>
          <w:tcPr>
            <w:tcW w:type="dxa" w:w="2268"/>
          </w:tcPr>
          <w:p>
            <w:r/>
            <w:r>
              <w:rPr>
                <w:rFonts w:ascii="Microsoft JhengHei" w:hAnsi="Microsoft JhengHei" w:eastAsia="Microsoft JhengHei"/>
                <w:b w:val="0"/>
                <w:i w:val="0"/>
                <w:color w:val="222A36"/>
                <w:sz w:val="20"/>
              </w:rPr>
              <w:t>L0 終審</w:t>
            </w:r>
          </w:p>
        </w:tc>
        <w:tc>
          <w:tcPr>
            <w:tcW w:type="dxa" w:w="6803"/>
          </w:tcPr>
          <w:p>
            <w:r/>
            <w:r>
              <w:rPr>
                <w:rFonts w:ascii="Microsoft JhengHei" w:hAnsi="Microsoft JhengHei" w:eastAsia="Microsoft JhengHei"/>
                <w:b w:val="0"/>
                <w:i w:val="0"/>
                <w:color w:val="222A36"/>
                <w:sz w:val="20"/>
              </w:rPr>
              <w:t>✅ 合乎航道</w:t>
            </w:r>
          </w:p>
        </w:tc>
      </w:tr>
    </w:tbl>
    <w:p/>
    <w:tbl>
      <w:tblPr>
        <w:tblStyle w:val="TableGrid"/>
        <w:tblW w:type="auto" w:w="0"/>
        <w:tblLook w:firstColumn="1" w:firstRow="1" w:lastColumn="0" w:lastRow="0" w:noHBand="0" w:noVBand="1" w:val="04A0"/>
      </w:tblPr>
      <w:tblGrid>
        <w:gridCol w:w="9972"/>
      </w:tblGrid>
      <w:tr>
        <w:tc>
          <w:tcPr>
            <w:tcW w:type="dxa" w:w="9972"/>
            <w:shd w:val="clear" w:fill="FBF1DC"/>
          </w:tcPr>
          <w:p>
            <w:r/>
            <w:r>
              <w:rPr>
                <w:rFonts w:ascii="Microsoft JhengHei" w:hAnsi="Microsoft JhengHei" w:eastAsia="Microsoft JhengHei"/>
                <w:b/>
                <w:i w:val="0"/>
                <w:color w:val="A86B1F"/>
                <w:sz w:val="22"/>
              </w:rPr>
              <w:t>✝️ 總監的核心異象：每一份教案不可替代的目的</w:t>
            </w:r>
          </w:p>
          <w:p>
            <w:r>
              <w:rPr>
                <w:rFonts w:ascii="Microsoft JhengHei" w:hAnsi="Microsoft JhengHei" w:eastAsia="Microsoft JhengHei"/>
                <w:b w:val="0"/>
                <w:i w:val="0"/>
                <w:color w:val="222A36"/>
                <w:sz w:val="22"/>
              </w:rPr>
              <w:t>總監（L0）自始至終存在，不需選出，也不需呼喚。由聖經、到課堂、到生活，整個循環式教案都必須引領學生遇見愛他們的主，並與主建立更親密的關係。每一個 Bot 及每一位參與的老師，都以此為不可替代的目的；其他設計如有衝突，以此為準。</w:t>
            </w:r>
          </w:p>
          <w:p>
            <w:r>
              <w:rPr>
                <w:rFonts w:ascii="Microsoft JhengHei" w:hAnsi="Microsoft JhengHei" w:eastAsia="Microsoft JhengHei"/>
                <w:b w:val="0"/>
                <w:i w:val="0"/>
                <w:color w:val="222A36"/>
                <w:sz w:val="22"/>
              </w:rPr>
            </w:r>
          </w:p>
          <w:p>
            <w:r>
              <w:rPr>
                <w:rFonts w:ascii="Microsoft JhengHei" w:hAnsi="Microsoft JhengHei" w:eastAsia="Microsoft JhengHei"/>
                <w:b w:val="0"/>
                <w:i w:val="0"/>
                <w:color w:val="222A36"/>
                <w:sz w:val="22"/>
              </w:rPr>
              <w:t>1. 認識耶穌愛他：耶穌為他被釘十字架，並關心他生活中的每一個細節。</w:t>
            </w:r>
          </w:p>
          <w:p>
            <w:r>
              <w:rPr>
                <w:rFonts w:ascii="Microsoft JhengHei" w:hAnsi="Microsoft JhengHei" w:eastAsia="Microsoft JhengHei"/>
                <w:b w:val="0"/>
                <w:i w:val="0"/>
                <w:color w:val="222A36"/>
                <w:sz w:val="22"/>
              </w:rPr>
              <w:t>2. 引導學生更親近主：嘗嘗主恩的滋味，看見祂是何等美善，以致願意憑信心禱告、行動及順服天主，與主建立更親密的關係。</w:t>
            </w:r>
          </w:p>
        </w:tc>
      </w:tr>
    </w:tbl>
    <w:p/>
    <w:tbl>
      <w:tblPr>
        <w:tblStyle w:val="TableGrid"/>
        <w:tblW w:type="auto" w:w="0"/>
        <w:tblLook w:firstColumn="1" w:firstRow="1" w:lastColumn="0" w:lastRow="0" w:noHBand="0" w:noVBand="1" w:val="04A0"/>
      </w:tblPr>
      <w:tblGrid>
        <w:gridCol w:w="3324"/>
        <w:gridCol w:w="3324"/>
        <w:gridCol w:w="3324"/>
      </w:tblGrid>
      <w:tr>
        <w:tc>
          <w:tcPr>
            <w:tcW w:type="dxa" w:w="1814"/>
            <w:shd w:val="clear" w:fill="EFE7D6"/>
          </w:tcPr>
          <w:p>
            <w:r/>
            <w:r>
              <w:rPr>
                <w:rFonts w:ascii="Microsoft JhengHei" w:hAnsi="Microsoft JhengHei" w:eastAsia="Microsoft JhengHei"/>
                <w:b/>
                <w:i w:val="0"/>
                <w:color w:val="222A36"/>
                <w:sz w:val="20"/>
              </w:rPr>
              <w:t>核心經文</w:t>
            </w:r>
          </w:p>
        </w:tc>
        <w:tc>
          <w:tcPr>
            <w:tcW w:type="dxa" w:w="2438"/>
            <w:shd w:val="clear" w:fill="EFE7D6"/>
          </w:tcPr>
          <w:p>
            <w:r/>
            <w:r>
              <w:rPr>
                <w:rFonts w:ascii="Microsoft JhengHei" w:hAnsi="Microsoft JhengHei" w:eastAsia="Microsoft JhengHei"/>
                <w:b/>
                <w:i w:val="0"/>
                <w:color w:val="222A36"/>
                <w:sz w:val="20"/>
              </w:rPr>
              <w:t>主題</w:t>
            </w:r>
          </w:p>
        </w:tc>
        <w:tc>
          <w:tcPr>
            <w:tcW w:type="dxa" w:w="5102"/>
            <w:shd w:val="clear" w:fill="EFE7D6"/>
          </w:tcPr>
          <w:p>
            <w:r/>
            <w:r>
              <w:rPr>
                <w:rFonts w:ascii="Microsoft JhengHei" w:hAnsi="Microsoft JhengHei" w:eastAsia="Microsoft JhengHei"/>
                <w:b/>
                <w:i w:val="0"/>
                <w:color w:val="222A36"/>
                <w:sz w:val="20"/>
              </w:rPr>
              <w:t>經文（和合本）</w:t>
            </w:r>
          </w:p>
        </w:tc>
      </w:tr>
      <w:tr>
        <w:tc>
          <w:tcPr>
            <w:tcW w:type="dxa" w:w="1814"/>
          </w:tcPr>
          <w:p>
            <w:r/>
            <w:r>
              <w:rPr>
                <w:rFonts w:ascii="Microsoft JhengHei" w:hAnsi="Microsoft JhengHei" w:eastAsia="Microsoft JhengHei"/>
                <w:b w:val="0"/>
                <w:i w:val="0"/>
                <w:color w:val="222A36"/>
                <w:sz w:val="20"/>
              </w:rPr>
              <w:t>加拉太書 2:20</w:t>
            </w:r>
          </w:p>
        </w:tc>
        <w:tc>
          <w:tcPr>
            <w:tcW w:type="dxa" w:w="2438"/>
          </w:tcPr>
          <w:p>
            <w:r/>
            <w:r>
              <w:rPr>
                <w:rFonts w:ascii="Microsoft JhengHei" w:hAnsi="Microsoft JhengHei" w:eastAsia="Microsoft JhengHei"/>
                <w:b w:val="0"/>
                <w:i w:val="0"/>
                <w:color w:val="222A36"/>
                <w:sz w:val="20"/>
              </w:rPr>
              <w:t>祂愛我，為我捨己</w:t>
            </w:r>
          </w:p>
        </w:tc>
        <w:tc>
          <w:tcPr>
            <w:tcW w:type="dxa" w:w="5102"/>
          </w:tcPr>
          <w:p>
            <w:r/>
            <w:r>
              <w:rPr>
                <w:rFonts w:ascii="Microsoft JhengHei" w:hAnsi="Microsoft JhengHei" w:eastAsia="Microsoft JhengHei"/>
                <w:b w:val="0"/>
                <w:i w:val="0"/>
                <w:color w:val="222A36"/>
                <w:sz w:val="20"/>
              </w:rPr>
              <w:t>我已經與基督同釘十字架，現在活著的不再是我，乃是基督在我裡面活著；並且我如今在肉身活著，是因信 神的兒子而活；他是愛我，為我捨己。</w:t>
            </w:r>
          </w:p>
        </w:tc>
      </w:tr>
      <w:tr>
        <w:tc>
          <w:tcPr>
            <w:tcW w:type="dxa" w:w="1814"/>
          </w:tcPr>
          <w:p>
            <w:r/>
            <w:r>
              <w:rPr>
                <w:rFonts w:ascii="Microsoft JhengHei" w:hAnsi="Microsoft JhengHei" w:eastAsia="Microsoft JhengHei"/>
                <w:b w:val="0"/>
                <w:i w:val="0"/>
                <w:color w:val="222A36"/>
                <w:sz w:val="20"/>
              </w:rPr>
              <w:t>羅馬書 5:8</w:t>
            </w:r>
          </w:p>
        </w:tc>
        <w:tc>
          <w:tcPr>
            <w:tcW w:type="dxa" w:w="2438"/>
          </w:tcPr>
          <w:p>
            <w:r/>
            <w:r>
              <w:rPr>
                <w:rFonts w:ascii="Microsoft JhengHei" w:hAnsi="Microsoft JhengHei" w:eastAsia="Microsoft JhengHei"/>
                <w:b w:val="0"/>
                <w:i w:val="0"/>
                <w:color w:val="222A36"/>
                <w:sz w:val="20"/>
              </w:rPr>
              <w:t>十字架顯明祂的愛</w:t>
            </w:r>
          </w:p>
        </w:tc>
        <w:tc>
          <w:tcPr>
            <w:tcW w:type="dxa" w:w="5102"/>
          </w:tcPr>
          <w:p>
            <w:r/>
            <w:r>
              <w:rPr>
                <w:rFonts w:ascii="Microsoft JhengHei" w:hAnsi="Microsoft JhengHei" w:eastAsia="Microsoft JhengHei"/>
                <w:b w:val="0"/>
                <w:i w:val="0"/>
                <w:color w:val="222A36"/>
                <w:sz w:val="20"/>
              </w:rPr>
              <w:t>惟有基督在我們還作罪人的時候為我們死， 神的愛就在此向我們顯明了。</w:t>
            </w:r>
          </w:p>
        </w:tc>
      </w:tr>
      <w:tr>
        <w:tc>
          <w:tcPr>
            <w:tcW w:type="dxa" w:w="1814"/>
          </w:tcPr>
          <w:p>
            <w:r/>
            <w:r>
              <w:rPr>
                <w:rFonts w:ascii="Microsoft JhengHei" w:hAnsi="Microsoft JhengHei" w:eastAsia="Microsoft JhengHei"/>
                <w:b w:val="0"/>
                <w:i w:val="0"/>
                <w:color w:val="222A36"/>
                <w:sz w:val="20"/>
              </w:rPr>
              <w:t>馬太福音 10:29-31</w:t>
            </w:r>
          </w:p>
        </w:tc>
        <w:tc>
          <w:tcPr>
            <w:tcW w:type="dxa" w:w="2438"/>
          </w:tcPr>
          <w:p>
            <w:r/>
            <w:r>
              <w:rPr>
                <w:rFonts w:ascii="Microsoft JhengHei" w:hAnsi="Microsoft JhengHei" w:eastAsia="Microsoft JhengHei"/>
                <w:b w:val="0"/>
                <w:i w:val="0"/>
                <w:color w:val="222A36"/>
                <w:sz w:val="20"/>
              </w:rPr>
              <w:t>連頭髮都被數過：關心生活中的每一個細節</w:t>
            </w:r>
          </w:p>
        </w:tc>
        <w:tc>
          <w:tcPr>
            <w:tcW w:type="dxa" w:w="5102"/>
          </w:tcPr>
          <w:p>
            <w:r/>
            <w:r>
              <w:rPr>
                <w:rFonts w:ascii="Microsoft JhengHei" w:hAnsi="Microsoft JhengHei" w:eastAsia="Microsoft JhengHei"/>
                <w:b w:val="0"/>
                <w:i w:val="0"/>
                <w:color w:val="222A36"/>
                <w:sz w:val="20"/>
              </w:rPr>
              <w:t>29兩個麻雀不是賣一分銀子嗎？若是你們的父不許，一個也不能掉在地上； 30就是你們的頭髮也都被數過了。 31所以，不要懼怕，你們比許多麻雀還貴重！」</w:t>
            </w:r>
          </w:p>
        </w:tc>
      </w:tr>
      <w:tr>
        <w:tc>
          <w:tcPr>
            <w:tcW w:type="dxa" w:w="1814"/>
          </w:tcPr>
          <w:p>
            <w:r/>
            <w:r>
              <w:rPr>
                <w:rFonts w:ascii="Microsoft JhengHei" w:hAnsi="Microsoft JhengHei" w:eastAsia="Microsoft JhengHei"/>
                <w:b w:val="0"/>
                <w:i w:val="0"/>
                <w:color w:val="222A36"/>
                <w:sz w:val="20"/>
              </w:rPr>
              <w:t>彼得前書 5:7</w:t>
            </w:r>
          </w:p>
        </w:tc>
        <w:tc>
          <w:tcPr>
            <w:tcW w:type="dxa" w:w="2438"/>
          </w:tcPr>
          <w:p>
            <w:r/>
            <w:r>
              <w:rPr>
                <w:rFonts w:ascii="Microsoft JhengHei" w:hAnsi="Microsoft JhengHei" w:eastAsia="Microsoft JhengHei"/>
                <w:b w:val="0"/>
                <w:i w:val="0"/>
                <w:color w:val="222A36"/>
                <w:sz w:val="20"/>
              </w:rPr>
              <w:t>把一切憂慮交給祂，因為祂顧念你</w:t>
            </w:r>
          </w:p>
        </w:tc>
        <w:tc>
          <w:tcPr>
            <w:tcW w:type="dxa" w:w="5102"/>
          </w:tcPr>
          <w:p>
            <w:r/>
            <w:r>
              <w:rPr>
                <w:rFonts w:ascii="Microsoft JhengHei" w:hAnsi="Microsoft JhengHei" w:eastAsia="Microsoft JhengHei"/>
                <w:b w:val="0"/>
                <w:i w:val="0"/>
                <w:color w:val="222A36"/>
                <w:sz w:val="20"/>
              </w:rPr>
              <w:t>你們要將一切的憂慮卸給 神，因為他顧念你們。</w:t>
            </w:r>
          </w:p>
        </w:tc>
      </w:tr>
      <w:tr>
        <w:tc>
          <w:tcPr>
            <w:tcW w:type="dxa" w:w="1814"/>
          </w:tcPr>
          <w:p>
            <w:r/>
            <w:r>
              <w:rPr>
                <w:rFonts w:ascii="Microsoft JhengHei" w:hAnsi="Microsoft JhengHei" w:eastAsia="Microsoft JhengHei"/>
                <w:b w:val="0"/>
                <w:i w:val="0"/>
                <w:color w:val="222A36"/>
                <w:sz w:val="20"/>
              </w:rPr>
              <w:t>詩篇 34:8</w:t>
            </w:r>
          </w:p>
        </w:tc>
        <w:tc>
          <w:tcPr>
            <w:tcW w:type="dxa" w:w="2438"/>
          </w:tcPr>
          <w:p>
            <w:r/>
            <w:r>
              <w:rPr>
                <w:rFonts w:ascii="Microsoft JhengHei" w:hAnsi="Microsoft JhengHei" w:eastAsia="Microsoft JhengHei"/>
                <w:b w:val="0"/>
                <w:i w:val="0"/>
                <w:color w:val="222A36"/>
                <w:sz w:val="20"/>
              </w:rPr>
              <w:t>嘗嘗主恩的滋味，便知道祂是美善</w:t>
            </w:r>
          </w:p>
        </w:tc>
        <w:tc>
          <w:tcPr>
            <w:tcW w:type="dxa" w:w="5102"/>
          </w:tcPr>
          <w:p>
            <w:r/>
            <w:r>
              <w:rPr>
                <w:rFonts w:ascii="Microsoft JhengHei" w:hAnsi="Microsoft JhengHei" w:eastAsia="Microsoft JhengHei"/>
                <w:b w:val="0"/>
                <w:i w:val="0"/>
                <w:color w:val="222A36"/>
                <w:sz w:val="20"/>
              </w:rPr>
              <w:t>你們要嘗嘗主恩的滋味，便知道他是美善；投靠他的人有福了！</w:t>
            </w:r>
          </w:p>
        </w:tc>
      </w:tr>
      <w:tr>
        <w:tc>
          <w:tcPr>
            <w:tcW w:type="dxa" w:w="1814"/>
          </w:tcPr>
          <w:p>
            <w:r/>
            <w:r>
              <w:rPr>
                <w:rFonts w:ascii="Microsoft JhengHei" w:hAnsi="Microsoft JhengHei" w:eastAsia="Microsoft JhengHei"/>
                <w:b w:val="0"/>
                <w:i w:val="0"/>
                <w:color w:val="222A36"/>
                <w:sz w:val="20"/>
              </w:rPr>
              <w:t>雅各書 4:8</w:t>
            </w:r>
          </w:p>
        </w:tc>
        <w:tc>
          <w:tcPr>
            <w:tcW w:type="dxa" w:w="2438"/>
          </w:tcPr>
          <w:p>
            <w:r/>
            <w:r>
              <w:rPr>
                <w:rFonts w:ascii="Microsoft JhengHei" w:hAnsi="Microsoft JhengHei" w:eastAsia="Microsoft JhengHei"/>
                <w:b w:val="0"/>
                <w:i w:val="0"/>
                <w:color w:val="222A36"/>
                <w:sz w:val="20"/>
              </w:rPr>
              <w:t>親近主，主就必親近你</w:t>
            </w:r>
          </w:p>
        </w:tc>
        <w:tc>
          <w:tcPr>
            <w:tcW w:type="dxa" w:w="5102"/>
          </w:tcPr>
          <w:p>
            <w:r/>
            <w:r>
              <w:rPr>
                <w:rFonts w:ascii="Microsoft JhengHei" w:hAnsi="Microsoft JhengHei" w:eastAsia="Microsoft JhengHei"/>
                <w:b w:val="0"/>
                <w:i w:val="0"/>
                <w:color w:val="222A36"/>
                <w:sz w:val="20"/>
              </w:rPr>
              <w:t>你們親近 神， 神就必親近你們。有罪的人哪，要潔淨你們的手！心懷二意的人哪，要清潔你們的心！</w:t>
            </w:r>
          </w:p>
        </w:tc>
      </w:tr>
      <w:tr>
        <w:tc>
          <w:tcPr>
            <w:tcW w:type="dxa" w:w="1814"/>
          </w:tcPr>
          <w:p>
            <w:r/>
            <w:r>
              <w:rPr>
                <w:rFonts w:ascii="Microsoft JhengHei" w:hAnsi="Microsoft JhengHei" w:eastAsia="Microsoft JhengHei"/>
                <w:b w:val="0"/>
                <w:i w:val="0"/>
                <w:color w:val="222A36"/>
                <w:sz w:val="20"/>
              </w:rPr>
              <w:t>約翰福音 15:13-14</w:t>
            </w:r>
          </w:p>
        </w:tc>
        <w:tc>
          <w:tcPr>
            <w:tcW w:type="dxa" w:w="2438"/>
          </w:tcPr>
          <w:p>
            <w:r/>
            <w:r>
              <w:rPr>
                <w:rFonts w:ascii="Microsoft JhengHei" w:hAnsi="Microsoft JhengHei" w:eastAsia="Microsoft JhengHei"/>
                <w:b w:val="0"/>
                <w:i w:val="0"/>
                <w:color w:val="222A36"/>
                <w:sz w:val="20"/>
              </w:rPr>
              <w:t>遵行主的吩咐，就是祂的朋友</w:t>
            </w:r>
          </w:p>
        </w:tc>
        <w:tc>
          <w:tcPr>
            <w:tcW w:type="dxa" w:w="5102"/>
          </w:tcPr>
          <w:p>
            <w:r/>
            <w:r>
              <w:rPr>
                <w:rFonts w:ascii="Microsoft JhengHei" w:hAnsi="Microsoft JhengHei" w:eastAsia="Microsoft JhengHei"/>
                <w:b w:val="0"/>
                <w:i w:val="0"/>
                <w:color w:val="222A36"/>
                <w:sz w:val="20"/>
              </w:rPr>
              <w:t>13人為朋友捨命，人的愛心沒有比這個大的。 14你們若遵行我所吩咐的，就是我的朋友了。</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給老師</w:t>
            </w:r>
          </w:p>
          <w:p>
            <w:r>
              <w:rPr>
                <w:rFonts w:ascii="Microsoft JhengHei" w:hAnsi="Microsoft JhengHei" w:eastAsia="Microsoft JhengHei"/>
                <w:b w:val="0"/>
                <w:i w:val="0"/>
                <w:color w:val="222A36"/>
                <w:sz w:val="22"/>
              </w:rPr>
              <w:t>本教案由 AI Agent 團隊草擬，必須由老師審閱、調適及親自施教。</w:t>
            </w:r>
          </w:p>
          <w:p>
            <w:r>
              <w:rPr>
                <w:rFonts w:ascii="Microsoft JhengHei" w:hAnsi="Microsoft JhengHei" w:eastAsia="Microsoft JhengHei"/>
                <w:b w:val="0"/>
                <w:i w:val="0"/>
                <w:color w:val="222A36"/>
                <w:sz w:val="22"/>
              </w:rPr>
              <w:t>AI 只是建立結構；基督徒老師見證的溫度與感動力，才是領人歸主的關鍵。</w:t>
            </w:r>
          </w:p>
          <w:p>
            <w:r>
              <w:rPr>
                <w:rFonts w:ascii="Microsoft JhengHei" w:hAnsi="Microsoft JhengHei" w:eastAsia="Microsoft JhengHei"/>
                <w:b w:val="0"/>
                <w:i w:val="0"/>
                <w:color w:val="222A36"/>
                <w:sz w:val="22"/>
              </w:rPr>
              <w:t>請在「神的兩個問題及好牧人」一段，用一兩句清楚說明耶穌為羊捨命、又復活，今天仍呼喚每個人的名字。音效請先試音，音量宜低。「給神的回答」卡請不要收回。</w:t>
            </w:r>
          </w:p>
        </w:tc>
      </w:tr>
    </w:tbl>
    <w:p/>
    <w:p>
      <w:pPr>
        <w:spacing w:after="120" w:before="240"/>
      </w:pPr>
      <w:r>
        <w:rPr>
          <w:rFonts w:ascii="Microsoft JhengHei" w:hAnsi="Microsoft JhengHei" w:eastAsia="Microsoft JhengHei"/>
          <w:b/>
          <w:i w:val="0"/>
          <w:color w:val="A86B1F"/>
          <w:sz w:val="32"/>
        </w:rPr>
        <w:t>一、本課大問題及學習目標</w:t>
      </w:r>
    </w:p>
    <w:p>
      <w:pPr>
        <w:spacing w:after="80"/>
      </w:pPr>
      <w:r>
        <w:rPr>
          <w:rFonts w:ascii="Microsoft JhengHei" w:hAnsi="Microsoft JhengHei" w:eastAsia="Microsoft JhengHei"/>
          <w:b/>
          <w:i w:val="0"/>
          <w:color w:val="222A36"/>
          <w:sz w:val="22"/>
        </w:rPr>
        <w:t>大問題：生活這麼吵，神在哪裏對我說話？</w:t>
      </w:r>
    </w:p>
    <w:p>
      <w:pPr>
        <w:spacing w:after="80"/>
      </w:pPr>
      <w:r>
        <w:rPr>
          <w:rFonts w:ascii="Microsoft JhengHei" w:hAnsi="Microsoft JhengHei" w:eastAsia="Microsoft JhengHei"/>
          <w:b w:val="0"/>
          <w:i w:val="0"/>
          <w:color w:val="222A36"/>
          <w:sz w:val="22"/>
        </w:rPr>
        <w:t>牧養焦點：延續第一課「神先照顧」：同學每天被手機通知、功課及別人的評價包圍，提不起勁時更難安靜。本課讓同學經歷聲音由大至靜，明白神溫柔地呼喚他們，並邀請他們誠實回答。</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FE7D6"/>
          </w:tcPr>
          <w:p>
            <w:r/>
            <w:r>
              <w:rPr>
                <w:rFonts w:ascii="Microsoft JhengHei" w:hAnsi="Microsoft JhengHei" w:eastAsia="Microsoft JhengHei"/>
                <w:b/>
                <w:i w:val="0"/>
                <w:color w:val="222A36"/>
                <w:sz w:val="20"/>
              </w:rPr>
              <w:t>知識</w:t>
            </w:r>
          </w:p>
        </w:tc>
        <w:tc>
          <w:tcPr>
            <w:tcW w:type="dxa" w:w="3324"/>
            <w:shd w:val="clear" w:fill="EFE7D6"/>
          </w:tcPr>
          <w:p>
            <w:r/>
            <w:r>
              <w:rPr>
                <w:rFonts w:ascii="Microsoft JhengHei" w:hAnsi="Microsoft JhengHei" w:eastAsia="Microsoft JhengHei"/>
                <w:b/>
                <w:i w:val="0"/>
                <w:color w:val="222A36"/>
                <w:sz w:val="20"/>
              </w:rPr>
              <w:t>技能</w:t>
            </w:r>
          </w:p>
        </w:tc>
        <w:tc>
          <w:tcPr>
            <w:tcW w:type="dxa" w:w="3324"/>
            <w:shd w:val="clear" w:fill="EFE7D6"/>
          </w:tcPr>
          <w:p>
            <w:r/>
            <w:r>
              <w:rPr>
                <w:rFonts w:ascii="Microsoft JhengHei" w:hAnsi="Microsoft JhengHei" w:eastAsia="Microsoft JhengHei"/>
                <w:b/>
                <w:i w:val="0"/>
                <w:color w:val="222A36"/>
                <w:sz w:val="20"/>
              </w:rPr>
              <w:t>態度</w:t>
            </w:r>
          </w:p>
        </w:tc>
      </w:tr>
      <w:tr>
        <w:tc>
          <w:tcPr>
            <w:tcW w:type="dxa" w:w="3324"/>
          </w:tcPr>
          <w:p>
            <w:r/>
            <w:r>
              <w:rPr>
                <w:rFonts w:ascii="Microsoft JhengHei" w:hAnsi="Microsoft JhengHei" w:eastAsia="Microsoft JhengHei"/>
                <w:b w:val="0"/>
                <w:i w:val="0"/>
                <w:color w:val="222A36"/>
                <w:sz w:val="20"/>
              </w:rPr>
              <w:t>說出以利亞在何烈山經歷的烈風、地震、烈火及微小的聲音。</w:t>
              <w:br/>
              <w:t>說出神兩次問以利亞的問題，以及耶穌是好牧人。</w:t>
            </w:r>
          </w:p>
        </w:tc>
        <w:tc>
          <w:tcPr>
            <w:tcW w:type="dxa" w:w="3324"/>
          </w:tcPr>
          <w:p>
            <w:r/>
            <w:r>
              <w:rPr>
                <w:rFonts w:ascii="Microsoft JhengHei" w:hAnsi="Microsoft JhengHei" w:eastAsia="Microsoft JhengHei"/>
                <w:b w:val="0"/>
                <w:i w:val="0"/>
                <w:color w:val="222A36"/>
                <w:sz w:val="20"/>
              </w:rPr>
              <w:t>能安靜一分鐘，並用一句話回應神。</w:t>
              <w:br/>
              <w:t>能為自己訂下每天十分鐘的數碼安息。</w:t>
            </w:r>
          </w:p>
        </w:tc>
        <w:tc>
          <w:tcPr>
            <w:tcW w:type="dxa" w:w="3324"/>
          </w:tcPr>
          <w:p>
            <w:r/>
            <w:r>
              <w:rPr>
                <w:rFonts w:ascii="Microsoft JhengHei" w:hAnsi="Microsoft JhengHei" w:eastAsia="Microsoft JhengHei"/>
                <w:b w:val="0"/>
                <w:i w:val="0"/>
                <w:color w:val="222A36"/>
                <w:sz w:val="20"/>
              </w:rPr>
              <w:t>願意在喧鬧中停下來聆聽神。</w:t>
              <w:br/>
              <w:t>願意誠實地把心裏話告訴神，並在孤單時找信任的人傾談。</w:t>
            </w:r>
          </w:p>
        </w:tc>
      </w:tr>
    </w:tbl>
    <w:p/>
    <w:p>
      <w:pPr>
        <w:spacing w:after="120" w:before="240"/>
      </w:pPr>
      <w:r>
        <w:rPr>
          <w:rFonts w:ascii="Microsoft JhengHei" w:hAnsi="Microsoft JhengHei" w:eastAsia="Microsoft JhengHei"/>
          <w:b/>
          <w:i w:val="0"/>
          <w:color w:val="A86B1F"/>
          <w:sz w:val="32"/>
        </w:rPr>
        <w:t>二、兩個核心</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核心一「祂是誰？」</w:t>
            </w:r>
          </w:p>
          <w:p>
            <w:r>
              <w:rPr>
                <w:rFonts w:ascii="Microsoft JhengHei" w:hAnsi="Microsoft JhengHei" w:eastAsia="Microsoft JhengHei"/>
                <w:b w:val="0"/>
                <w:i w:val="0"/>
                <w:color w:val="222A36"/>
                <w:sz w:val="22"/>
              </w:rPr>
              <w:t>耶穌是好牧人，祂認得我的名字，祂的羊聽祂的聲音；祂為羊捨命、又復活，今天仍溫柔地呼喚我。〔約翰福音 10:27〕</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核心二「信心×行動」</w:t>
            </w:r>
          </w:p>
          <w:p>
            <w:r>
              <w:rPr>
                <w:rFonts w:ascii="Microsoft JhengHei" w:hAnsi="Microsoft JhengHei" w:eastAsia="Microsoft JhengHei"/>
                <w:b w:val="0"/>
                <w:i w:val="0"/>
                <w:color w:val="222A36"/>
                <w:sz w:val="22"/>
              </w:rPr>
              <w:t>這星期每天十分鐘，把手機靜音反轉，讀一節經文，對神說「請說，我在聽」。〔詩篇 46:10〕</w:t>
            </w:r>
          </w:p>
        </w:tc>
      </w:tr>
    </w:tbl>
    <w:p/>
    <w:p>
      <w:pPr>
        <w:spacing w:after="80"/>
      </w:pPr>
      <w:r>
        <w:rPr>
          <w:rFonts w:ascii="Microsoft JhengHei" w:hAnsi="Microsoft JhengHei" w:eastAsia="Microsoft JhengHei"/>
          <w:b w:val="0"/>
          <w:i w:val="0"/>
          <w:color w:val="6B7280"/>
          <w:sz w:val="20"/>
        </w:rPr>
        <w:t>聖經簡報：經文：列王紀上 19:9-13（系列「跟以利亞重新得力」第二課）。大意：生活充滿大聲、刺激的聲音，神卻溫柔地呼喚我，問我「你在這裏做甚麼？」；我可以停下來誠實回答，並聆聽好牧人耶穌的聲音。核心一（祂是誰）：耶穌是好牧人，祂的羊聽祂的聲音，祂為羊捨命、又復活（John 10:27）。核心二（信心×行動）：每天十分鐘數碼安息，靜音、讀一節經文，說「請說，我在聽」（Psalms 46:10）。基督教軌道用詞：神、聖靈、靈修、微小的聲音。避免誤讀：聽見神一定有特別感覺；神不在熱鬧的地方；以利亞的抱怨是錯的；安靜是逃避現實。音效不宜太大聲；以利亞說「只剩下我一個」時提醒同學可以向信任的人傾談，並為第三課鋪路。</w:t>
      </w:r>
    </w:p>
    <w:p>
      <w:pPr>
        <w:spacing w:after="120" w:before="240"/>
      </w:pPr>
      <w:r>
        <w:rPr>
          <w:rFonts w:ascii="Microsoft JhengHei" w:hAnsi="Microsoft JhengHei" w:eastAsia="Microsoft JhengHei"/>
          <w:b/>
          <w:i w:val="0"/>
          <w:color w:val="222A36"/>
          <w:sz w:val="26"/>
        </w:rPr>
        <w:t>系列大綱</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680"/>
            <w:shd w:val="clear" w:fill="EFE7D6"/>
          </w:tcPr>
          <w:p>
            <w:r/>
            <w:r>
              <w:rPr>
                <w:rFonts w:ascii="Microsoft JhengHei" w:hAnsi="Microsoft JhengHei" w:eastAsia="Microsoft JhengHei"/>
                <w:b/>
                <w:i w:val="0"/>
                <w:color w:val="222A36"/>
                <w:sz w:val="20"/>
              </w:rPr>
              <w:t>課</w:t>
            </w:r>
          </w:p>
        </w:tc>
        <w:tc>
          <w:tcPr>
            <w:tcW w:type="dxa" w:w="2268"/>
            <w:shd w:val="clear" w:fill="EFE7D6"/>
          </w:tcPr>
          <w:p>
            <w:r/>
            <w:r>
              <w:rPr>
                <w:rFonts w:ascii="Microsoft JhengHei" w:hAnsi="Microsoft JhengHei" w:eastAsia="Microsoft JhengHei"/>
                <w:b/>
                <w:i w:val="0"/>
                <w:color w:val="222A36"/>
                <w:sz w:val="20"/>
              </w:rPr>
              <w:t>題目</w:t>
            </w:r>
          </w:p>
        </w:tc>
        <w:tc>
          <w:tcPr>
            <w:tcW w:type="dxa" w:w="2551"/>
            <w:shd w:val="clear" w:fill="EFE7D6"/>
          </w:tcPr>
          <w:p>
            <w:r/>
            <w:r>
              <w:rPr>
                <w:rFonts w:ascii="Microsoft JhengHei" w:hAnsi="Microsoft JhengHei" w:eastAsia="Microsoft JhengHei"/>
                <w:b/>
                <w:i w:val="0"/>
                <w:color w:val="222A36"/>
                <w:sz w:val="20"/>
              </w:rPr>
              <w:t>焦點</w:t>
            </w:r>
          </w:p>
        </w:tc>
        <w:tc>
          <w:tcPr>
            <w:tcW w:type="dxa" w:w="1701"/>
            <w:shd w:val="clear" w:fill="EFE7D6"/>
          </w:tcPr>
          <w:p>
            <w:r/>
            <w:r>
              <w:rPr>
                <w:rFonts w:ascii="Microsoft JhengHei" w:hAnsi="Microsoft JhengHei" w:eastAsia="Microsoft JhengHei"/>
                <w:b/>
                <w:i w:val="0"/>
                <w:color w:val="222A36"/>
                <w:sz w:val="20"/>
              </w:rPr>
              <w:t>主要經文</w:t>
            </w:r>
          </w:p>
        </w:tc>
        <w:tc>
          <w:tcPr>
            <w:tcW w:type="dxa" w:w="2268"/>
            <w:shd w:val="clear" w:fill="EFE7D6"/>
          </w:tcPr>
          <w:p>
            <w:r/>
            <w:r>
              <w:rPr>
                <w:rFonts w:ascii="Microsoft JhengHei" w:hAnsi="Microsoft JhengHei" w:eastAsia="Microsoft JhengHei"/>
                <w:b/>
                <w:i w:val="0"/>
                <w:color w:val="222A36"/>
                <w:sz w:val="20"/>
              </w:rPr>
              <w:t>主要活動</w:t>
            </w:r>
          </w:p>
        </w:tc>
      </w:tr>
      <w:tr>
        <w:tc>
          <w:tcPr>
            <w:tcW w:type="dxa" w:w="680"/>
          </w:tcPr>
          <w:p>
            <w:r/>
            <w:r>
              <w:rPr>
                <w:rFonts w:ascii="Microsoft JhengHei" w:hAnsi="Microsoft JhengHei" w:eastAsia="Microsoft JhengHei"/>
                <w:b w:val="0"/>
                <w:i w:val="0"/>
                <w:color w:val="222A36"/>
                <w:sz w:val="20"/>
              </w:rPr>
              <w:t>1</w:t>
            </w:r>
          </w:p>
        </w:tc>
        <w:tc>
          <w:tcPr>
            <w:tcW w:type="dxa" w:w="2268"/>
          </w:tcPr>
          <w:p>
            <w:r/>
            <w:r>
              <w:rPr>
                <w:rFonts w:ascii="Microsoft JhengHei" w:hAnsi="Microsoft JhengHei" w:eastAsia="Microsoft JhengHei"/>
                <w:b w:val="0"/>
                <w:i w:val="0"/>
                <w:color w:val="222A36"/>
                <w:sz w:val="20"/>
              </w:rPr>
              <w:t>羅騰樹下：累了，神先照顧你</w:t>
            </w:r>
          </w:p>
        </w:tc>
        <w:tc>
          <w:tcPr>
            <w:tcW w:type="dxa" w:w="2551"/>
          </w:tcPr>
          <w:p>
            <w:r/>
            <w:r>
              <w:rPr>
                <w:rFonts w:ascii="Microsoft JhengHei" w:hAnsi="Microsoft JhengHei" w:eastAsia="Microsoft JhengHei"/>
                <w:b w:val="0"/>
                <w:i w:val="0"/>
                <w:color w:val="222A36"/>
                <w:sz w:val="20"/>
              </w:rPr>
              <w:t>疲乏與被照顧：恩典先於要求</w:t>
            </w:r>
          </w:p>
        </w:tc>
        <w:tc>
          <w:tcPr>
            <w:tcW w:type="dxa" w:w="1701"/>
          </w:tcPr>
          <w:p>
            <w:r/>
            <w:r>
              <w:rPr>
                <w:rFonts w:ascii="Microsoft JhengHei" w:hAnsi="Microsoft JhengHei" w:eastAsia="Microsoft JhengHei"/>
                <w:b w:val="0"/>
                <w:i w:val="0"/>
                <w:color w:val="222A36"/>
                <w:sz w:val="20"/>
              </w:rPr>
              <w:t>1 Kings 19:3-8</w:t>
            </w:r>
          </w:p>
        </w:tc>
        <w:tc>
          <w:tcPr>
            <w:tcW w:type="dxa" w:w="2268"/>
          </w:tcPr>
          <w:p>
            <w:r/>
            <w:r>
              <w:rPr>
                <w:rFonts w:ascii="Microsoft JhengHei" w:hAnsi="Microsoft JhengHei" w:eastAsia="Microsoft JhengHei"/>
                <w:b w:val="0"/>
                <w:i w:val="0"/>
                <w:color w:val="222A36"/>
                <w:sz w:val="20"/>
              </w:rPr>
              <w:t>原位定格：羅騰樹下</w:t>
            </w:r>
          </w:p>
        </w:tc>
      </w:tr>
      <w:tr>
        <w:tc>
          <w:tcPr>
            <w:tcW w:type="dxa" w:w="680"/>
          </w:tcPr>
          <w:p>
            <w:r/>
            <w:r>
              <w:rPr>
                <w:rFonts w:ascii="Microsoft JhengHei" w:hAnsi="Microsoft JhengHei" w:eastAsia="Microsoft JhengHei"/>
                <w:b w:val="0"/>
                <w:i w:val="0"/>
                <w:color w:val="222A36"/>
                <w:sz w:val="20"/>
              </w:rPr>
              <w:t>2</w:t>
            </w:r>
          </w:p>
        </w:tc>
        <w:tc>
          <w:tcPr>
            <w:tcW w:type="dxa" w:w="2268"/>
          </w:tcPr>
          <w:p>
            <w:r/>
            <w:r>
              <w:rPr>
                <w:rFonts w:ascii="Microsoft JhengHei" w:hAnsi="Microsoft JhengHei" w:eastAsia="Microsoft JhengHei"/>
                <w:b w:val="0"/>
                <w:i w:val="0"/>
                <w:color w:val="222A36"/>
                <w:sz w:val="20"/>
              </w:rPr>
              <w:t>何烈山的微聲：在喧鬧中聽見神</w:t>
            </w:r>
          </w:p>
        </w:tc>
        <w:tc>
          <w:tcPr>
            <w:tcW w:type="dxa" w:w="2551"/>
          </w:tcPr>
          <w:p>
            <w:r/>
            <w:r>
              <w:rPr>
                <w:rFonts w:ascii="Microsoft JhengHei" w:hAnsi="Microsoft JhengHei" w:eastAsia="Microsoft JhengHei"/>
                <w:b w:val="0"/>
                <w:i w:val="0"/>
                <w:color w:val="222A36"/>
                <w:sz w:val="20"/>
              </w:rPr>
              <w:t>安靜聆聽：神不在風、地震、火中，而在微小的聲音</w:t>
            </w:r>
          </w:p>
        </w:tc>
        <w:tc>
          <w:tcPr>
            <w:tcW w:type="dxa" w:w="1701"/>
          </w:tcPr>
          <w:p>
            <w:r/>
            <w:r>
              <w:rPr>
                <w:rFonts w:ascii="Microsoft JhengHei" w:hAnsi="Microsoft JhengHei" w:eastAsia="Microsoft JhengHei"/>
                <w:b w:val="0"/>
                <w:i w:val="0"/>
                <w:color w:val="222A36"/>
                <w:sz w:val="20"/>
              </w:rPr>
              <w:t>1 Kings 19:11-13</w:t>
            </w:r>
          </w:p>
        </w:tc>
        <w:tc>
          <w:tcPr>
            <w:tcW w:type="dxa" w:w="2268"/>
          </w:tcPr>
          <w:p>
            <w:r/>
            <w:r>
              <w:rPr>
                <w:rFonts w:ascii="Microsoft JhengHei" w:hAnsi="Microsoft JhengHei" w:eastAsia="Microsoft JhengHei"/>
                <w:b w:val="0"/>
                <w:i w:val="0"/>
                <w:color w:val="222A36"/>
                <w:sz w:val="20"/>
              </w:rPr>
              <w:t>何烈山聲音之旅及一分鐘靜默</w:t>
            </w:r>
          </w:p>
        </w:tc>
      </w:tr>
      <w:tr>
        <w:tc>
          <w:tcPr>
            <w:tcW w:type="dxa" w:w="680"/>
          </w:tcPr>
          <w:p>
            <w:r/>
            <w:r>
              <w:rPr>
                <w:rFonts w:ascii="Microsoft JhengHei" w:hAnsi="Microsoft JhengHei" w:eastAsia="Microsoft JhengHei"/>
                <w:b w:val="0"/>
                <w:i w:val="0"/>
                <w:color w:val="222A36"/>
                <w:sz w:val="20"/>
              </w:rPr>
              <w:t>3</w:t>
            </w:r>
          </w:p>
        </w:tc>
        <w:tc>
          <w:tcPr>
            <w:tcW w:type="dxa" w:w="2268"/>
          </w:tcPr>
          <w:p>
            <w:r/>
            <w:r>
              <w:rPr>
                <w:rFonts w:ascii="Microsoft JhengHei" w:hAnsi="Microsoft JhengHei" w:eastAsia="Microsoft JhengHei"/>
                <w:b w:val="0"/>
                <w:i w:val="0"/>
                <w:color w:val="222A36"/>
                <w:sz w:val="20"/>
              </w:rPr>
              <w:t>回去吧，你不是一個人：重新得力、被差遣</w:t>
            </w:r>
          </w:p>
        </w:tc>
        <w:tc>
          <w:tcPr>
            <w:tcW w:type="dxa" w:w="2551"/>
          </w:tcPr>
          <w:p>
            <w:r/>
            <w:r>
              <w:rPr>
                <w:rFonts w:ascii="Microsoft JhengHei" w:hAnsi="Microsoft JhengHei" w:eastAsia="Microsoft JhengHei"/>
                <w:b w:val="0"/>
                <w:i w:val="0"/>
                <w:color w:val="222A36"/>
                <w:sz w:val="20"/>
              </w:rPr>
              <w:t>意義與方向：神給以利亞新的任務及同行的人</w:t>
            </w:r>
          </w:p>
        </w:tc>
        <w:tc>
          <w:tcPr>
            <w:tcW w:type="dxa" w:w="1701"/>
          </w:tcPr>
          <w:p>
            <w:r/>
            <w:r>
              <w:rPr>
                <w:rFonts w:ascii="Microsoft JhengHei" w:hAnsi="Microsoft JhengHei" w:eastAsia="Microsoft JhengHei"/>
                <w:b w:val="0"/>
                <w:i w:val="0"/>
                <w:color w:val="222A36"/>
                <w:sz w:val="20"/>
              </w:rPr>
              <w:t>1 Kings 19:15-18</w:t>
            </w:r>
          </w:p>
        </w:tc>
        <w:tc>
          <w:tcPr>
            <w:tcW w:type="dxa" w:w="2268"/>
          </w:tcPr>
          <w:p>
            <w:r/>
            <w:r>
              <w:rPr>
                <w:rFonts w:ascii="Microsoft JhengHei" w:hAnsi="Microsoft JhengHei" w:eastAsia="Microsoft JhengHei"/>
                <w:b w:val="0"/>
                <w:i w:val="0"/>
                <w:color w:val="222A36"/>
                <w:sz w:val="20"/>
              </w:rPr>
              <w:t>信心網：找出三位同行的人</w:t>
            </w:r>
          </w:p>
        </w:tc>
      </w:tr>
    </w:tbl>
    <w:p/>
    <w:p>
      <w:pPr>
        <w:spacing w:after="120" w:before="240"/>
      </w:pPr>
      <w:r>
        <w:rPr>
          <w:rFonts w:ascii="Microsoft JhengHei" w:hAnsi="Microsoft JhengHei" w:eastAsia="Microsoft JhengHei"/>
          <w:b/>
          <w:i w:val="0"/>
          <w:color w:val="A86B1F"/>
          <w:sz w:val="32"/>
        </w:rPr>
        <w:t>三、時間表</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814"/>
            <w:shd w:val="clear" w:fill="EFE7D6"/>
          </w:tcPr>
          <w:p>
            <w:r/>
            <w:r>
              <w:rPr>
                <w:rFonts w:ascii="Microsoft JhengHei" w:hAnsi="Microsoft JhengHei" w:eastAsia="Microsoft JhengHei"/>
                <w:b/>
                <w:i w:val="0"/>
                <w:color w:val="222A36"/>
                <w:sz w:val="20"/>
              </w:rPr>
              <w:t>環節</w:t>
            </w:r>
          </w:p>
        </w:tc>
        <w:tc>
          <w:tcPr>
            <w:tcW w:type="dxa" w:w="1134"/>
            <w:shd w:val="clear" w:fill="EFE7D6"/>
          </w:tcPr>
          <w:p>
            <w:r/>
            <w:r>
              <w:rPr>
                <w:rFonts w:ascii="Microsoft JhengHei" w:hAnsi="Microsoft JhengHei" w:eastAsia="Microsoft JhengHei"/>
                <w:b/>
                <w:i w:val="0"/>
                <w:color w:val="222A36"/>
                <w:sz w:val="20"/>
              </w:rPr>
              <w:t>時間</w:t>
            </w:r>
          </w:p>
        </w:tc>
        <w:tc>
          <w:tcPr>
            <w:tcW w:type="dxa" w:w="3685"/>
            <w:shd w:val="clear" w:fill="EFE7D6"/>
          </w:tcPr>
          <w:p>
            <w:r/>
            <w:r>
              <w:rPr>
                <w:rFonts w:ascii="Microsoft JhengHei" w:hAnsi="Microsoft JhengHei" w:eastAsia="Microsoft JhengHei"/>
                <w:b/>
                <w:i w:val="0"/>
                <w:color w:val="222A36"/>
                <w:sz w:val="20"/>
              </w:rPr>
              <w:t>內容</w:t>
            </w:r>
          </w:p>
        </w:tc>
        <w:tc>
          <w:tcPr>
            <w:tcW w:type="dxa" w:w="1984"/>
            <w:shd w:val="clear" w:fill="EFE7D6"/>
          </w:tcPr>
          <w:p>
            <w:r/>
            <w:r>
              <w:rPr>
                <w:rFonts w:ascii="Microsoft JhengHei" w:hAnsi="Microsoft JhengHei" w:eastAsia="Microsoft JhengHei"/>
                <w:b/>
                <w:i w:val="0"/>
                <w:color w:val="222A36"/>
                <w:sz w:val="20"/>
              </w:rPr>
              <w:t>活動</w:t>
            </w:r>
          </w:p>
        </w:tc>
        <w:tc>
          <w:tcPr>
            <w:tcW w:type="dxa" w:w="680"/>
            <w:shd w:val="clear" w:fill="EFE7D6"/>
          </w:tcPr>
          <w:p>
            <w:r/>
            <w:r>
              <w:rPr>
                <w:rFonts w:ascii="Microsoft JhengHei" w:hAnsi="Microsoft JhengHei" w:eastAsia="Microsoft JhengHei"/>
                <w:b/>
                <w:i w:val="0"/>
                <w:color w:val="222A36"/>
                <w:sz w:val="20"/>
              </w:rPr>
              <w:t>禱告</w:t>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6 分鐘</w:t>
            </w:r>
          </w:p>
        </w:tc>
        <w:tc>
          <w:tcPr>
            <w:tcW w:type="dxa" w:w="3685"/>
          </w:tcPr>
          <w:p>
            <w:r/>
            <w:r>
              <w:rPr>
                <w:rFonts w:ascii="Microsoft JhengHei" w:hAnsi="Microsoft JhengHei" w:eastAsia="Microsoft JhengHei"/>
                <w:b w:val="0"/>
                <w:i w:val="0"/>
                <w:color w:val="222A36"/>
                <w:sz w:val="20"/>
              </w:rPr>
              <w:t>聲音調音台</w:t>
            </w:r>
          </w:p>
        </w:tc>
        <w:tc>
          <w:tcPr>
            <w:tcW w:type="dxa" w:w="1984"/>
          </w:tcPr>
          <w:p>
            <w:r/>
            <w:r>
              <w:rPr>
                <w:rFonts w:ascii="Microsoft JhengHei" w:hAnsi="Microsoft JhengHei" w:eastAsia="Microsoft JhengHei"/>
                <w:b w:val="0"/>
                <w:i w:val="0"/>
                <w:color w:val="222A36"/>
                <w:sz w:val="20"/>
              </w:rPr>
              <w:t>聲音調音台</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2 分鐘</w:t>
            </w:r>
          </w:p>
        </w:tc>
        <w:tc>
          <w:tcPr>
            <w:tcW w:type="dxa" w:w="3685"/>
          </w:tcPr>
          <w:p>
            <w:r/>
            <w:r>
              <w:rPr>
                <w:rFonts w:ascii="Microsoft JhengHei" w:hAnsi="Microsoft JhengHei" w:eastAsia="Microsoft JhengHei"/>
                <w:b w:val="0"/>
                <w:i w:val="0"/>
                <w:color w:val="222A36"/>
                <w:sz w:val="20"/>
              </w:rPr>
              <w:t>開課短禱及大問題</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背景：從羅騰樹下到何烈山</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8 分鐘</w:t>
            </w:r>
          </w:p>
        </w:tc>
        <w:tc>
          <w:tcPr>
            <w:tcW w:type="dxa" w:w="3685"/>
          </w:tcPr>
          <w:p>
            <w:r/>
            <w:r>
              <w:rPr>
                <w:rFonts w:ascii="Microsoft JhengHei" w:hAnsi="Microsoft JhengHei" w:eastAsia="Microsoft JhengHei"/>
                <w:b w:val="0"/>
                <w:i w:val="0"/>
                <w:color w:val="222A36"/>
                <w:sz w:val="20"/>
              </w:rPr>
              <w:t>何烈山聲音之旅</w:t>
            </w:r>
          </w:p>
        </w:tc>
        <w:tc>
          <w:tcPr>
            <w:tcW w:type="dxa" w:w="1984"/>
          </w:tcPr>
          <w:p>
            <w:r/>
            <w:r>
              <w:rPr>
                <w:rFonts w:ascii="Microsoft JhengHei" w:hAnsi="Microsoft JhengHei" w:eastAsia="Microsoft JhengHei"/>
                <w:b w:val="0"/>
                <w:i w:val="0"/>
                <w:color w:val="222A36"/>
                <w:sz w:val="20"/>
              </w:rPr>
              <w:t>何烈山聲音之旅</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神的兩個問題及好牧人</w:t>
            </w:r>
          </w:p>
        </w:tc>
        <w:tc>
          <w:tcPr>
            <w:tcW w:type="dxa" w:w="1984"/>
          </w:tcPr>
          <w:p>
            <w:r/>
            <w:r>
              <w:rPr>
                <w:rFonts w:ascii="Microsoft JhengHei" w:hAnsi="Microsoft JhengHei" w:eastAsia="Microsoft JhengHei"/>
                <w:b w:val="0"/>
                <w:i w:val="0"/>
                <w:color w:val="222A36"/>
                <w:sz w:val="20"/>
              </w:rPr>
              <w:t>神的兩個問題（輪讀）</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老師時刻</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一分鐘按住靜默</w:t>
            </w:r>
          </w:p>
        </w:tc>
        <w:tc>
          <w:tcPr>
            <w:tcW w:type="dxa" w:w="1984"/>
          </w:tcPr>
          <w:p>
            <w:r/>
            <w:r>
              <w:rPr>
                <w:rFonts w:ascii="Microsoft JhengHei" w:hAnsi="Microsoft JhengHei" w:eastAsia="Microsoft JhengHei"/>
                <w:b w:val="0"/>
                <w:i w:val="0"/>
                <w:color w:val="222A36"/>
                <w:sz w:val="20"/>
              </w:rPr>
              <w:t>一分鐘按住靜默</w:t>
            </w:r>
          </w:p>
        </w:tc>
        <w:tc>
          <w:tcPr>
            <w:tcW w:type="dxa" w:w="680"/>
          </w:tcPr>
          <w:p>
            <w:r/>
            <w:r>
              <w:rPr>
                <w:rFonts w:ascii="Microsoft JhengHei" w:hAnsi="Microsoft JhengHei" w:eastAsia="Microsoft JhengHei"/>
                <w:b w:val="0"/>
                <w:i w:val="0"/>
                <w:color w:val="222A36"/>
                <w:sz w:val="20"/>
              </w:rPr>
              <w:t>🙏</w:t>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給神的回答（匿名卡）</w:t>
            </w:r>
          </w:p>
        </w:tc>
        <w:tc>
          <w:tcPr>
            <w:tcW w:type="dxa" w:w="1984"/>
          </w:tcPr>
          <w:p>
            <w:r/>
            <w:r>
              <w:rPr>
                <w:rFonts w:ascii="Microsoft JhengHei" w:hAnsi="Microsoft JhengHei" w:eastAsia="Microsoft JhengHei"/>
                <w:b w:val="0"/>
                <w:i w:val="0"/>
                <w:color w:val="222A36"/>
                <w:sz w:val="20"/>
              </w:rPr>
              <w:t>給神的回答（匿名卡）</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收結禱告、數碼安息及課後路徑</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t>🙏</w:t>
            </w:r>
          </w:p>
        </w:tc>
      </w:tr>
    </w:tbl>
    <w:p/>
    <w:p>
      <w:pPr>
        <w:spacing w:after="120" w:before="240"/>
      </w:pPr>
      <w:r>
        <w:rPr>
          <w:rFonts w:ascii="Microsoft JhengHei" w:hAnsi="Microsoft JhengHei" w:eastAsia="Microsoft JhengHei"/>
          <w:b/>
          <w:i w:val="0"/>
          <w:color w:val="A86B1F"/>
          <w:sz w:val="32"/>
        </w:rPr>
        <w:t>四、教學流程</w:t>
      </w:r>
    </w:p>
    <w:p>
      <w:pPr>
        <w:spacing w:after="120" w:before="240"/>
      </w:pPr>
      <w:r>
        <w:rPr>
          <w:rFonts w:ascii="Microsoft JhengHei" w:hAnsi="Microsoft JhengHei" w:eastAsia="Microsoft JhengHei"/>
          <w:b/>
          <w:i w:val="0"/>
          <w:color w:val="222A36"/>
          <w:sz w:val="26"/>
        </w:rPr>
        <w:t>1. 聲音調音台（導入與破冰 · 6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先調低音量，預告會播放聲音。</w:t>
      </w:r>
    </w:p>
    <w:p>
      <w:pPr>
        <w:pStyle w:val="ListBullet"/>
      </w:pPr>
      <w:r>
        <w:rPr>
          <w:rFonts w:ascii="Microsoft JhengHei" w:hAnsi="Microsoft JhengHei" w:eastAsia="Microsoft JhengHei"/>
          <w:b w:val="0"/>
          <w:i w:val="0"/>
          <w:color w:val="222A36"/>
          <w:sz w:val="22"/>
        </w:rPr>
        <w:t>依次播放手機通知、群組訊息、短片、測驗鐘四種聲音，請同學用手指表示哪一種最大聲。</w:t>
      </w:r>
    </w:p>
    <w:p>
      <w:pPr>
        <w:pStyle w:val="ListBullet"/>
      </w:pPr>
      <w:r>
        <w:rPr>
          <w:rFonts w:ascii="Microsoft JhengHei" w:hAnsi="Microsoft JhengHei" w:eastAsia="Microsoft JhengHei"/>
          <w:b w:val="0"/>
          <w:i w:val="0"/>
          <w:color w:val="222A36"/>
          <w:sz w:val="22"/>
        </w:rPr>
        <w:t>逐一把聲音調低至全部靜下來，問：你聽見甚麼？</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用一至四隻手指表態。</w:t>
      </w:r>
    </w:p>
    <w:p>
      <w:pPr>
        <w:pStyle w:val="ListBullet"/>
      </w:pPr>
      <w:r>
        <w:rPr>
          <w:rFonts w:ascii="Microsoft JhengHei" w:hAnsi="Microsoft JhengHei" w:eastAsia="Microsoft JhengHei"/>
          <w:b w:val="0"/>
          <w:i w:val="0"/>
          <w:color w:val="222A36"/>
          <w:sz w:val="22"/>
        </w:rPr>
        <w:t>安靜聆聽。</w:t>
      </w:r>
    </w:p>
    <w:p>
      <w:pPr>
        <w:spacing w:after="80"/>
      </w:pPr>
      <w:r>
        <w:rPr>
          <w:rFonts w:ascii="Microsoft JhengHei" w:hAnsi="Microsoft JhengHei" w:eastAsia="Microsoft JhengHei"/>
          <w:b w:val="0"/>
          <w:i w:val="0"/>
          <w:color w:val="6B7280"/>
          <w:sz w:val="20"/>
        </w:rPr>
        <w:t>SEN 調適：感官敏感的同學可以捂耳或坐到較遠位置。</w:t>
      </w:r>
    </w:p>
    <w:p>
      <w:pPr>
        <w:spacing w:after="80"/>
      </w:pPr>
      <w:r>
        <w:rPr>
          <w:rFonts w:ascii="Microsoft JhengHei" w:hAnsi="Microsoft JhengHei" w:eastAsia="Microsoft JhengHei"/>
          <w:b w:val="0"/>
          <w:i w:val="0"/>
          <w:color w:val="6B7280"/>
          <w:sz w:val="20"/>
        </w:rPr>
        <w:t>過渡：以利亞也被很多聲音壓着，他走到了神的山。</w:t>
      </w:r>
    </w:p>
    <w:p>
      <w:pPr>
        <w:spacing w:after="120" w:before="240"/>
      </w:pPr>
      <w:r>
        <w:rPr>
          <w:rFonts w:ascii="Microsoft JhengHei" w:hAnsi="Microsoft JhengHei" w:eastAsia="Microsoft JhengHei"/>
          <w:b/>
          <w:i w:val="0"/>
          <w:color w:val="222A36"/>
          <w:sz w:val="26"/>
        </w:rPr>
        <w:t>2. 開課短禱及大問題（導入與破冰 · 2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帶開課短禱。</w:t>
      </w:r>
    </w:p>
    <w:p>
      <w:pPr>
        <w:pStyle w:val="ListBullet"/>
      </w:pPr>
      <w:r>
        <w:rPr>
          <w:rFonts w:ascii="Microsoft JhengHei" w:hAnsi="Microsoft JhengHei" w:eastAsia="Microsoft JhengHei"/>
          <w:b w:val="0"/>
          <w:i w:val="0"/>
          <w:color w:val="222A36"/>
          <w:sz w:val="22"/>
        </w:rPr>
        <w:t>寫大問題：生活這麼吵，神在哪裏對我說話？</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安靜一同禱告（可以只聽）。</w:t>
      </w:r>
    </w:p>
    <w:p>
      <w:pPr>
        <w:spacing w:after="80"/>
      </w:pPr>
      <w:r>
        <w:rPr>
          <w:rFonts w:ascii="Microsoft JhengHei" w:hAnsi="Microsoft JhengHei" w:eastAsia="Microsoft JhengHei"/>
          <w:b w:val="0"/>
          <w:i w:val="0"/>
          <w:color w:val="6B7280"/>
          <w:sz w:val="20"/>
        </w:rPr>
        <w:t>SEN 調適：大問題配一個耳朵圖示。</w:t>
      </w:r>
    </w:p>
    <w:p>
      <w:pPr>
        <w:spacing w:after="80"/>
      </w:pPr>
      <w:r>
        <w:rPr>
          <w:rFonts w:ascii="Microsoft JhengHei" w:hAnsi="Microsoft JhengHei" w:eastAsia="Microsoft JhengHei"/>
          <w:b w:val="0"/>
          <w:i w:val="0"/>
          <w:color w:val="6B7280"/>
          <w:sz w:val="20"/>
        </w:rPr>
        <w:t>過渡：接上一課：以利亞吃了天使給的餅，走到了何烈山。</w:t>
      </w:r>
    </w:p>
    <w:p>
      <w:pPr>
        <w:spacing w:after="120" w:before="240"/>
      </w:pPr>
      <w:r>
        <w:rPr>
          <w:rFonts w:ascii="Microsoft JhengHei" w:hAnsi="Microsoft JhengHei" w:eastAsia="Microsoft JhengHei"/>
          <w:b/>
          <w:i w:val="0"/>
          <w:color w:val="222A36"/>
          <w:sz w:val="26"/>
        </w:rPr>
        <w:t>3. 背景：從羅騰樹下到何烈山（經文探索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簡述：以利亞仗着神給的力量走了四十晝夜到何烈山，在洞中過夜。</w:t>
      </w:r>
    </w:p>
    <w:p>
      <w:pPr>
        <w:pStyle w:val="ListBullet"/>
      </w:pPr>
      <w:r>
        <w:rPr>
          <w:rFonts w:ascii="Microsoft JhengHei" w:hAnsi="Microsoft JhengHei" w:eastAsia="Microsoft JhengHei"/>
          <w:b w:val="0"/>
          <w:i w:val="0"/>
          <w:color w:val="222A36"/>
          <w:sz w:val="22"/>
        </w:rPr>
        <w:t>朗讀神的問題及以利亞的回答；讀到「只剩下我一個」時提醒同學：你不是一個人，可以找老師或社工傾談。</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跟着投影片默讀。</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19:9（和合本 (CUV, public domain)）</w:t>
            </w:r>
          </w:p>
          <w:p>
            <w:r>
              <w:rPr>
                <w:rFonts w:ascii="Microsoft JhengHei" w:hAnsi="Microsoft JhengHei" w:eastAsia="Microsoft JhengHei"/>
                <w:b w:val="0"/>
                <w:i w:val="0"/>
                <w:color w:val="222A36"/>
                <w:sz w:val="22"/>
              </w:rPr>
              <w:t>他在那裡進了一個洞，就住在洞中。耶和華的話臨到他說：「以利亞啊，你在這裡做甚麼？」</w:t>
            </w:r>
          </w:p>
          <w:p>
            <w:r>
              <w:rPr>
                <w:rFonts w:ascii="Microsoft JhengHei" w:hAnsi="Microsoft JhengHei" w:eastAsia="Microsoft JhengHei"/>
                <w:b w:val="0"/>
                <w:i w:val="0"/>
                <w:color w:val="222A36"/>
                <w:sz w:val="22"/>
              </w:rPr>
              <w:t>1 Kings 19:9 (WEB): He came there to a cave, and lodged there; and behold, the word of Yahweh came to him, and he said to him,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19:10（和合本 (CUV, public domain)）</w:t>
            </w:r>
          </w:p>
          <w:p>
            <w:r>
              <w:rPr>
                <w:rFonts w:ascii="Microsoft JhengHei" w:hAnsi="Microsoft JhengHei" w:eastAsia="Microsoft JhengHei"/>
                <w:b w:val="0"/>
                <w:i w:val="0"/>
                <w:color w:val="222A36"/>
                <w:sz w:val="22"/>
              </w:rPr>
              <w:t>他說：「我為耶和華─萬軍之 神大發熱心；因為以色列人背棄了你的約，毀壞了你的壇，用刀殺了你的先知，只剩下我一個人，他們還要尋索我的命。」</w:t>
            </w:r>
          </w:p>
          <w:p>
            <w:r>
              <w:rPr>
                <w:rFonts w:ascii="Microsoft JhengHei" w:hAnsi="Microsoft JhengHei" w:eastAsia="Microsoft JhengHei"/>
                <w:b w:val="0"/>
                <w:i w:val="0"/>
                <w:color w:val="222A36"/>
                <w:sz w:val="22"/>
              </w:rPr>
              <w:t>1 Kings 19:10 (WEB): He said, I have been very jealous for Yahweh, the God of Armies; for the children of Israel have forsaken your covenant, thrown down your altars, and slain your prophets with the sword: and I, even I only, am left; and they seek my life, to take it away.</w:t>
            </w:r>
          </w:p>
        </w:tc>
      </w:tr>
    </w:tbl>
    <w:p/>
    <w:p>
      <w:pPr>
        <w:spacing w:after="80"/>
      </w:pPr>
      <w:r>
        <w:rPr>
          <w:rFonts w:ascii="Microsoft JhengHei" w:hAnsi="Microsoft JhengHei" w:eastAsia="Microsoft JhengHei"/>
          <w:b w:val="0"/>
          <w:i w:val="0"/>
          <w:color w:val="6B7280"/>
          <w:sz w:val="20"/>
        </w:rPr>
        <w:t>SEN 調適：老師朗讀，同學跟讀「你在這裏做甚麼？」</w:t>
      </w:r>
    </w:p>
    <w:p>
      <w:pPr>
        <w:spacing w:after="80"/>
      </w:pPr>
      <w:r>
        <w:rPr>
          <w:rFonts w:ascii="Microsoft JhengHei" w:hAnsi="Microsoft JhengHei" w:eastAsia="Microsoft JhengHei"/>
          <w:b w:val="0"/>
          <w:i w:val="0"/>
          <w:color w:val="6B7280"/>
          <w:sz w:val="20"/>
        </w:rPr>
        <w:t>過渡：神叫以利亞站在山上，聽！</w:t>
      </w:r>
    </w:p>
    <w:p>
      <w:pPr>
        <w:spacing w:after="120" w:before="240"/>
      </w:pPr>
      <w:r>
        <w:rPr>
          <w:rFonts w:ascii="Microsoft JhengHei" w:hAnsi="Microsoft JhengHei" w:eastAsia="Microsoft JhengHei"/>
          <w:b/>
          <w:i w:val="0"/>
          <w:color w:val="222A36"/>
          <w:sz w:val="26"/>
        </w:rPr>
        <w:t>4. 何烈山聲音之旅（經文探索 · 8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播放烈風，讀「耶和華卻不在風中」。</w:t>
      </w:r>
    </w:p>
    <w:p>
      <w:pPr>
        <w:pStyle w:val="ListBullet"/>
      </w:pPr>
      <w:r>
        <w:rPr>
          <w:rFonts w:ascii="Microsoft JhengHei" w:hAnsi="Microsoft JhengHei" w:eastAsia="Microsoft JhengHei"/>
          <w:b w:val="0"/>
          <w:i w:val="0"/>
          <w:color w:val="222A36"/>
          <w:sz w:val="22"/>
        </w:rPr>
        <w:t>播放地震，讀「耶和華卻不在地震中」。</w:t>
      </w:r>
    </w:p>
    <w:p>
      <w:pPr>
        <w:pStyle w:val="ListBullet"/>
      </w:pPr>
      <w:r>
        <w:rPr>
          <w:rFonts w:ascii="Microsoft JhengHei" w:hAnsi="Microsoft JhengHei" w:eastAsia="Microsoft JhengHei"/>
          <w:b w:val="0"/>
          <w:i w:val="0"/>
          <w:color w:val="222A36"/>
          <w:sz w:val="22"/>
        </w:rPr>
        <w:t>播放烈火，讀「耶和華也不在火中」。</w:t>
      </w:r>
    </w:p>
    <w:p>
      <w:pPr>
        <w:pStyle w:val="ListBullet"/>
      </w:pPr>
      <w:r>
        <w:rPr>
          <w:rFonts w:ascii="Microsoft JhengHei" w:hAnsi="Microsoft JhengHei" w:eastAsia="Microsoft JhengHei"/>
          <w:b w:val="0"/>
          <w:i w:val="0"/>
          <w:color w:val="222A36"/>
          <w:sz w:val="22"/>
        </w:rPr>
        <w:t>播放微小的聲音，請全班停下安靜十秒。</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按聲音做原位動作：搖擺、輕拍桌、雙手晃動、手放耳邊。</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19:11-12（和合本 (CUV, public domain)）</w:t>
            </w:r>
          </w:p>
          <w:p>
            <w:r>
              <w:rPr>
                <w:rFonts w:ascii="Microsoft JhengHei" w:hAnsi="Microsoft JhengHei" w:eastAsia="Microsoft JhengHei"/>
                <w:b w:val="0"/>
                <w:i w:val="0"/>
                <w:color w:val="222A36"/>
                <w:sz w:val="22"/>
              </w:rPr>
              <w:t>11耶和華說：「你出來站在山上，在我面前。」那時耶和華從那裡經過，在他面前有烈風大作，崩山碎石，耶和華卻不在風中；風後地震，耶和華卻不在其中； 12地震後有火，耶和華也不在火中；火後有微小的聲音。</w:t>
            </w:r>
          </w:p>
          <w:p>
            <w:r>
              <w:rPr>
                <w:rFonts w:ascii="Microsoft JhengHei" w:hAnsi="Microsoft JhengHei" w:eastAsia="Microsoft JhengHei"/>
                <w:b w:val="0"/>
                <w:i w:val="0"/>
                <w:color w:val="222A36"/>
                <w:sz w:val="22"/>
              </w:rPr>
              <w:t>1 Kings 19:11-12 (WEB): 11 He said, Go forth, and stand on the mountain before Yahweh. Behold, Yahweh passed by, and a great and strong wind tore the mountains, and broke in pieces the rocks before Yahweh; but Yahweh was not in the wind: and after the wind an earthquake; but Yahweh was not in the earthquake: 12 and after the earthquake a fire; but Yahweh was not in the fire: and after the fire a still small voice.</w:t>
            </w:r>
          </w:p>
        </w:tc>
      </w:tr>
    </w:tbl>
    <w:p/>
    <w:p>
      <w:pPr>
        <w:spacing w:after="80"/>
      </w:pPr>
      <w:r>
        <w:rPr>
          <w:rFonts w:ascii="Microsoft JhengHei" w:hAnsi="Microsoft JhengHei" w:eastAsia="Microsoft JhengHei"/>
          <w:b w:val="0"/>
          <w:i w:val="0"/>
          <w:color w:val="6B7280"/>
          <w:sz w:val="20"/>
        </w:rPr>
        <w:t>SEN 調適：可以坐着只做手勢；預告每一段聲音。</w:t>
      </w:r>
    </w:p>
    <w:p>
      <w:pPr>
        <w:spacing w:after="80"/>
      </w:pPr>
      <w:r>
        <w:rPr>
          <w:rFonts w:ascii="Microsoft JhengHei" w:hAnsi="Microsoft JhengHei" w:eastAsia="Microsoft JhengHei"/>
          <w:b w:val="0"/>
          <w:i w:val="0"/>
          <w:color w:val="6B7280"/>
          <w:sz w:val="20"/>
        </w:rPr>
        <w:t>過渡：神選擇溫柔地說話，然後又問了一次。</w:t>
      </w:r>
    </w:p>
    <w:p>
      <w:pPr>
        <w:spacing w:after="120" w:before="240"/>
      </w:pPr>
      <w:r>
        <w:rPr>
          <w:rFonts w:ascii="Microsoft JhengHei" w:hAnsi="Microsoft JhengHei" w:eastAsia="Microsoft JhengHei"/>
          <w:b/>
          <w:i w:val="0"/>
          <w:color w:val="222A36"/>
          <w:sz w:val="26"/>
        </w:rPr>
        <w:t>5. 神的兩個問題及好牧人（經文探索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輪讀：老師讀神的問題，全班讀以利亞的回答（兩次）。</w:t>
      </w:r>
    </w:p>
    <w:p>
      <w:pPr>
        <w:pStyle w:val="ListBullet"/>
      </w:pPr>
      <w:r>
        <w:rPr>
          <w:rFonts w:ascii="Microsoft JhengHei" w:hAnsi="Microsoft JhengHei" w:eastAsia="Microsoft JhengHei"/>
          <w:b w:val="0"/>
          <w:i w:val="0"/>
          <w:color w:val="222A36"/>
          <w:sz w:val="22"/>
        </w:rPr>
        <w:t>問：兩次回答有甚麼相同？神有沒有責備？</w:t>
      </w:r>
    </w:p>
    <w:p>
      <w:pPr>
        <w:pStyle w:val="ListBullet"/>
      </w:pPr>
      <w:r>
        <w:rPr>
          <w:rFonts w:ascii="Microsoft JhengHei" w:hAnsi="Microsoft JhengHei" w:eastAsia="Microsoft JhengHei"/>
          <w:b w:val="0"/>
          <w:i w:val="0"/>
          <w:color w:val="222A36"/>
          <w:sz w:val="22"/>
        </w:rPr>
        <w:t>帶出耶穌是好牧人，祂的羊聽祂的聲音；祂為羊捨命、又復活。</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一同朗讀以利亞的回答。</w:t>
      </w:r>
    </w:p>
    <w:p>
      <w:pPr>
        <w:pStyle w:val="ListBullet"/>
      </w:pPr>
      <w:r>
        <w:rPr>
          <w:rFonts w:ascii="Microsoft JhengHei" w:hAnsi="Microsoft JhengHei" w:eastAsia="Microsoft JhengHei"/>
          <w:b w:val="0"/>
          <w:i w:val="0"/>
          <w:color w:val="222A36"/>
          <w:sz w:val="22"/>
        </w:rPr>
        <w:t>回答問題（可以只想不說）。</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19:13（和合本 (CUV, public domain)）</w:t>
            </w:r>
          </w:p>
          <w:p>
            <w:r>
              <w:rPr>
                <w:rFonts w:ascii="Microsoft JhengHei" w:hAnsi="Microsoft JhengHei" w:eastAsia="Microsoft JhengHei"/>
                <w:b w:val="0"/>
                <w:i w:val="0"/>
                <w:color w:val="222A36"/>
                <w:sz w:val="22"/>
              </w:rPr>
              <w:t>以利亞聽見，就用外衣蒙上臉，出來站在洞口。有聲音向他說：「以利亞啊，你在這裡做甚麼？」</w:t>
            </w:r>
          </w:p>
          <w:p>
            <w:r>
              <w:rPr>
                <w:rFonts w:ascii="Microsoft JhengHei" w:hAnsi="Microsoft JhengHei" w:eastAsia="Microsoft JhengHei"/>
                <w:b w:val="0"/>
                <w:i w:val="0"/>
                <w:color w:val="222A36"/>
                <w:sz w:val="22"/>
              </w:rPr>
              <w:t>1 Kings 19:13 (WEB): It was so, when Elijah heard it, that he wrapped his face in his mantle, and went out, and stood in the entrance of the cave. Behold, there came a voice to him, and said,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10:27（和合本 (CUV, public domain)）</w:t>
            </w:r>
          </w:p>
          <w:p>
            <w:r>
              <w:rPr>
                <w:rFonts w:ascii="Microsoft JhengHei" w:hAnsi="Microsoft JhengHei" w:eastAsia="Microsoft JhengHei"/>
                <w:b w:val="0"/>
                <w:i w:val="0"/>
                <w:color w:val="222A36"/>
                <w:sz w:val="22"/>
              </w:rPr>
              <w:t>我的羊聽我的聲音，我也認識他們，他們也跟著我。</w:t>
            </w:r>
          </w:p>
          <w:p>
            <w:r>
              <w:rPr>
                <w:rFonts w:ascii="Microsoft JhengHei" w:hAnsi="Microsoft JhengHei" w:eastAsia="Microsoft JhengHei"/>
                <w:b w:val="0"/>
                <w:i w:val="0"/>
                <w:color w:val="222A36"/>
                <w:sz w:val="22"/>
              </w:rPr>
              <w:t>John 10:27 (WEB): My sheep hear my voice, and I know them, and they follow me.</w:t>
            </w:r>
          </w:p>
        </w:tc>
      </w:tr>
    </w:tbl>
    <w:p/>
    <w:p>
      <w:pPr>
        <w:spacing w:after="80"/>
      </w:pPr>
      <w:r>
        <w:rPr>
          <w:rFonts w:ascii="Microsoft JhengHei" w:hAnsi="Microsoft JhengHei" w:eastAsia="Microsoft JhengHei"/>
          <w:b w:val="0"/>
          <w:i w:val="0"/>
          <w:color w:val="6B7280"/>
          <w:sz w:val="20"/>
        </w:rPr>
        <w:t>SEN 調適：投影片標示誰讀哪一句。</w:t>
      </w:r>
    </w:p>
    <w:p>
      <w:pPr>
        <w:spacing w:after="80"/>
      </w:pPr>
      <w:r>
        <w:rPr>
          <w:rFonts w:ascii="Microsoft JhengHei" w:hAnsi="Microsoft JhengHei" w:eastAsia="Microsoft JhengHei"/>
          <w:b w:val="0"/>
          <w:i w:val="0"/>
          <w:color w:val="6B7280"/>
          <w:sz w:val="20"/>
        </w:rPr>
        <w:t>過渡：老師也想分享一次在安靜中明白神心意的經歷。</w:t>
      </w:r>
    </w:p>
    <w:p>
      <w:pPr>
        <w:spacing w:after="120" w:before="240"/>
      </w:pPr>
      <w:r>
        <w:rPr>
          <w:rFonts w:ascii="Microsoft JhengHei" w:hAnsi="Microsoft JhengHei" w:eastAsia="Microsoft JhengHei"/>
          <w:b/>
          <w:i w:val="0"/>
          <w:color w:val="222A36"/>
          <w:sz w:val="26"/>
        </w:rPr>
        <w:t>6. 老師時刻（生命連結、反思與禱告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分享一次在安靜中（例如讀經、禱告、別人一句話）明白神心意的真實經歷；強調不一定有特別感覺。</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w:t>
      </w:r>
    </w:p>
    <w:p>
      <w:pPr>
        <w:spacing w:after="80"/>
      </w:pPr>
      <w:r>
        <w:rPr>
          <w:rFonts w:ascii="Microsoft JhengHei" w:hAnsi="Microsoft JhengHei" w:eastAsia="Microsoft JhengHei"/>
          <w:b w:val="0"/>
          <w:i w:val="0"/>
          <w:color w:val="6B7280"/>
          <w:sz w:val="20"/>
        </w:rPr>
        <w:t>SEN 調適：老師用簡短句子。</w:t>
      </w:r>
    </w:p>
    <w:p>
      <w:pPr>
        <w:spacing w:after="80"/>
      </w:pPr>
      <w:r>
        <w:rPr>
          <w:rFonts w:ascii="Microsoft JhengHei" w:hAnsi="Microsoft JhengHei" w:eastAsia="Microsoft JhengHei"/>
          <w:b w:val="0"/>
          <w:i w:val="0"/>
          <w:color w:val="6B7280"/>
          <w:sz w:val="20"/>
        </w:rPr>
        <w:t>過渡：現在我們一起安靜一分鐘。</w:t>
      </w:r>
    </w:p>
    <w:p>
      <w:pPr>
        <w:spacing w:after="120" w:before="240"/>
      </w:pPr>
      <w:r>
        <w:rPr>
          <w:rFonts w:ascii="Microsoft JhengHei" w:hAnsi="Microsoft JhengHei" w:eastAsia="Microsoft JhengHei"/>
          <w:b/>
          <w:i w:val="0"/>
          <w:color w:val="222A36"/>
          <w:sz w:val="26"/>
        </w:rPr>
        <w:t>7. 一分鐘按住靜默（生命連結、反思與禱告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請同學手按心口，安靜一分鐘，心裏重複「請說，我在聽」。</w:t>
      </w:r>
    </w:p>
    <w:p>
      <w:pPr>
        <w:pStyle w:val="ListBullet"/>
      </w:pPr>
      <w:r>
        <w:rPr>
          <w:rFonts w:ascii="Microsoft JhengHei" w:hAnsi="Microsoft JhengHei" w:eastAsia="Microsoft JhengHei"/>
          <w:b w:val="0"/>
          <w:i w:val="0"/>
          <w:color w:val="222A36"/>
          <w:sz w:val="22"/>
        </w:rPr>
        <w:t>最後全班輕聲說出這一句。</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安靜一分鐘並在心裏禱告。</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撒母耳記上 3:10（和合本 (CUV, public domain)）</w:t>
            </w:r>
          </w:p>
          <w:p>
            <w:r>
              <w:rPr>
                <w:rFonts w:ascii="Microsoft JhengHei" w:hAnsi="Microsoft JhengHei" w:eastAsia="Microsoft JhengHei"/>
                <w:b w:val="0"/>
                <w:i w:val="0"/>
                <w:color w:val="222A36"/>
                <w:sz w:val="22"/>
              </w:rPr>
              <w:t>耶和華又來站著，像前三次呼喚說：「撒母耳啊！撒母耳啊！」撒母耳回答說：「請說，僕人敬聽！」</w:t>
            </w:r>
          </w:p>
          <w:p>
            <w:r>
              <w:rPr>
                <w:rFonts w:ascii="Microsoft JhengHei" w:hAnsi="Microsoft JhengHei" w:eastAsia="Microsoft JhengHei"/>
                <w:b w:val="0"/>
                <w:i w:val="0"/>
                <w:color w:val="222A36"/>
                <w:sz w:val="22"/>
              </w:rPr>
              <w:t>1 Samuel 3:10 (WEB): Yahweh came, and stood, and called as at other times, Samuel, Samuel. Then Samuel said, Speak; for your servant hears.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46:10（和合本 (CUV, public domain)）</w:t>
            </w:r>
          </w:p>
          <w:p>
            <w:r>
              <w:rPr>
                <w:rFonts w:ascii="Microsoft JhengHei" w:hAnsi="Microsoft JhengHei" w:eastAsia="Microsoft JhengHei"/>
                <w:b w:val="0"/>
                <w:i w:val="0"/>
                <w:color w:val="222A36"/>
                <w:sz w:val="22"/>
              </w:rPr>
              <w:t>你們要休息，要知道我是 神！我必在外邦中被尊崇，在遍地上也被尊崇。</w:t>
            </w:r>
          </w:p>
          <w:p>
            <w:r>
              <w:rPr>
                <w:rFonts w:ascii="Microsoft JhengHei" w:hAnsi="Microsoft JhengHei" w:eastAsia="Microsoft JhengHei"/>
                <w:b w:val="0"/>
                <w:i w:val="0"/>
                <w:color w:val="222A36"/>
                <w:sz w:val="22"/>
              </w:rPr>
              <w:t>Psalms 46:10 (WEB): "Be still, and know that I am God. I will be exalted among the nations. I will be exalted in the earth."</w:t>
            </w:r>
          </w:p>
        </w:tc>
      </w:tr>
    </w:tbl>
    <w:p/>
    <w:p>
      <w:pPr>
        <w:spacing w:after="80"/>
      </w:pPr>
      <w:r>
        <w:rPr>
          <w:rFonts w:ascii="Microsoft JhengHei" w:hAnsi="Microsoft JhengHei" w:eastAsia="Microsoft JhengHei"/>
          <w:b w:val="0"/>
          <w:i w:val="0"/>
          <w:color w:val="6B7280"/>
          <w:sz w:val="20"/>
        </w:rPr>
        <w:t>SEN 調適：慢慢數五次呼吸代替一分鐘。</w:t>
      </w:r>
    </w:p>
    <w:p>
      <w:pPr>
        <w:spacing w:after="80"/>
      </w:pPr>
      <w:r>
        <w:rPr>
          <w:rFonts w:ascii="Microsoft JhengHei" w:hAnsi="Microsoft JhengHei" w:eastAsia="Microsoft JhengHei"/>
          <w:b w:val="0"/>
          <w:i w:val="0"/>
          <w:color w:val="6B7280"/>
          <w:sz w:val="20"/>
        </w:rPr>
        <w:t>過渡：神問你：你在這裏做甚麼？</w:t>
      </w:r>
    </w:p>
    <w:p>
      <w:pPr>
        <w:spacing w:after="120" w:before="240"/>
      </w:pPr>
      <w:r>
        <w:rPr>
          <w:rFonts w:ascii="Microsoft JhengHei" w:hAnsi="Microsoft JhengHei" w:eastAsia="Microsoft JhengHei"/>
          <w:b/>
          <w:i w:val="0"/>
          <w:color w:val="222A36"/>
          <w:sz w:val="26"/>
        </w:rPr>
        <w:t>8. 給神的回答（匿名卡）（生命連結、反思與禱告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派小卡，說明這是同學和神之間的對話，老師不會收回或閱讀。</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寫：神問我「你在這裏做甚麼？」我想誠實地說……（可以畫符號）。</w:t>
      </w:r>
    </w:p>
    <w:p>
      <w:pPr>
        <w:pStyle w:val="ListBullet"/>
      </w:pPr>
      <w:r>
        <w:rPr>
          <w:rFonts w:ascii="Microsoft JhengHei" w:hAnsi="Microsoft JhengHei" w:eastAsia="Microsoft JhengHei"/>
          <w:b w:val="0"/>
          <w:i w:val="0"/>
          <w:color w:val="222A36"/>
          <w:sz w:val="22"/>
        </w:rPr>
        <w:t>摺好放進自己的筆袋。</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19:13（和合本 (CUV, public domain)）</w:t>
            </w:r>
          </w:p>
          <w:p>
            <w:r>
              <w:rPr>
                <w:rFonts w:ascii="Microsoft JhengHei" w:hAnsi="Microsoft JhengHei" w:eastAsia="Microsoft JhengHei"/>
                <w:b w:val="0"/>
                <w:i w:val="0"/>
                <w:color w:val="222A36"/>
                <w:sz w:val="22"/>
              </w:rPr>
              <w:t>以利亞聽見，就用外衣蒙上臉，出來站在洞口。有聲音向他說：「以利亞啊，你在這裡做甚麼？」</w:t>
            </w:r>
          </w:p>
          <w:p>
            <w:r>
              <w:rPr>
                <w:rFonts w:ascii="Microsoft JhengHei" w:hAnsi="Microsoft JhengHei" w:eastAsia="Microsoft JhengHei"/>
                <w:b w:val="0"/>
                <w:i w:val="0"/>
                <w:color w:val="222A36"/>
                <w:sz w:val="22"/>
              </w:rPr>
              <w:t>1 Kings 19:13 (WEB): It was so, when Elijah heard it, that he wrapped his face in his mantle, and went out, and stood in the entrance of the cave. Behold, there came a voice to him, and said, What are you doing here, Elijah?</w:t>
            </w:r>
          </w:p>
        </w:tc>
      </w:tr>
    </w:tbl>
    <w:p/>
    <w:p>
      <w:pPr>
        <w:spacing w:after="80"/>
      </w:pPr>
      <w:r>
        <w:rPr>
          <w:rFonts w:ascii="Microsoft JhengHei" w:hAnsi="Microsoft JhengHei" w:eastAsia="Microsoft JhengHei"/>
          <w:b w:val="0"/>
          <w:i w:val="0"/>
          <w:color w:val="6B7280"/>
          <w:sz w:val="20"/>
        </w:rPr>
        <w:t>SEN 調適：可以畫符號代替文字。</w:t>
      </w:r>
    </w:p>
    <w:p>
      <w:pPr>
        <w:spacing w:after="80"/>
      </w:pPr>
      <w:r>
        <w:rPr>
          <w:rFonts w:ascii="Microsoft JhengHei" w:hAnsi="Microsoft JhengHei" w:eastAsia="Microsoft JhengHei"/>
          <w:b w:val="0"/>
          <w:i w:val="0"/>
          <w:color w:val="6B7280"/>
          <w:sz w:val="20"/>
        </w:rPr>
        <w:t>過渡：最後一同禱告。</w:t>
      </w:r>
    </w:p>
    <w:p>
      <w:pPr>
        <w:spacing w:after="120" w:before="240"/>
      </w:pPr>
      <w:r>
        <w:rPr>
          <w:rFonts w:ascii="Microsoft JhengHei" w:hAnsi="Microsoft JhengHei" w:eastAsia="Microsoft JhengHei"/>
          <w:b/>
          <w:i w:val="0"/>
          <w:color w:val="222A36"/>
          <w:sz w:val="26"/>
        </w:rPr>
        <w:t>9. 收結禱告、數碼安息及課後路徑（生命連結、反思與禱告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帶收結禱告。</w:t>
      </w:r>
    </w:p>
    <w:p>
      <w:pPr>
        <w:pStyle w:val="ListBullet"/>
      </w:pPr>
      <w:r>
        <w:rPr>
          <w:rFonts w:ascii="Microsoft JhengHei" w:hAnsi="Microsoft JhengHei" w:eastAsia="Microsoft JhengHei"/>
          <w:b w:val="0"/>
          <w:i w:val="0"/>
          <w:color w:val="222A36"/>
          <w:sz w:val="22"/>
        </w:rPr>
        <w:t>介紹數碼安息：每天十分鐘靜音、讀經、說「請說，我在聽」。</w:t>
      </w:r>
    </w:p>
    <w:p>
      <w:pPr>
        <w:pStyle w:val="ListBullet"/>
      </w:pPr>
      <w:r>
        <w:rPr>
          <w:rFonts w:ascii="Microsoft JhengHei" w:hAnsi="Microsoft JhengHei" w:eastAsia="Microsoft JhengHei"/>
          <w:b w:val="0"/>
          <w:i w:val="0"/>
          <w:color w:val="222A36"/>
          <w:sz w:val="22"/>
        </w:rPr>
        <w:t>簡介 Reclaim2K「如何聆聽神的聲音」靈修，全部自願；預告第三課。</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一同禱告（可以只聽）。</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46:10（和合本 (CUV, public domain)）</w:t>
            </w:r>
          </w:p>
          <w:p>
            <w:r>
              <w:rPr>
                <w:rFonts w:ascii="Microsoft JhengHei" w:hAnsi="Microsoft JhengHei" w:eastAsia="Microsoft JhengHei"/>
                <w:b w:val="0"/>
                <w:i w:val="0"/>
                <w:color w:val="222A36"/>
                <w:sz w:val="22"/>
              </w:rPr>
              <w:t>你們要休息，要知道我是 神！我必在外邦中被尊崇，在遍地上也被尊崇。</w:t>
            </w:r>
          </w:p>
          <w:p>
            <w:r>
              <w:rPr>
                <w:rFonts w:ascii="Microsoft JhengHei" w:hAnsi="Microsoft JhengHei" w:eastAsia="Microsoft JhengHei"/>
                <w:b w:val="0"/>
                <w:i w:val="0"/>
                <w:color w:val="222A36"/>
                <w:sz w:val="22"/>
              </w:rPr>
              <w:t>Psalms 46:10 (WEB): "Be still, and know that I am God. I will be exalted among the nations. I will be exalted in the earth."</w:t>
            </w:r>
          </w:p>
        </w:tc>
      </w:tr>
    </w:tbl>
    <w:p/>
    <w:p>
      <w:pPr>
        <w:spacing w:after="80"/>
      </w:pPr>
      <w:r>
        <w:rPr>
          <w:rFonts w:ascii="Microsoft JhengHei" w:hAnsi="Microsoft JhengHei" w:eastAsia="Microsoft JhengHei"/>
          <w:b w:val="0"/>
          <w:i w:val="0"/>
          <w:color w:val="6B7280"/>
          <w:sz w:val="20"/>
        </w:rPr>
        <w:t>SEN 調適：收結禱告投影在屏幕上。</w:t>
      </w:r>
    </w:p>
    <w:p>
      <w:pPr>
        <w:spacing w:after="80"/>
      </w:pPr>
      <w:r>
        <w:rPr>
          <w:rFonts w:ascii="Microsoft JhengHei" w:hAnsi="Microsoft JhengHei" w:eastAsia="Microsoft JhengHei"/>
          <w:b w:val="0"/>
          <w:i w:val="0"/>
          <w:color w:val="6B7280"/>
          <w:sz w:val="20"/>
        </w:rPr>
        <w:t>過渡：下一課：神告訴以利亞——回去吧，你不是一個人。</w:t>
      </w:r>
    </w:p>
    <w:p>
      <w:pPr>
        <w:spacing w:after="120" w:before="240"/>
      </w:pPr>
      <w:r>
        <w:rPr>
          <w:rFonts w:ascii="Microsoft JhengHei" w:hAnsi="Microsoft JhengHei" w:eastAsia="Microsoft JhengHei"/>
          <w:b/>
          <w:i w:val="0"/>
          <w:color w:val="A86B1F"/>
          <w:sz w:val="32"/>
        </w:rPr>
        <w:t>五、老師時刻及回應邀請</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老師時刻</w:t>
            </w:r>
          </w:p>
          <w:p>
            <w:r>
              <w:rPr>
                <w:rFonts w:ascii="Microsoft JhengHei" w:hAnsi="Microsoft JhengHei" w:eastAsia="Microsoft JhengHei"/>
                <w:b w:val="0"/>
                <w:i w:val="0"/>
                <w:color w:val="222A36"/>
                <w:sz w:val="22"/>
              </w:rPr>
              <w:t>請老師分享一次在安靜中（讀經、禱告、別人的一句話）明白神心意的真實經歷，並說明那次不一定有特別的感覺；三分鐘內完成。AI 只是建立結構；基督徒老師見證的溫度與感動力，才是領人歸主的關鍵。</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回應邀請（不強迫）</w:t>
            </w:r>
          </w:p>
          <w:p>
            <w:r>
              <w:rPr>
                <w:rFonts w:ascii="Microsoft JhengHei" w:hAnsi="Microsoft JhengHei" w:eastAsia="Microsoft JhengHei"/>
                <w:b w:val="0"/>
                <w:i w:val="0"/>
                <w:color w:val="222A36"/>
                <w:sz w:val="22"/>
              </w:rPr>
              <w:t>如果你願意，今天可以在心裏對耶穌說：「主，請說，我在聽。」如果你還不肯定神是否存在，可以說：「如果你在，請讓我聽見你。」如果你今天只想安靜，也沒有關係，神仍然溫柔地等你。</w:t>
            </w:r>
          </w:p>
        </w:tc>
      </w:tr>
    </w:tbl>
    <w:p/>
    <w:p>
      <w:pPr>
        <w:spacing w:after="120" w:before="240"/>
      </w:pPr>
      <w:r>
        <w:rPr>
          <w:rFonts w:ascii="Microsoft JhengHei" w:hAnsi="Microsoft JhengHei" w:eastAsia="Microsoft JhengHei"/>
          <w:b/>
          <w:i w:val="0"/>
          <w:color w:val="222A36"/>
          <w:sz w:val="26"/>
        </w:rPr>
        <w:t>禱文</w:t>
      </w:r>
    </w:p>
    <w:p>
      <w:pPr>
        <w:spacing w:after="80"/>
      </w:pPr>
      <w:r>
        <w:rPr>
          <w:rFonts w:ascii="Microsoft JhengHei" w:hAnsi="Microsoft JhengHei" w:eastAsia="Microsoft JhengHei"/>
          <w:b w:val="0"/>
          <w:i w:val="0"/>
          <w:color w:val="222A36"/>
          <w:sz w:val="22"/>
        </w:rPr>
        <w:t>開課禱文：天父，我們身邊有很多聲音，心裏也很吵。求你在這一課讓我們安靜下來，聽見你溫柔的聲音。奉耶穌的名，阿們。</w:t>
      </w:r>
    </w:p>
    <w:p>
      <w:pPr>
        <w:spacing w:after="80"/>
      </w:pPr>
      <w:r>
        <w:rPr>
          <w:rFonts w:ascii="Microsoft JhengHei" w:hAnsi="Microsoft JhengHei" w:eastAsia="Microsoft JhengHei"/>
          <w:b w:val="0"/>
          <w:i w:val="0"/>
          <w:color w:val="222A36"/>
          <w:sz w:val="22"/>
        </w:rPr>
        <w:t>收結禱文：主耶穌，你是好牧人，你認得我的名字。這星期求你幫助我每天停下來，聽你說話，也誠實地把心裏的話告訴你。阿們。</w:t>
      </w:r>
    </w:p>
    <w:p>
      <w:pPr>
        <w:spacing w:after="80"/>
      </w:pPr>
      <w:r>
        <w:rPr>
          <w:rFonts w:ascii="Microsoft JhengHei" w:hAnsi="Microsoft JhengHei" w:eastAsia="Microsoft JhengHei"/>
          <w:b w:val="0"/>
          <w:i w:val="0"/>
          <w:color w:val="222A36"/>
          <w:sz w:val="22"/>
        </w:rPr>
        <w:t>牧養禱文：天父，求你看顧班上覺得孤單、覺得沒有人明白自己的同學。求你讓他們知道你一直在呼喚他們。阿們。</w:t>
      </w:r>
    </w:p>
    <w:p>
      <w:pPr>
        <w:spacing w:after="120" w:before="240"/>
      </w:pPr>
      <w:r>
        <w:rPr>
          <w:rFonts w:ascii="Microsoft JhengHei" w:hAnsi="Microsoft JhengHei" w:eastAsia="Microsoft JhengHei"/>
          <w:b/>
          <w:i w:val="0"/>
          <w:color w:val="222A36"/>
          <w:sz w:val="26"/>
        </w:rPr>
        <w:t>分享問題</w:t>
      </w:r>
    </w:p>
    <w:p>
      <w:pPr>
        <w:pStyle w:val="ListBullet"/>
      </w:pPr>
      <w:r>
        <w:rPr>
          <w:rFonts w:ascii="Microsoft JhengHei" w:hAnsi="Microsoft JhengHei" w:eastAsia="Microsoft JhengHei"/>
          <w:b w:val="0"/>
          <w:i w:val="0"/>
          <w:color w:val="222A36"/>
          <w:sz w:val="22"/>
        </w:rPr>
        <w:t>你一天之中，哪一種聲音最大聲？（手機、功課、別人的說話、自己心裏的聲音）</w:t>
      </w:r>
    </w:p>
    <w:p>
      <w:pPr>
        <w:pStyle w:val="ListBullet"/>
      </w:pPr>
      <w:r>
        <w:rPr>
          <w:rFonts w:ascii="Microsoft JhengHei" w:hAnsi="Microsoft JhengHei" w:eastAsia="Microsoft JhengHei"/>
          <w:b w:val="0"/>
          <w:i w:val="0"/>
          <w:color w:val="222A36"/>
          <w:sz w:val="22"/>
        </w:rPr>
        <w:t>神為甚麼不用烈風、地震、烈火，而用微小的聲音？</w:t>
      </w:r>
    </w:p>
    <w:p>
      <w:pPr>
        <w:pStyle w:val="ListBullet"/>
      </w:pPr>
      <w:r>
        <w:rPr>
          <w:rFonts w:ascii="Microsoft JhengHei" w:hAnsi="Microsoft JhengHei" w:eastAsia="Microsoft JhengHei"/>
          <w:b w:val="0"/>
          <w:i w:val="0"/>
          <w:color w:val="222A36"/>
          <w:sz w:val="22"/>
        </w:rPr>
        <w:t>如果神問你「你在這裏做甚麼？」，你會怎樣誠實地回答？</w:t>
      </w:r>
    </w:p>
    <w:p>
      <w:pPr>
        <w:spacing w:after="120" w:before="240"/>
      </w:pPr>
      <w:r>
        <w:rPr>
          <w:rFonts w:ascii="Microsoft JhengHei" w:hAnsi="Microsoft JhengHei" w:eastAsia="Microsoft JhengHei"/>
          <w:b/>
          <w:i w:val="0"/>
          <w:color w:val="A86B1F"/>
          <w:sz w:val="32"/>
        </w:rPr>
        <w:t>五之一、真誠的悔改、相信及行動（神學規範 Bot）</w:t>
      </w:r>
    </w:p>
    <w:tbl>
      <w:tblPr>
        <w:tblStyle w:val="TableGrid"/>
        <w:tblW w:type="auto" w:w="0"/>
        <w:tblLook w:firstColumn="1" w:firstRow="1" w:lastColumn="0" w:lastRow="0" w:noHBand="0" w:noVBand="1" w:val="04A0"/>
      </w:tblPr>
      <w:tblGrid>
        <w:gridCol w:w="3324"/>
        <w:gridCol w:w="3324"/>
        <w:gridCol w:w="3324"/>
      </w:tblGrid>
      <w:tr>
        <w:tc>
          <w:tcPr>
            <w:tcW w:type="dxa" w:w="1701"/>
            <w:shd w:val="clear" w:fill="EFE7D6"/>
          </w:tcPr>
          <w:p>
            <w:r/>
            <w:r>
              <w:rPr>
                <w:rFonts w:ascii="Microsoft JhengHei" w:hAnsi="Microsoft JhengHei" w:eastAsia="Microsoft JhengHei"/>
                <w:b/>
                <w:i w:val="0"/>
                <w:color w:val="222A36"/>
                <w:sz w:val="20"/>
              </w:rPr>
              <w:t>範疇</w:t>
            </w:r>
          </w:p>
        </w:tc>
        <w:tc>
          <w:tcPr>
            <w:tcW w:type="dxa" w:w="3969"/>
            <w:shd w:val="clear" w:fill="EFE7D6"/>
          </w:tcPr>
          <w:p>
            <w:r/>
            <w:r>
              <w:rPr>
                <w:rFonts w:ascii="Microsoft JhengHei" w:hAnsi="Microsoft JhengHei" w:eastAsia="Microsoft JhengHei"/>
                <w:b/>
                <w:i w:val="0"/>
                <w:color w:val="222A36"/>
                <w:sz w:val="20"/>
              </w:rPr>
              <w:t>本課怎樣邀請</w:t>
            </w:r>
          </w:p>
        </w:tc>
        <w:tc>
          <w:tcPr>
            <w:tcW w:type="dxa" w:w="3402"/>
            <w:shd w:val="clear" w:fill="EFE7D6"/>
          </w:tcPr>
          <w:p>
            <w:r/>
            <w:r>
              <w:rPr>
                <w:rFonts w:ascii="Microsoft JhengHei" w:hAnsi="Microsoft JhengHei" w:eastAsia="Microsoft JhengHei"/>
                <w:b/>
                <w:i w:val="0"/>
                <w:color w:val="222A36"/>
                <w:sz w:val="20"/>
              </w:rPr>
              <w:t>必須避免</w:t>
            </w:r>
          </w:p>
        </w:tc>
      </w:tr>
      <w:tr>
        <w:tc>
          <w:tcPr>
            <w:tcW w:type="dxa" w:w="1701"/>
          </w:tcPr>
          <w:p>
            <w:r/>
            <w:r>
              <w:rPr>
                <w:rFonts w:ascii="Microsoft JhengHei" w:hAnsi="Microsoft JhengHei" w:eastAsia="Microsoft JhengHei"/>
                <w:b w:val="0"/>
                <w:i w:val="0"/>
                <w:color w:val="222A36"/>
                <w:sz w:val="20"/>
              </w:rPr>
              <w:t>真誠的悔改</w:t>
            </w:r>
          </w:p>
        </w:tc>
        <w:tc>
          <w:tcPr>
            <w:tcW w:type="dxa" w:w="3969"/>
          </w:tcPr>
          <w:p>
            <w:r/>
            <w:r>
              <w:rPr>
                <w:rFonts w:ascii="Microsoft JhengHei" w:hAnsi="Microsoft JhengHei" w:eastAsia="Microsoft JhengHei"/>
                <w:b w:val="0"/>
                <w:i w:val="0"/>
                <w:color w:val="222A36"/>
                <w:sz w:val="20"/>
              </w:rPr>
              <w:t>轉向神：把注意力由不停的聲音，轉向那位溫柔呼喚我的神。</w:t>
            </w:r>
          </w:p>
        </w:tc>
        <w:tc>
          <w:tcPr>
            <w:tcW w:type="dxa" w:w="3402"/>
          </w:tcPr>
          <w:p>
            <w:r/>
            <w:r>
              <w:rPr>
                <w:rFonts w:ascii="Microsoft JhengHei" w:hAnsi="Microsoft JhengHei" w:eastAsia="Microsoft JhengHei"/>
                <w:b w:val="0"/>
                <w:i w:val="0"/>
                <w:color w:val="222A36"/>
                <w:sz w:val="20"/>
              </w:rPr>
              <w:t>把用手機說成罪而要同學認罪；公開比較誰用手機最多</w:t>
            </w:r>
          </w:p>
        </w:tc>
      </w:tr>
      <w:tr>
        <w:tc>
          <w:tcPr>
            <w:tcW w:type="dxa" w:w="1701"/>
          </w:tcPr>
          <w:p>
            <w:r/>
            <w:r>
              <w:rPr>
                <w:rFonts w:ascii="Microsoft JhengHei" w:hAnsi="Microsoft JhengHei" w:eastAsia="Microsoft JhengHei"/>
                <w:b w:val="0"/>
                <w:i w:val="0"/>
                <w:color w:val="222A36"/>
                <w:sz w:val="20"/>
              </w:rPr>
              <w:t>真誠的相信</w:t>
            </w:r>
          </w:p>
        </w:tc>
        <w:tc>
          <w:tcPr>
            <w:tcW w:type="dxa" w:w="3969"/>
          </w:tcPr>
          <w:p>
            <w:r/>
            <w:r>
              <w:rPr>
                <w:rFonts w:ascii="Microsoft JhengHei" w:hAnsi="Microsoft JhengHei" w:eastAsia="Microsoft JhengHei"/>
                <w:b w:val="0"/>
                <w:i w:val="0"/>
                <w:color w:val="222A36"/>
                <w:sz w:val="20"/>
              </w:rPr>
              <w:t>相信神願意對我說話，也願意聽我誠實的回答；耶穌是認得我名字的好牧人。</w:t>
            </w:r>
          </w:p>
        </w:tc>
        <w:tc>
          <w:tcPr>
            <w:tcW w:type="dxa" w:w="3402"/>
          </w:tcPr>
          <w:p>
            <w:r/>
            <w:r>
              <w:rPr>
                <w:rFonts w:ascii="Microsoft JhengHei" w:hAnsi="Microsoft JhengHei" w:eastAsia="Microsoft JhengHei"/>
                <w:b w:val="0"/>
                <w:i w:val="0"/>
                <w:color w:val="222A36"/>
                <w:sz w:val="20"/>
              </w:rPr>
              <w:t>要求同學說出「聽到神說甚麼」；用感人音樂製造「聽見」的感覺</w:t>
            </w:r>
          </w:p>
        </w:tc>
      </w:tr>
      <w:tr>
        <w:tc>
          <w:tcPr>
            <w:tcW w:type="dxa" w:w="1701"/>
          </w:tcPr>
          <w:p>
            <w:r/>
            <w:r>
              <w:rPr>
                <w:rFonts w:ascii="Microsoft JhengHei" w:hAnsi="Microsoft JhengHei" w:eastAsia="Microsoft JhengHei"/>
                <w:b w:val="0"/>
                <w:i w:val="0"/>
                <w:color w:val="222A36"/>
                <w:sz w:val="20"/>
              </w:rPr>
              <w:t>真誠的行動</w:t>
            </w:r>
          </w:p>
        </w:tc>
        <w:tc>
          <w:tcPr>
            <w:tcW w:type="dxa" w:w="3969"/>
          </w:tcPr>
          <w:p>
            <w:r/>
            <w:r>
              <w:rPr>
                <w:rFonts w:ascii="Microsoft JhengHei" w:hAnsi="Microsoft JhengHei" w:eastAsia="Microsoft JhengHei"/>
                <w:b w:val="0"/>
                <w:i w:val="0"/>
                <w:color w:val="222A36"/>
                <w:sz w:val="20"/>
              </w:rPr>
              <w:t>每天十分鐘把手機靜音反轉，讀一節經文，對神說「請說，我在聽」，記下一個詞。</w:t>
            </w:r>
          </w:p>
        </w:tc>
        <w:tc>
          <w:tcPr>
            <w:tcW w:type="dxa" w:w="3402"/>
          </w:tcPr>
          <w:p>
            <w:r/>
            <w:r>
              <w:rPr>
                <w:rFonts w:ascii="Microsoft JhengHei" w:hAnsi="Microsoft JhengHei" w:eastAsia="Microsoft JhengHei"/>
                <w:b w:val="0"/>
                <w:i w:val="0"/>
                <w:color w:val="222A36"/>
                <w:sz w:val="20"/>
              </w:rPr>
              <w:t>要求交出手機使用紀錄；行動太大（例如一星期不用手機）</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極簡方案：lectio_three</w:t>
            </w:r>
          </w:p>
          <w:p>
            <w:r>
              <w:rPr>
                <w:rFonts w:ascii="Microsoft JhengHei" w:hAnsi="Microsoft JhengHei" w:eastAsia="Microsoft JhengHei"/>
                <w:b w:val="0"/>
                <w:i w:val="0"/>
                <w:color w:val="222A36"/>
                <w:sz w:val="22"/>
              </w:rPr>
              <w:t>1. 慢讀列王紀上 19:11-12 兩次，留意一個觸動自己的詞。</w:t>
            </w:r>
          </w:p>
          <w:p>
            <w:r>
              <w:rPr>
                <w:rFonts w:ascii="Microsoft JhengHei" w:hAnsi="Microsoft JhengHei" w:eastAsia="Microsoft JhengHei"/>
                <w:b w:val="0"/>
                <w:i w:val="0"/>
                <w:color w:val="222A36"/>
                <w:sz w:val="22"/>
              </w:rPr>
              <w:t>2. 靜默一分鐘，想這個詞對今天的自己說甚麼。</w:t>
            </w:r>
          </w:p>
          <w:p>
            <w:r>
              <w:rPr>
                <w:rFonts w:ascii="Microsoft JhengHei" w:hAnsi="Microsoft JhengHei" w:eastAsia="Microsoft JhengHei"/>
                <w:b w:val="0"/>
                <w:i w:val="0"/>
                <w:color w:val="222A36"/>
                <w:sz w:val="22"/>
              </w:rPr>
              <w:t>3. 寫一句「主啊，……」的短禱，不必公開。</w:t>
            </w:r>
          </w:p>
          <w:p>
            <w:r>
              <w:rPr>
                <w:rFonts w:ascii="Microsoft JhengHei" w:hAnsi="Microsoft JhengHei" w:eastAsia="Microsoft JhengHei"/>
                <w:b w:val="0"/>
                <w:i w:val="0"/>
                <w:color w:val="222A36"/>
                <w:sz w:val="22"/>
              </w:rPr>
              <w:t>理據：研究庫 lectio_three 及 lectio_vacare：以慢讀及靜默培養聆聽神的話。</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極簡方案：relationship_not_rules</w:t>
            </w:r>
          </w:p>
          <w:p>
            <w:r>
              <w:rPr>
                <w:rFonts w:ascii="Microsoft JhengHei" w:hAnsi="Microsoft JhengHei" w:eastAsia="Microsoft JhengHei"/>
                <w:b w:val="0"/>
                <w:i w:val="0"/>
                <w:color w:val="222A36"/>
                <w:sz w:val="22"/>
              </w:rPr>
              <w:t>1. 把「要少用手機」改寫成「因為神溫柔地呼喚我，所以我願意停下來聽」。</w:t>
            </w:r>
          </w:p>
          <w:p>
            <w:r>
              <w:rPr>
                <w:rFonts w:ascii="Microsoft JhengHei" w:hAnsi="Microsoft JhengHei" w:eastAsia="Microsoft JhengHei"/>
                <w:b w:val="0"/>
                <w:i w:val="0"/>
                <w:color w:val="222A36"/>
                <w:sz w:val="22"/>
              </w:rPr>
              <w:t>2. 說出耶穌在本課是一位怎樣的牧人。</w:t>
            </w:r>
          </w:p>
          <w:p>
            <w:r>
              <w:rPr>
                <w:rFonts w:ascii="Microsoft JhengHei" w:hAnsi="Microsoft JhengHei" w:eastAsia="Microsoft JhengHei"/>
                <w:b w:val="0"/>
                <w:i w:val="0"/>
                <w:color w:val="222A36"/>
                <w:sz w:val="22"/>
              </w:rPr>
              <w:t>3. 以一句向主說話的禱告作結。</w:t>
            </w:r>
          </w:p>
          <w:p>
            <w:r>
              <w:rPr>
                <w:rFonts w:ascii="Microsoft JhengHei" w:hAnsi="Microsoft JhengHei" w:eastAsia="Microsoft JhengHei"/>
                <w:b w:val="0"/>
                <w:i w:val="0"/>
                <w:color w:val="222A36"/>
                <w:sz w:val="22"/>
              </w:rPr>
              <w:t>理據：研究庫 relationship_not_rules 及 nsyr_mtd：避免把數碼健康變成規條，而是回應關係。</w:t>
            </w:r>
          </w:p>
        </w:tc>
      </w:tr>
    </w:tbl>
    <w:p/>
    <w:p>
      <w:pPr>
        <w:spacing w:after="120" w:before="240"/>
      </w:pPr>
      <w:r>
        <w:rPr>
          <w:rFonts w:ascii="Microsoft JhengHei" w:hAnsi="Microsoft JhengHei" w:eastAsia="Microsoft JhengHei"/>
          <w:b/>
          <w:i w:val="0"/>
          <w:color w:val="A86B1F"/>
          <w:sz w:val="32"/>
        </w:rPr>
        <w:t>五之二、應用選單（學生自選）</w:t>
      </w:r>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fill="EFE7D6"/>
          </w:tcPr>
          <w:p>
            <w:r/>
            <w:r>
              <w:rPr>
                <w:rFonts w:ascii="Microsoft JhengHei" w:hAnsi="Microsoft JhengHei" w:eastAsia="Microsoft JhengHei"/>
                <w:b/>
                <w:i w:val="0"/>
                <w:color w:val="222A36"/>
                <w:sz w:val="20"/>
              </w:rPr>
              <w:t>對象</w:t>
            </w:r>
          </w:p>
        </w:tc>
        <w:tc>
          <w:tcPr>
            <w:tcW w:type="dxa" w:w="1701"/>
            <w:shd w:val="clear" w:fill="EFE7D6"/>
          </w:tcPr>
          <w:p>
            <w:r/>
            <w:r>
              <w:rPr>
                <w:rFonts w:ascii="Microsoft JhengHei" w:hAnsi="Microsoft JhengHei" w:eastAsia="Microsoft JhengHei"/>
                <w:b/>
                <w:i w:val="0"/>
                <w:color w:val="222A36"/>
                <w:sz w:val="20"/>
              </w:rPr>
              <w:t>需要</w:t>
            </w:r>
          </w:p>
        </w:tc>
        <w:tc>
          <w:tcPr>
            <w:tcW w:type="dxa" w:w="3175"/>
            <w:shd w:val="clear" w:fill="EFE7D6"/>
          </w:tcPr>
          <w:p>
            <w:r/>
            <w:r>
              <w:rPr>
                <w:rFonts w:ascii="Microsoft JhengHei" w:hAnsi="Microsoft JhengHei" w:eastAsia="Microsoft JhengHei"/>
                <w:b/>
                <w:i w:val="0"/>
                <w:color w:val="222A36"/>
                <w:sz w:val="20"/>
              </w:rPr>
              <w:t>應用</w:t>
            </w:r>
          </w:p>
        </w:tc>
        <w:tc>
          <w:tcPr>
            <w:tcW w:type="dxa" w:w="2721"/>
            <w:shd w:val="clear" w:fill="EFE7D6"/>
          </w:tcPr>
          <w:p>
            <w:r/>
            <w:r>
              <w:rPr>
                <w:rFonts w:ascii="Microsoft JhengHei" w:hAnsi="Microsoft JhengHei" w:eastAsia="Microsoft JhengHei"/>
                <w:b/>
                <w:i w:val="0"/>
                <w:color w:val="222A36"/>
                <w:sz w:val="20"/>
              </w:rPr>
              <w:t>短禱</w:t>
            </w:r>
          </w:p>
        </w:tc>
      </w:tr>
      <w:tr>
        <w:tc>
          <w:tcPr>
            <w:tcW w:type="dxa" w:w="1474"/>
          </w:tcPr>
          <w:p>
            <w:r/>
            <w:r>
              <w:rPr>
                <w:rFonts w:ascii="Microsoft JhengHei" w:hAnsi="Microsoft JhengHei" w:eastAsia="Microsoft JhengHei"/>
                <w:b w:val="0"/>
                <w:i w:val="0"/>
                <w:color w:val="222A36"/>
                <w:sz w:val="20"/>
              </w:rPr>
              <w:t>未信／好奇</w:t>
            </w:r>
          </w:p>
        </w:tc>
        <w:tc>
          <w:tcPr>
            <w:tcW w:type="dxa" w:w="1701"/>
          </w:tcPr>
          <w:p>
            <w:r/>
            <w:r>
              <w:rPr>
                <w:rFonts w:ascii="Microsoft JhengHei" w:hAnsi="Microsoft JhengHei" w:eastAsia="Microsoft JhengHei"/>
                <w:b w:val="0"/>
                <w:i w:val="0"/>
                <w:color w:val="222A36"/>
                <w:sz w:val="20"/>
              </w:rPr>
              <w:t>從未想過神會說話</w:t>
            </w:r>
          </w:p>
        </w:tc>
        <w:tc>
          <w:tcPr>
            <w:tcW w:type="dxa" w:w="3175"/>
          </w:tcPr>
          <w:p>
            <w:r/>
            <w:r>
              <w:rPr>
                <w:rFonts w:ascii="Microsoft JhengHei" w:hAnsi="Microsoft JhengHei" w:eastAsia="Microsoft JhengHei"/>
                <w:b w:val="0"/>
                <w:i w:val="0"/>
                <w:color w:val="222A36"/>
                <w:sz w:val="20"/>
              </w:rPr>
              <w:t>這星期試一次：安靜一分鐘，然後說「如果你在，請讓我知道」。</w:t>
            </w:r>
          </w:p>
        </w:tc>
        <w:tc>
          <w:tcPr>
            <w:tcW w:type="dxa" w:w="2721"/>
          </w:tcPr>
          <w:p>
            <w:r/>
            <w:r>
              <w:rPr>
                <w:rFonts w:ascii="Microsoft JhengHei" w:hAnsi="Microsoft JhengHei" w:eastAsia="Microsoft JhengHei"/>
                <w:b w:val="0"/>
                <w:i w:val="0"/>
                <w:color w:val="222A36"/>
                <w:sz w:val="20"/>
              </w:rPr>
              <w:t>神啊，如果你在，請讓我聽見你。</w:t>
            </w:r>
          </w:p>
        </w:tc>
      </w:tr>
      <w:tr>
        <w:tc>
          <w:tcPr>
            <w:tcW w:type="dxa" w:w="1474"/>
          </w:tcPr>
          <w:p>
            <w:r/>
            <w:r>
              <w:rPr>
                <w:rFonts w:ascii="Microsoft JhengHei" w:hAnsi="Microsoft JhengHei" w:eastAsia="Microsoft JhengHei"/>
                <w:b w:val="0"/>
                <w:i w:val="0"/>
                <w:color w:val="222A36"/>
                <w:sz w:val="20"/>
              </w:rPr>
              <w:t>正在懷疑</w:t>
            </w:r>
          </w:p>
        </w:tc>
        <w:tc>
          <w:tcPr>
            <w:tcW w:type="dxa" w:w="1701"/>
          </w:tcPr>
          <w:p>
            <w:r/>
            <w:r>
              <w:rPr>
                <w:rFonts w:ascii="Microsoft JhengHei" w:hAnsi="Microsoft JhengHei" w:eastAsia="Microsoft JhengHei"/>
                <w:b w:val="0"/>
                <w:i w:val="0"/>
                <w:color w:val="222A36"/>
                <w:sz w:val="20"/>
              </w:rPr>
              <w:t>懷疑神是否會對自己說話</w:t>
            </w:r>
          </w:p>
        </w:tc>
        <w:tc>
          <w:tcPr>
            <w:tcW w:type="dxa" w:w="3175"/>
          </w:tcPr>
          <w:p>
            <w:r/>
            <w:r>
              <w:rPr>
                <w:rFonts w:ascii="Microsoft JhengHei" w:hAnsi="Microsoft JhengHei" w:eastAsia="Microsoft JhengHei"/>
                <w:b w:val="0"/>
                <w:i w:val="0"/>
                <w:color w:val="222A36"/>
                <w:sz w:val="20"/>
              </w:rPr>
              <w:t>寫下一個你很想問神的問題，這星期讀一段聖經，看看有沒有回應。</w:t>
            </w:r>
          </w:p>
        </w:tc>
        <w:tc>
          <w:tcPr>
            <w:tcW w:type="dxa" w:w="2721"/>
          </w:tcPr>
          <w:p>
            <w:r/>
            <w:r>
              <w:rPr>
                <w:rFonts w:ascii="Microsoft JhengHei" w:hAnsi="Microsoft JhengHei" w:eastAsia="Microsoft JhengHei"/>
                <w:b w:val="0"/>
                <w:i w:val="0"/>
                <w:color w:val="222A36"/>
                <w:sz w:val="20"/>
              </w:rPr>
              <w:t>主，我不肯定你會不會回答，但我願意問你。</w:t>
            </w:r>
          </w:p>
        </w:tc>
      </w:tr>
      <w:tr>
        <w:tc>
          <w:tcPr>
            <w:tcW w:type="dxa" w:w="1474"/>
          </w:tcPr>
          <w:p>
            <w:r/>
            <w:r>
              <w:rPr>
                <w:rFonts w:ascii="Microsoft JhengHei" w:hAnsi="Microsoft JhengHei" w:eastAsia="Microsoft JhengHei"/>
                <w:b w:val="0"/>
                <w:i w:val="0"/>
                <w:color w:val="222A36"/>
                <w:sz w:val="20"/>
              </w:rPr>
              <w:t>想成長的信徒</w:t>
            </w:r>
          </w:p>
        </w:tc>
        <w:tc>
          <w:tcPr>
            <w:tcW w:type="dxa" w:w="1701"/>
          </w:tcPr>
          <w:p>
            <w:r/>
            <w:r>
              <w:rPr>
                <w:rFonts w:ascii="Microsoft JhengHei" w:hAnsi="Microsoft JhengHei" w:eastAsia="Microsoft JhengHei"/>
                <w:b w:val="0"/>
                <w:i w:val="0"/>
                <w:color w:val="222A36"/>
                <w:sz w:val="20"/>
              </w:rPr>
              <w:t>想更親近神，但靈修常被手機打斷</w:t>
            </w:r>
          </w:p>
        </w:tc>
        <w:tc>
          <w:tcPr>
            <w:tcW w:type="dxa" w:w="3175"/>
          </w:tcPr>
          <w:p>
            <w:r/>
            <w:r>
              <w:rPr>
                <w:rFonts w:ascii="Microsoft JhengHei" w:hAnsi="Microsoft JhengHei" w:eastAsia="Microsoft JhengHei"/>
                <w:b w:val="0"/>
                <w:i w:val="0"/>
                <w:color w:val="222A36"/>
                <w:sz w:val="20"/>
              </w:rPr>
              <w:t>每天十分鐘數碼安息：靜音、讀一節經文、說「請說，我在聽」。</w:t>
            </w:r>
          </w:p>
        </w:tc>
        <w:tc>
          <w:tcPr>
            <w:tcW w:type="dxa" w:w="2721"/>
          </w:tcPr>
          <w:p>
            <w:r/>
            <w:r>
              <w:rPr>
                <w:rFonts w:ascii="Microsoft JhengHei" w:hAnsi="Microsoft JhengHei" w:eastAsia="Microsoft JhengHei"/>
                <w:b w:val="0"/>
                <w:i w:val="0"/>
                <w:color w:val="222A36"/>
                <w:sz w:val="20"/>
              </w:rPr>
              <w:t>主，請說，我在聽。</w:t>
            </w:r>
          </w:p>
        </w:tc>
      </w:tr>
      <w:tr>
        <w:tc>
          <w:tcPr>
            <w:tcW w:type="dxa" w:w="1474"/>
          </w:tcPr>
          <w:p>
            <w:r/>
            <w:r>
              <w:rPr>
                <w:rFonts w:ascii="Microsoft JhengHei" w:hAnsi="Microsoft JhengHei" w:eastAsia="Microsoft JhengHei"/>
                <w:b w:val="0"/>
                <w:i w:val="0"/>
                <w:color w:val="222A36"/>
                <w:sz w:val="20"/>
              </w:rPr>
              <w:t>特殊需要</w:t>
            </w:r>
          </w:p>
        </w:tc>
        <w:tc>
          <w:tcPr>
            <w:tcW w:type="dxa" w:w="1701"/>
          </w:tcPr>
          <w:p>
            <w:r/>
            <w:r>
              <w:rPr>
                <w:rFonts w:ascii="Microsoft JhengHei" w:hAnsi="Microsoft JhengHei" w:eastAsia="Microsoft JhengHei"/>
                <w:b w:val="0"/>
                <w:i w:val="0"/>
                <w:color w:val="222A36"/>
                <w:sz w:val="20"/>
              </w:rPr>
              <w:t>專注力短或難以安靜</w:t>
            </w:r>
          </w:p>
        </w:tc>
        <w:tc>
          <w:tcPr>
            <w:tcW w:type="dxa" w:w="3175"/>
          </w:tcPr>
          <w:p>
            <w:r/>
            <w:r>
              <w:rPr>
                <w:rFonts w:ascii="Microsoft JhengHei" w:hAnsi="Microsoft JhengHei" w:eastAsia="Microsoft JhengHei"/>
                <w:b w:val="0"/>
                <w:i w:val="0"/>
                <w:color w:val="222A36"/>
                <w:sz w:val="20"/>
              </w:rPr>
              <w:t>安靜時用手指慢慢數五次呼吸，每次心裏說一次「主，我在聽」。</w:t>
            </w:r>
          </w:p>
        </w:tc>
        <w:tc>
          <w:tcPr>
            <w:tcW w:type="dxa" w:w="2721"/>
          </w:tcPr>
          <w:p>
            <w:r/>
            <w:r>
              <w:rPr>
                <w:rFonts w:ascii="Microsoft JhengHei" w:hAnsi="Microsoft JhengHei" w:eastAsia="Microsoft JhengHei"/>
                <w:b w:val="0"/>
                <w:i w:val="0"/>
                <w:color w:val="222A36"/>
                <w:sz w:val="20"/>
              </w:rPr>
              <w:t>主，我在聽。</w:t>
            </w:r>
          </w:p>
        </w:tc>
      </w:tr>
      <w:tr>
        <w:tc>
          <w:tcPr>
            <w:tcW w:type="dxa" w:w="1474"/>
          </w:tcPr>
          <w:p>
            <w:r/>
            <w:r>
              <w:rPr>
                <w:rFonts w:ascii="Microsoft JhengHei" w:hAnsi="Microsoft JhengHei" w:eastAsia="Microsoft JhengHei"/>
                <w:b w:val="0"/>
                <w:i w:val="0"/>
                <w:color w:val="222A36"/>
                <w:sz w:val="20"/>
              </w:rPr>
              <w:t>全班</w:t>
            </w:r>
          </w:p>
        </w:tc>
        <w:tc>
          <w:tcPr>
            <w:tcW w:type="dxa" w:w="1701"/>
          </w:tcPr>
          <w:p>
            <w:r/>
            <w:r>
              <w:rPr>
                <w:rFonts w:ascii="Microsoft JhengHei" w:hAnsi="Microsoft JhengHei" w:eastAsia="Microsoft JhengHei"/>
                <w:b w:val="0"/>
                <w:i w:val="0"/>
                <w:color w:val="222A36"/>
                <w:sz w:val="20"/>
              </w:rPr>
              <w:t>聲音太多、心裏很吵</w:t>
            </w:r>
          </w:p>
        </w:tc>
        <w:tc>
          <w:tcPr>
            <w:tcW w:type="dxa" w:w="3175"/>
          </w:tcPr>
          <w:p>
            <w:r/>
            <w:r>
              <w:rPr>
                <w:rFonts w:ascii="Microsoft JhengHei" w:hAnsi="Microsoft JhengHei" w:eastAsia="Microsoft JhengHei"/>
                <w:b w:val="0"/>
                <w:i w:val="0"/>
                <w:color w:val="222A36"/>
                <w:sz w:val="20"/>
              </w:rPr>
              <w:t>這星期選一晚睡前十分鐘不看手機，向神說說今天的事。</w:t>
            </w:r>
          </w:p>
        </w:tc>
        <w:tc>
          <w:tcPr>
            <w:tcW w:type="dxa" w:w="2721"/>
          </w:tcPr>
          <w:p>
            <w:r/>
            <w:r>
              <w:rPr>
                <w:rFonts w:ascii="Microsoft JhengHei" w:hAnsi="Microsoft JhengHei" w:eastAsia="Microsoft JhengHei"/>
                <w:b w:val="0"/>
                <w:i w:val="0"/>
                <w:color w:val="222A36"/>
                <w:sz w:val="20"/>
              </w:rPr>
              <w:t>天父，今天很吵，謝謝你仍然溫柔地等我。</w:t>
            </w:r>
          </w:p>
        </w:tc>
      </w:tr>
    </w:tbl>
    <w:p/>
    <w:p>
      <w:pPr>
        <w:spacing w:after="120" w:before="240"/>
      </w:pPr>
      <w:r>
        <w:rPr>
          <w:rFonts w:ascii="Microsoft JhengHei" w:hAnsi="Microsoft JhengHei" w:eastAsia="Microsoft JhengHei"/>
          <w:b/>
          <w:i w:val="0"/>
          <w:color w:val="A86B1F"/>
          <w:sz w:val="32"/>
        </w:rPr>
        <w:t>五之三、由懷疑到信心（簡單護教）</w:t>
      </w:r>
    </w:p>
    <w:p>
      <w:pPr>
        <w:spacing w:after="0"/>
      </w:pPr>
      <w:r>
        <w:rPr>
          <w:rFonts w:ascii="Microsoft JhengHei" w:hAnsi="Microsoft JhengHei" w:eastAsia="Microsoft JhengHei"/>
          <w:b/>
          <w:i w:val="0"/>
          <w:color w:val="222A36"/>
          <w:sz w:val="22"/>
        </w:rPr>
        <w:t>❓ 我從來沒有聽見神說話，是否代表祂不存在？</w:t>
      </w:r>
    </w:p>
    <w:p>
      <w:pPr>
        <w:spacing w:after="120"/>
      </w:pPr>
      <w:r>
        <w:rPr>
          <w:rFonts w:ascii="Microsoft JhengHei" w:hAnsi="Microsoft JhengHei" w:eastAsia="Microsoft JhengHei"/>
          <w:b w:val="0"/>
          <w:i w:val="0"/>
          <w:color w:val="222A36"/>
          <w:sz w:val="22"/>
        </w:rPr>
        <w:t>聽見神多數不是聽到聲音，而是在讀聖經、禱告或別人的提醒中，心裏明白了一件事。以利亞也要等烈風、地震、烈火過去才聽見。安靜下來，是聆聽的開始。　〔列王紀上 19:11-12〕</w:t>
      </w:r>
    </w:p>
    <w:p>
      <w:pPr>
        <w:spacing w:after="0"/>
      </w:pPr>
      <w:r>
        <w:rPr>
          <w:rFonts w:ascii="Microsoft JhengHei" w:hAnsi="Microsoft JhengHei" w:eastAsia="Microsoft JhengHei"/>
          <w:b/>
          <w:i w:val="0"/>
          <w:color w:val="222A36"/>
          <w:sz w:val="22"/>
        </w:rPr>
        <w:t>❓ 神為甚麼要問以利亞「你在這裏做甚麼？」，祂不是甚麼都知道嗎？</w:t>
      </w:r>
    </w:p>
    <w:p>
      <w:pPr>
        <w:spacing w:after="120"/>
      </w:pPr>
      <w:r>
        <w:rPr>
          <w:rFonts w:ascii="Microsoft JhengHei" w:hAnsi="Microsoft JhengHei" w:eastAsia="Microsoft JhengHei"/>
          <w:b w:val="0"/>
          <w:i w:val="0"/>
          <w:color w:val="222A36"/>
          <w:sz w:val="22"/>
        </w:rPr>
        <w:t>神問，不是因為不知道，而是邀請以利亞說出心裏話。神想聽你誠實的回答，即使是抱怨或孤單。　〔列王紀上 19:13〕</w:t>
      </w:r>
    </w:p>
    <w:p>
      <w:pPr>
        <w:spacing w:after="0"/>
      </w:pPr>
      <w:r>
        <w:rPr>
          <w:rFonts w:ascii="Microsoft JhengHei" w:hAnsi="Microsoft JhengHei" w:eastAsia="Microsoft JhengHei"/>
          <w:b/>
          <w:i w:val="0"/>
          <w:color w:val="222A36"/>
          <w:sz w:val="22"/>
        </w:rPr>
        <w:t>❓ 耶穌真的認得我嗎？</w:t>
      </w:r>
    </w:p>
    <w:p>
      <w:pPr>
        <w:spacing w:after="120"/>
      </w:pPr>
      <w:r>
        <w:rPr>
          <w:rFonts w:ascii="Microsoft JhengHei" w:hAnsi="Microsoft JhengHei" w:eastAsia="Microsoft JhengHei"/>
          <w:b w:val="0"/>
          <w:i w:val="0"/>
          <w:color w:val="222A36"/>
          <w:sz w:val="22"/>
        </w:rPr>
        <w:t>耶穌說祂的羊聽祂的聲音，祂也認識他們。祂不是只認得「好學生」，而是認得每一個願意聽祂的人。　〔約翰福音 10:27〕</w:t>
      </w:r>
    </w:p>
    <w:p>
      <w:pPr>
        <w:spacing w:after="0"/>
      </w:pPr>
      <w:r>
        <w:rPr>
          <w:rFonts w:ascii="Microsoft JhengHei" w:hAnsi="Microsoft JhengHei" w:eastAsia="Microsoft JhengHei"/>
          <w:b/>
          <w:i w:val="0"/>
          <w:color w:val="222A36"/>
          <w:sz w:val="22"/>
        </w:rPr>
        <w:t>❓ 我信心很小，安靜也沒有感覺，怎麼辦？</w:t>
      </w:r>
    </w:p>
    <w:p>
      <w:pPr>
        <w:spacing w:after="120"/>
      </w:pPr>
      <w:r>
        <w:rPr>
          <w:rFonts w:ascii="Microsoft JhengHei" w:hAnsi="Microsoft JhengHei" w:eastAsia="Microsoft JhengHei"/>
          <w:b w:val="0"/>
          <w:i w:val="0"/>
          <w:color w:val="222A36"/>
          <w:sz w:val="22"/>
        </w:rPr>
        <w:t>可以像那位父親一樣說「我信，但我信不足，求主幫助」。沒有感覺不等於神沒有在，繼續每天停下來就好。　〔馬可福音 9:24〕</w:t>
      </w:r>
    </w:p>
    <w:p>
      <w:pPr>
        <w:spacing w:after="120" w:before="240"/>
      </w:pPr>
      <w:r>
        <w:rPr>
          <w:rFonts w:ascii="Microsoft JhengHei" w:hAnsi="Microsoft JhengHei" w:eastAsia="Microsoft JhengHei"/>
          <w:b/>
          <w:i w:val="0"/>
          <w:color w:val="222A36"/>
          <w:sz w:val="26"/>
        </w:rPr>
        <w:t>解經筆記</w:t>
      </w:r>
    </w:p>
    <w:p>
      <w:pPr>
        <w:pStyle w:val="ListBullet"/>
      </w:pPr>
      <w:r>
        <w:rPr>
          <w:rFonts w:ascii="Microsoft JhengHei" w:hAnsi="Microsoft JhengHei" w:eastAsia="Microsoft JhengHei"/>
          <w:b w:val="0"/>
          <w:i w:val="0"/>
          <w:color w:val="222A36"/>
          <w:sz w:val="22"/>
        </w:rPr>
        <w:t>〔列王紀上 19:9〕何烈山就是西奈山，神曾在這裏向摩西頒布十誡。以利亞走了四十晝夜，回到神最初向以色列人說話的地方。</w:t>
      </w:r>
    </w:p>
    <w:p>
      <w:pPr>
        <w:pStyle w:val="ListBullet"/>
      </w:pPr>
      <w:r>
        <w:rPr>
          <w:rFonts w:ascii="Microsoft JhengHei" w:hAnsi="Microsoft JhengHei" w:eastAsia="Microsoft JhengHei"/>
          <w:b w:val="0"/>
          <w:i w:val="0"/>
          <w:color w:val="222A36"/>
          <w:sz w:val="22"/>
        </w:rPr>
        <w:t>〔列王紀上 19:11-12〕烈風、地震、烈火都曾是神顯現的記號（例如西奈山）；但這一次神不在其中，而在「微小的聲音」裏。思高本譯作「輕微細弱的風聲」。</w:t>
      </w:r>
    </w:p>
    <w:p>
      <w:pPr>
        <w:pStyle w:val="ListBullet"/>
      </w:pPr>
      <w:r>
        <w:rPr>
          <w:rFonts w:ascii="Microsoft JhengHei" w:hAnsi="Microsoft JhengHei" w:eastAsia="Microsoft JhengHei"/>
          <w:b w:val="0"/>
          <w:i w:val="0"/>
          <w:color w:val="222A36"/>
          <w:sz w:val="22"/>
        </w:rPr>
        <w:t>〔列王紀上 19:13〕以利亞用外衣蒙臉，表示敬畏。神第二次問同一個問題，以利亞的回答也一樣；神沒有責備，而是在下一段給他新的任務（第三課）。</w:t>
      </w:r>
    </w:p>
    <w:p>
      <w:pPr>
        <w:pStyle w:val="ListBullet"/>
      </w:pPr>
      <w:r>
        <w:rPr>
          <w:rFonts w:ascii="Microsoft JhengHei" w:hAnsi="Microsoft JhengHei" w:eastAsia="Microsoft JhengHei"/>
          <w:b w:val="0"/>
          <w:i w:val="0"/>
          <w:color w:val="222A36"/>
          <w:sz w:val="22"/>
        </w:rPr>
        <w:t>〔馬可福音 1:35〕耶穌也在天未亮時到安靜的地方禱告；安靜聆聽是耶穌自己的生活習慣。</w:t>
      </w:r>
    </w:p>
    <w:p>
      <w:pPr>
        <w:spacing w:after="120" w:before="240"/>
      </w:pPr>
      <w:r>
        <w:rPr>
          <w:rFonts w:ascii="Microsoft JhengHei" w:hAnsi="Microsoft JhengHei" w:eastAsia="Microsoft JhengHei"/>
          <w:b/>
          <w:i w:val="0"/>
          <w:color w:val="222A36"/>
          <w:sz w:val="26"/>
        </w:rPr>
        <w:t>小知識</w:t>
      </w:r>
    </w:p>
    <w:p>
      <w:pPr>
        <w:pStyle w:val="ListBullet"/>
      </w:pPr>
      <w:r>
        <w:rPr>
          <w:rFonts w:ascii="Microsoft JhengHei" w:hAnsi="Microsoft JhengHei" w:eastAsia="Microsoft JhengHei"/>
          <w:b w:val="0"/>
          <w:i w:val="0"/>
          <w:color w:val="222A36"/>
          <w:sz w:val="22"/>
        </w:rPr>
        <w:t>何烈山一般認為就是西奈山，神曾在那裏向摩西頒布十誡。（以利亞回到神最初說話的地方，神再一次向他說話。；出處：聖經學者普遍看法（請老師核對））</w:t>
      </w:r>
    </w:p>
    <w:p>
      <w:pPr>
        <w:pStyle w:val="ListBullet"/>
      </w:pPr>
      <w:r>
        <w:rPr>
          <w:rFonts w:ascii="Microsoft JhengHei" w:hAnsi="Microsoft JhengHei" w:eastAsia="Microsoft JhengHei"/>
          <w:b w:val="0"/>
          <w:i w:val="0"/>
          <w:color w:val="222A36"/>
          <w:sz w:val="22"/>
        </w:rPr>
        <w:t>研究估計青少年每天收到的手機通知可多達數十至數百個。（聲音太多時，我們很難聽見神，也很難聽見自己。；出處：數字只作大約說明，請老師按最新資料核對）</w:t>
      </w:r>
    </w:p>
    <w:p>
      <w:pPr>
        <w:spacing w:after="120" w:before="240"/>
      </w:pPr>
      <w:r>
        <w:rPr>
          <w:rFonts w:ascii="Microsoft JhengHei" w:hAnsi="Microsoft JhengHei" w:eastAsia="Microsoft JhengHei"/>
          <w:b/>
          <w:i w:val="0"/>
          <w:color w:val="222A36"/>
          <w:sz w:val="26"/>
        </w:rPr>
        <w:t>影片</w:t>
      </w:r>
    </w:p>
    <w:p>
      <w:pPr>
        <w:spacing w:after="80"/>
      </w:pPr>
      <w:r>
        <w:rPr>
          <w:rFonts w:ascii="Microsoft JhengHei" w:hAnsi="Microsoft JhengHei" w:eastAsia="Microsoft JhengHei"/>
          <w:b w:val="0"/>
          <w:i w:val="0"/>
          <w:color w:val="6B7280"/>
          <w:sz w:val="20"/>
        </w:rPr>
        <w:t>老師可自行搜尋的關鍵字：以利亞 何烈山 微小的聲音；Elijah still small voice 1 Kings 19；列王紀上 19 章 微小的聲音 講道；安靜 聆聽 神 青少年 靈修</w:t>
      </w:r>
    </w:p>
    <w:p>
      <w:pPr>
        <w:spacing w:after="120" w:before="240"/>
      </w:pPr>
      <w:r>
        <w:rPr>
          <w:rFonts w:ascii="Microsoft JhengHei" w:hAnsi="Microsoft JhengHei" w:eastAsia="Microsoft JhengHei"/>
          <w:b/>
          <w:i w:val="0"/>
          <w:color w:val="A86B1F"/>
          <w:sz w:val="32"/>
        </w:rPr>
        <w:t>五之四、禱告箱</w:t>
      </w:r>
    </w:p>
    <w:tbl>
      <w:tblPr>
        <w:tblStyle w:val="TableGrid"/>
        <w:tblW w:type="auto" w:w="0"/>
        <w:tblLook w:firstColumn="1" w:firstRow="1" w:lastColumn="0" w:lastRow="0" w:noHBand="0" w:noVBand="1" w:val="04A0"/>
      </w:tblPr>
      <w:tblGrid>
        <w:gridCol w:w="3324"/>
        <w:gridCol w:w="3324"/>
        <w:gridCol w:w="3324"/>
      </w:tblGrid>
      <w:tr>
        <w:tc>
          <w:tcPr>
            <w:tcW w:type="dxa" w:w="1474"/>
            <w:shd w:val="clear" w:fill="EFE7D6"/>
          </w:tcPr>
          <w:p>
            <w:r/>
            <w:r>
              <w:rPr>
                <w:rFonts w:ascii="Microsoft JhengHei" w:hAnsi="Microsoft JhengHei" w:eastAsia="Microsoft JhengHei"/>
                <w:b/>
                <w:i w:val="0"/>
                <w:color w:val="222A36"/>
                <w:sz w:val="20"/>
              </w:rPr>
              <w:t>層次</w:t>
            </w:r>
          </w:p>
        </w:tc>
        <w:tc>
          <w:tcPr>
            <w:tcW w:type="dxa" w:w="1701"/>
            <w:shd w:val="clear" w:fill="EFE7D6"/>
          </w:tcPr>
          <w:p>
            <w:r/>
            <w:r>
              <w:rPr>
                <w:rFonts w:ascii="Microsoft JhengHei" w:hAnsi="Microsoft JhengHei" w:eastAsia="Microsoft JhengHei"/>
                <w:b/>
                <w:i w:val="0"/>
                <w:color w:val="222A36"/>
                <w:sz w:val="20"/>
              </w:rPr>
              <w:t>題目</w:t>
            </w:r>
          </w:p>
        </w:tc>
        <w:tc>
          <w:tcPr>
            <w:tcW w:type="dxa" w:w="5896"/>
            <w:shd w:val="clear" w:fill="EFE7D6"/>
          </w:tcPr>
          <w:p>
            <w:r/>
            <w:r>
              <w:rPr>
                <w:rFonts w:ascii="Microsoft JhengHei" w:hAnsi="Microsoft JhengHei" w:eastAsia="Microsoft JhengHei"/>
                <w:b/>
                <w:i w:val="0"/>
                <w:color w:val="222A36"/>
                <w:sz w:val="20"/>
              </w:rPr>
              <w:t>禱文</w:t>
            </w:r>
          </w:p>
        </w:tc>
      </w:tr>
      <w:tr>
        <w:tc>
          <w:tcPr>
            <w:tcW w:type="dxa" w:w="1474"/>
          </w:tcPr>
          <w:p>
            <w:r/>
            <w:r>
              <w:rPr>
                <w:rFonts w:ascii="Microsoft JhengHei" w:hAnsi="Microsoft JhengHei" w:eastAsia="Microsoft JhengHei"/>
                <w:b w:val="0"/>
                <w:i w:val="0"/>
                <w:color w:val="222A36"/>
                <w:sz w:val="20"/>
              </w:rPr>
              <w:t>開課</w:t>
            </w:r>
          </w:p>
        </w:tc>
        <w:tc>
          <w:tcPr>
            <w:tcW w:type="dxa" w:w="1701"/>
          </w:tcPr>
          <w:p>
            <w:r/>
            <w:r>
              <w:rPr>
                <w:rFonts w:ascii="Microsoft JhengHei" w:hAnsi="Microsoft JhengHei" w:eastAsia="Microsoft JhengHei"/>
                <w:b w:val="0"/>
                <w:i w:val="0"/>
                <w:color w:val="222A36"/>
                <w:sz w:val="20"/>
              </w:rPr>
              <w:t>開課：安靜下來</w:t>
            </w:r>
          </w:p>
        </w:tc>
        <w:tc>
          <w:tcPr>
            <w:tcW w:type="dxa" w:w="5896"/>
          </w:tcPr>
          <w:p>
            <w:r/>
            <w:r>
              <w:rPr>
                <w:rFonts w:ascii="Microsoft JhengHei" w:hAnsi="Microsoft JhengHei" w:eastAsia="Microsoft JhengHei"/>
                <w:b w:val="0"/>
                <w:i w:val="0"/>
                <w:color w:val="222A36"/>
                <w:sz w:val="20"/>
              </w:rPr>
              <w:t>主，我身邊很吵，心裏也很吵。求你在這一課讓我安靜下來。</w:t>
            </w:r>
          </w:p>
        </w:tc>
      </w:tr>
      <w:tr>
        <w:tc>
          <w:tcPr>
            <w:tcW w:type="dxa" w:w="1474"/>
          </w:tcPr>
          <w:p>
            <w:r/>
            <w:r>
              <w:rPr>
                <w:rFonts w:ascii="Microsoft JhengHei" w:hAnsi="Microsoft JhengHei" w:eastAsia="Microsoft JhengHei"/>
                <w:b w:val="0"/>
                <w:i w:val="0"/>
                <w:color w:val="222A36"/>
                <w:sz w:val="20"/>
              </w:rPr>
              <w:t>讀經後</w:t>
            </w:r>
          </w:p>
        </w:tc>
        <w:tc>
          <w:tcPr>
            <w:tcW w:type="dxa" w:w="1701"/>
          </w:tcPr>
          <w:p>
            <w:r/>
            <w:r>
              <w:rPr>
                <w:rFonts w:ascii="Microsoft JhengHei" w:hAnsi="Microsoft JhengHei" w:eastAsia="Microsoft JhengHei"/>
                <w:b w:val="0"/>
                <w:i w:val="0"/>
                <w:color w:val="222A36"/>
                <w:sz w:val="20"/>
              </w:rPr>
              <w:t>讀經後</w:t>
            </w:r>
          </w:p>
        </w:tc>
        <w:tc>
          <w:tcPr>
            <w:tcW w:type="dxa" w:w="5896"/>
          </w:tcPr>
          <w:p>
            <w:r/>
            <w:r>
              <w:rPr>
                <w:rFonts w:ascii="Microsoft JhengHei" w:hAnsi="Microsoft JhengHei" w:eastAsia="Microsoft JhengHei"/>
                <w:b w:val="0"/>
                <w:i w:val="0"/>
                <w:color w:val="222A36"/>
                <w:sz w:val="20"/>
              </w:rPr>
              <w:t>天父，謝謝你不用烈風和地震逼我聽，而是溫柔地呼喚我。求你讓我認得你的聲音。</w:t>
            </w:r>
          </w:p>
        </w:tc>
      </w:tr>
      <w:tr>
        <w:tc>
          <w:tcPr>
            <w:tcW w:type="dxa" w:w="1474"/>
          </w:tcPr>
          <w:p>
            <w:r/>
            <w:r>
              <w:rPr>
                <w:rFonts w:ascii="Microsoft JhengHei" w:hAnsi="Microsoft JhengHei" w:eastAsia="Microsoft JhengHei"/>
                <w:b w:val="0"/>
                <w:i w:val="0"/>
                <w:color w:val="222A36"/>
                <w:sz w:val="20"/>
              </w:rPr>
              <w:t>應用</w:t>
            </w:r>
          </w:p>
        </w:tc>
        <w:tc>
          <w:tcPr>
            <w:tcW w:type="dxa" w:w="1701"/>
          </w:tcPr>
          <w:p>
            <w:r/>
            <w:r>
              <w:rPr>
                <w:rFonts w:ascii="Microsoft JhengHei" w:hAnsi="Microsoft JhengHei" w:eastAsia="Microsoft JhengHei"/>
                <w:b w:val="0"/>
                <w:i w:val="0"/>
                <w:color w:val="222A36"/>
                <w:sz w:val="20"/>
              </w:rPr>
              <w:t>選擇一小步</w:t>
            </w:r>
          </w:p>
        </w:tc>
        <w:tc>
          <w:tcPr>
            <w:tcW w:type="dxa" w:w="5896"/>
          </w:tcPr>
          <w:p>
            <w:r/>
            <w:r>
              <w:rPr>
                <w:rFonts w:ascii="Microsoft JhengHei" w:hAnsi="Microsoft JhengHei" w:eastAsia="Microsoft JhengHei"/>
                <w:b w:val="0"/>
                <w:i w:val="0"/>
                <w:color w:val="222A36"/>
                <w:sz w:val="20"/>
              </w:rPr>
              <w:t>主，我選了一個很小的行動。求你幫助我每天停下來，聽你說話。</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收到太多通知時</w:t>
            </w:r>
          </w:p>
        </w:tc>
        <w:tc>
          <w:tcPr>
            <w:tcW w:type="dxa" w:w="5896"/>
          </w:tcPr>
          <w:p>
            <w:r/>
            <w:r>
              <w:rPr>
                <w:rFonts w:ascii="Microsoft JhengHei" w:hAnsi="Microsoft JhengHei" w:eastAsia="Microsoft JhengHei"/>
                <w:b w:val="0"/>
                <w:i w:val="0"/>
                <w:color w:val="222A36"/>
                <w:sz w:val="20"/>
              </w:rPr>
              <w:t>主耶穌，我被很多聲音拉來拉去。求你幫助我放下手機一會兒，回到你面前。</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覺得孤單時</w:t>
            </w:r>
          </w:p>
        </w:tc>
        <w:tc>
          <w:tcPr>
            <w:tcW w:type="dxa" w:w="5896"/>
          </w:tcPr>
          <w:p>
            <w:r/>
            <w:r>
              <w:rPr>
                <w:rFonts w:ascii="Microsoft JhengHei" w:hAnsi="Microsoft JhengHei" w:eastAsia="Microsoft JhengHei"/>
                <w:b w:val="0"/>
                <w:i w:val="0"/>
                <w:color w:val="222A36"/>
                <w:sz w:val="20"/>
              </w:rPr>
              <w:t>天父，我覺得好像只剩下自己。求你讓我知道你在這裏，也讓我找到一位可以傾談的人。</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睡前</w:t>
            </w:r>
          </w:p>
        </w:tc>
        <w:tc>
          <w:tcPr>
            <w:tcW w:type="dxa" w:w="5896"/>
          </w:tcPr>
          <w:p>
            <w:r/>
            <w:r>
              <w:rPr>
                <w:rFonts w:ascii="Microsoft JhengHei" w:hAnsi="Microsoft JhengHei" w:eastAsia="Microsoft JhengHei"/>
                <w:b w:val="0"/>
                <w:i w:val="0"/>
                <w:color w:val="222A36"/>
                <w:sz w:val="20"/>
              </w:rPr>
              <w:t>主，今天的聲音都靜下來了。我想把今天告訴你，也想聽你說。</w:t>
            </w:r>
          </w:p>
        </w:tc>
      </w:tr>
      <w:tr>
        <w:tc>
          <w:tcPr>
            <w:tcW w:type="dxa" w:w="1474"/>
          </w:tcPr>
          <w:p>
            <w:r/>
            <w:r>
              <w:rPr>
                <w:rFonts w:ascii="Microsoft JhengHei" w:hAnsi="Microsoft JhengHei" w:eastAsia="Microsoft JhengHei"/>
                <w:b w:val="0"/>
                <w:i w:val="0"/>
                <w:color w:val="222A36"/>
                <w:sz w:val="20"/>
              </w:rPr>
              <w:t>工作紙</w:t>
            </w:r>
          </w:p>
        </w:tc>
        <w:tc>
          <w:tcPr>
            <w:tcW w:type="dxa" w:w="1701"/>
          </w:tcPr>
          <w:p>
            <w:r/>
            <w:r>
              <w:rPr>
                <w:rFonts w:ascii="Microsoft JhengHei" w:hAnsi="Microsoft JhengHei" w:eastAsia="Microsoft JhengHei"/>
                <w:b w:val="0"/>
                <w:i w:val="0"/>
                <w:color w:val="222A36"/>
                <w:sz w:val="20"/>
              </w:rPr>
              <w:t>我的回答</w:t>
            </w:r>
          </w:p>
        </w:tc>
        <w:tc>
          <w:tcPr>
            <w:tcW w:type="dxa" w:w="5896"/>
          </w:tcPr>
          <w:p>
            <w:r/>
            <w:r>
              <w:rPr>
                <w:rFonts w:ascii="Microsoft JhengHei" w:hAnsi="Microsoft JhengHei" w:eastAsia="Microsoft JhengHei"/>
                <w:b w:val="0"/>
                <w:i w:val="0"/>
                <w:color w:val="222A36"/>
                <w:sz w:val="20"/>
              </w:rPr>
              <w:t>神問我「你在這裏做甚麼？」我想誠實地說……</w:t>
            </w:r>
          </w:p>
        </w:tc>
      </w:tr>
      <w:tr>
        <w:tc>
          <w:tcPr>
            <w:tcW w:type="dxa" w:w="1474"/>
          </w:tcPr>
          <w:p>
            <w:r/>
            <w:r>
              <w:rPr>
                <w:rFonts w:ascii="Microsoft JhengHei" w:hAnsi="Microsoft JhengHei" w:eastAsia="Microsoft JhengHei"/>
                <w:b w:val="0"/>
                <w:i w:val="0"/>
                <w:color w:val="222A36"/>
                <w:sz w:val="20"/>
              </w:rPr>
              <w:t>投影片</w:t>
            </w:r>
          </w:p>
        </w:tc>
        <w:tc>
          <w:tcPr>
            <w:tcW w:type="dxa" w:w="1701"/>
          </w:tcPr>
          <w:p>
            <w:r/>
            <w:r>
              <w:rPr>
                <w:rFonts w:ascii="Microsoft JhengHei" w:hAnsi="Microsoft JhengHei" w:eastAsia="Microsoft JhengHei"/>
                <w:b w:val="0"/>
                <w:i w:val="0"/>
                <w:color w:val="222A36"/>
                <w:sz w:val="20"/>
              </w:rPr>
              <w:t>一句禱告</w:t>
            </w:r>
          </w:p>
        </w:tc>
        <w:tc>
          <w:tcPr>
            <w:tcW w:type="dxa" w:w="5896"/>
          </w:tcPr>
          <w:p>
            <w:r/>
            <w:r>
              <w:rPr>
                <w:rFonts w:ascii="Microsoft JhengHei" w:hAnsi="Microsoft JhengHei" w:eastAsia="Microsoft JhengHei"/>
                <w:b w:val="0"/>
                <w:i w:val="0"/>
                <w:color w:val="222A36"/>
                <w:sz w:val="20"/>
              </w:rPr>
              <w:t>主，請說，我在聽。</w:t>
            </w:r>
          </w:p>
        </w:tc>
      </w:tr>
      <w:tr>
        <w:tc>
          <w:tcPr>
            <w:tcW w:type="dxa" w:w="1474"/>
          </w:tcPr>
          <w:p>
            <w:r/>
            <w:r>
              <w:rPr>
                <w:rFonts w:ascii="Microsoft JhengHei" w:hAnsi="Microsoft JhengHei" w:eastAsia="Microsoft JhengHei"/>
                <w:b w:val="0"/>
                <w:i w:val="0"/>
                <w:color w:val="222A36"/>
                <w:sz w:val="20"/>
              </w:rPr>
              <w:t>給未肯定的同學</w:t>
            </w:r>
          </w:p>
        </w:tc>
        <w:tc>
          <w:tcPr>
            <w:tcW w:type="dxa" w:w="1701"/>
          </w:tcPr>
          <w:p>
            <w:r/>
            <w:r>
              <w:rPr>
                <w:rFonts w:ascii="Microsoft JhengHei" w:hAnsi="Microsoft JhengHei" w:eastAsia="Microsoft JhengHei"/>
                <w:b w:val="0"/>
                <w:i w:val="0"/>
                <w:color w:val="222A36"/>
                <w:sz w:val="20"/>
              </w:rPr>
              <w:t>如果你不肯定神是否存在</w:t>
            </w:r>
          </w:p>
        </w:tc>
        <w:tc>
          <w:tcPr>
            <w:tcW w:type="dxa" w:w="5896"/>
          </w:tcPr>
          <w:p>
            <w:r/>
            <w:r>
              <w:rPr>
                <w:rFonts w:ascii="Microsoft JhengHei" w:hAnsi="Microsoft JhengHei" w:eastAsia="Microsoft JhengHei"/>
                <w:b w:val="0"/>
                <w:i w:val="0"/>
                <w:color w:val="222A36"/>
                <w:sz w:val="20"/>
              </w:rPr>
              <w:t>神啊，我不肯定你是否在，但我願意安靜一分鐘。如果你在，請讓我知道。</w:t>
            </w:r>
          </w:p>
        </w:tc>
      </w:tr>
      <w:tr>
        <w:tc>
          <w:tcPr>
            <w:tcW w:type="dxa" w:w="1474"/>
          </w:tcPr>
          <w:p>
            <w:r/>
            <w:r>
              <w:rPr>
                <w:rFonts w:ascii="Microsoft JhengHei" w:hAnsi="Microsoft JhengHei" w:eastAsia="Microsoft JhengHei"/>
                <w:b w:val="0"/>
                <w:i w:val="0"/>
                <w:color w:val="222A36"/>
                <w:sz w:val="20"/>
              </w:rPr>
              <w:t>特別需要</w:t>
            </w:r>
          </w:p>
        </w:tc>
        <w:tc>
          <w:tcPr>
            <w:tcW w:type="dxa" w:w="1701"/>
          </w:tcPr>
          <w:p>
            <w:r/>
            <w:r>
              <w:rPr>
                <w:rFonts w:ascii="Microsoft JhengHei" w:hAnsi="Microsoft JhengHei" w:eastAsia="Microsoft JhengHei"/>
                <w:b w:val="0"/>
                <w:i w:val="0"/>
                <w:color w:val="222A36"/>
                <w:sz w:val="20"/>
              </w:rPr>
              <w:t>給心裏很吵的同學</w:t>
            </w:r>
          </w:p>
        </w:tc>
        <w:tc>
          <w:tcPr>
            <w:tcW w:type="dxa" w:w="5896"/>
          </w:tcPr>
          <w:p>
            <w:r/>
            <w:r>
              <w:rPr>
                <w:rFonts w:ascii="Microsoft JhengHei" w:hAnsi="Microsoft JhengHei" w:eastAsia="Microsoft JhengHei"/>
                <w:b w:val="0"/>
                <w:i w:val="0"/>
                <w:color w:val="222A36"/>
                <w:sz w:val="20"/>
              </w:rPr>
              <w:t>主，我心裏的聲音說我不夠好、沒有人在乎。求你用你溫柔的聲音蓋過這些聲音。</w:t>
            </w:r>
          </w:p>
        </w:tc>
      </w:tr>
      <w:tr>
        <w:tc>
          <w:tcPr>
            <w:tcW w:type="dxa" w:w="1474"/>
          </w:tcPr>
          <w:p>
            <w:r/>
            <w:r>
              <w:rPr>
                <w:rFonts w:ascii="Microsoft JhengHei" w:hAnsi="Microsoft JhengHei" w:eastAsia="Microsoft JhengHei"/>
                <w:b w:val="0"/>
                <w:i w:val="0"/>
                <w:color w:val="222A36"/>
                <w:sz w:val="20"/>
              </w:rPr>
              <w:t>收結</w:t>
            </w:r>
          </w:p>
        </w:tc>
        <w:tc>
          <w:tcPr>
            <w:tcW w:type="dxa" w:w="1701"/>
          </w:tcPr>
          <w:p>
            <w:r/>
            <w:r>
              <w:rPr>
                <w:rFonts w:ascii="Microsoft JhengHei" w:hAnsi="Microsoft JhengHei" w:eastAsia="Microsoft JhengHei"/>
                <w:b w:val="0"/>
                <w:i w:val="0"/>
                <w:color w:val="222A36"/>
                <w:sz w:val="20"/>
              </w:rPr>
              <w:t>收結</w:t>
            </w:r>
          </w:p>
        </w:tc>
        <w:tc>
          <w:tcPr>
            <w:tcW w:type="dxa" w:w="5896"/>
          </w:tcPr>
          <w:p>
            <w:r/>
            <w:r>
              <w:rPr>
                <w:rFonts w:ascii="Microsoft JhengHei" w:hAnsi="Microsoft JhengHei" w:eastAsia="Microsoft JhengHei"/>
                <w:b w:val="0"/>
                <w:i w:val="0"/>
                <w:color w:val="222A36"/>
                <w:sz w:val="20"/>
              </w:rPr>
              <w:t>好牧人耶穌，你認得我的名字。這星期我願意每天停下來，聽你說話。阿們。</w:t>
            </w:r>
          </w:p>
        </w:tc>
      </w:tr>
    </w:tbl>
    <w:p/>
    <w:p>
      <w:pPr>
        <w:spacing w:after="120" w:before="240"/>
      </w:pPr>
      <w:r>
        <w:rPr>
          <w:rFonts w:ascii="Microsoft JhengHei" w:hAnsi="Microsoft JhengHei" w:eastAsia="Microsoft JhengHei"/>
          <w:b/>
          <w:i w:val="0"/>
          <w:color w:val="A86B1F"/>
          <w:sz w:val="32"/>
        </w:rPr>
        <w:t>六、活動選項（由老師挑選）</w:t>
      </w:r>
    </w:p>
    <w:p>
      <w:pPr>
        <w:spacing w:after="120" w:before="240"/>
      </w:pPr>
      <w:r>
        <w:rPr>
          <w:rFonts w:ascii="Microsoft JhengHei" w:hAnsi="Microsoft JhengHei" w:eastAsia="Microsoft JhengHei"/>
          <w:b/>
          <w:i w:val="0"/>
          <w:color w:val="222A36"/>
          <w:sz w:val="26"/>
        </w:rPr>
        <w:t>聲音調音台（導入與破冰 · 6 分鐘 · 歡樂度 3 · 坐在座位）</w:t>
      </w:r>
    </w:p>
    <w:p>
      <w:pPr>
        <w:spacing w:after="80"/>
      </w:pPr>
      <w:r>
        <w:rPr>
          <w:rFonts w:ascii="Microsoft JhengHei" w:hAnsi="Microsoft JhengHei" w:eastAsia="Microsoft JhengHei"/>
          <w:b w:val="0"/>
          <w:i w:val="0"/>
          <w:color w:val="222A36"/>
          <w:sz w:val="20"/>
        </w:rPr>
        <w:t>物資：投影機及喇叭（網頁內建聲音）</w:t>
      </w:r>
    </w:p>
    <w:p>
      <w:pPr>
        <w:pStyle w:val="ListBullet"/>
      </w:pPr>
      <w:r>
        <w:rPr>
          <w:rFonts w:ascii="Microsoft JhengHei" w:hAnsi="Microsoft JhengHei" w:eastAsia="Microsoft JhengHei"/>
          <w:b w:val="0"/>
          <w:i w:val="0"/>
          <w:color w:val="222A36"/>
          <w:sz w:val="22"/>
        </w:rPr>
        <w:t>老師依次播放四種聲音：手機通知、群組訊息、短片、測驗鐘。</w:t>
      </w:r>
    </w:p>
    <w:p>
      <w:pPr>
        <w:pStyle w:val="ListBullet"/>
      </w:pPr>
      <w:r>
        <w:rPr>
          <w:rFonts w:ascii="Microsoft JhengHei" w:hAnsi="Microsoft JhengHei" w:eastAsia="Microsoft JhengHei"/>
          <w:b w:val="0"/>
          <w:i w:val="0"/>
          <w:color w:val="222A36"/>
          <w:sz w:val="22"/>
        </w:rPr>
        <w:t>同學用一至四隻手指表示哪一種在自己生活中最大聲。</w:t>
      </w:r>
    </w:p>
    <w:p>
      <w:pPr>
        <w:pStyle w:val="ListBullet"/>
      </w:pPr>
      <w:r>
        <w:rPr>
          <w:rFonts w:ascii="Microsoft JhengHei" w:hAnsi="Microsoft JhengHei" w:eastAsia="Microsoft JhengHei"/>
          <w:b w:val="0"/>
          <w:i w:val="0"/>
          <w:color w:val="222A36"/>
          <w:sz w:val="22"/>
        </w:rPr>
        <w:t>老師逐一把聲音調低，最後全部靜下來，問：你聽見甚麼？</w:t>
      </w:r>
    </w:p>
    <w:p>
      <w:pPr>
        <w:spacing w:after="80"/>
      </w:pPr>
      <w:r>
        <w:rPr>
          <w:rFonts w:ascii="Microsoft JhengHei" w:hAnsi="Microsoft JhengHei" w:eastAsia="Microsoft JhengHei"/>
          <w:b w:val="0"/>
          <w:i w:val="0"/>
          <w:color w:val="222A36"/>
          <w:sz w:val="20"/>
        </w:rPr>
        <w:t>經文連結：引出以利亞在何烈山經歷的大聲音，以及最後的微小聲音。</w:t>
      </w:r>
    </w:p>
    <w:p>
      <w:pPr>
        <w:spacing w:after="80"/>
      </w:pPr>
      <w:r>
        <w:rPr>
          <w:rFonts w:ascii="Microsoft JhengHei" w:hAnsi="Microsoft JhengHei" w:eastAsia="Microsoft JhengHei"/>
          <w:b w:val="0"/>
          <w:i/>
          <w:color w:val="222A36"/>
          <w:sz w:val="20"/>
        </w:rPr>
        <w:t>反思問題：你一天之中，哪一刻最安靜？</w:t>
      </w:r>
    </w:p>
    <w:p>
      <w:pPr>
        <w:spacing w:after="120" w:before="240"/>
      </w:pPr>
      <w:r>
        <w:rPr>
          <w:rFonts w:ascii="Microsoft JhengHei" w:hAnsi="Microsoft JhengHei" w:eastAsia="Microsoft JhengHei"/>
          <w:b/>
          <w:i w:val="0"/>
          <w:color w:val="222A36"/>
          <w:sz w:val="26"/>
        </w:rPr>
        <w:t>原位四角表態：最大聲的聲音（導入與破冰 · 5 分鐘 · 歡樂度 3 · 坐在座位）</w:t>
      </w:r>
    </w:p>
    <w:p>
      <w:pPr>
        <w:spacing w:after="80"/>
      </w:pPr>
      <w:r>
        <w:rPr>
          <w:rFonts w:ascii="Microsoft JhengHei" w:hAnsi="Microsoft JhengHei" w:eastAsia="Microsoft JhengHei"/>
          <w:b w:val="0"/>
          <w:i w:val="0"/>
          <w:color w:val="222A36"/>
          <w:sz w:val="20"/>
        </w:rPr>
        <w:t>物資：白板畫四格：手機、功課、別人的評價、自己心裏的聲音</w:t>
      </w:r>
    </w:p>
    <w:p>
      <w:pPr>
        <w:pStyle w:val="ListBullet"/>
      </w:pPr>
      <w:r>
        <w:rPr>
          <w:rFonts w:ascii="Microsoft JhengHei" w:hAnsi="Microsoft JhengHei" w:eastAsia="Microsoft JhengHei"/>
          <w:b w:val="0"/>
          <w:i w:val="0"/>
          <w:color w:val="222A36"/>
          <w:sz w:val="22"/>
        </w:rPr>
        <w:t>老師畫四格。</w:t>
      </w:r>
    </w:p>
    <w:p>
      <w:pPr>
        <w:pStyle w:val="ListBullet"/>
      </w:pPr>
      <w:r>
        <w:rPr>
          <w:rFonts w:ascii="Microsoft JhengHei" w:hAnsi="Microsoft JhengHei" w:eastAsia="Microsoft JhengHei"/>
          <w:b w:val="0"/>
          <w:i w:val="0"/>
          <w:color w:val="222A36"/>
          <w:sz w:val="22"/>
        </w:rPr>
        <w:t>同學用手指指向一格。</w:t>
      </w:r>
    </w:p>
    <w:p>
      <w:pPr>
        <w:pStyle w:val="ListBullet"/>
      </w:pPr>
      <w:r>
        <w:rPr>
          <w:rFonts w:ascii="Microsoft JhengHei" w:hAnsi="Microsoft JhengHei" w:eastAsia="Microsoft JhengHei"/>
          <w:b w:val="0"/>
          <w:i w:val="0"/>
          <w:color w:val="222A36"/>
          <w:sz w:val="22"/>
        </w:rPr>
        <w:t>老師統計後說一句肯定的話。</w:t>
      </w:r>
    </w:p>
    <w:p>
      <w:pPr>
        <w:spacing w:after="80"/>
      </w:pPr>
      <w:r>
        <w:rPr>
          <w:rFonts w:ascii="Microsoft JhengHei" w:hAnsi="Microsoft JhengHei" w:eastAsia="Microsoft JhengHei"/>
          <w:b w:val="0"/>
          <w:i w:val="0"/>
          <w:color w:val="222A36"/>
          <w:sz w:val="20"/>
        </w:rPr>
        <w:t>經文連結：以利亞也被很多聲音壓着：恐嚇、孤單、失望。</w:t>
      </w:r>
    </w:p>
    <w:p>
      <w:pPr>
        <w:spacing w:after="80"/>
      </w:pPr>
      <w:r>
        <w:rPr>
          <w:rFonts w:ascii="Microsoft JhengHei" w:hAnsi="Microsoft JhengHei" w:eastAsia="Microsoft JhengHei"/>
          <w:b w:val="0"/>
          <w:i/>
          <w:color w:val="222A36"/>
          <w:sz w:val="20"/>
        </w:rPr>
        <w:t>反思問題：如果可以把一種聲音調低，你會選哪一種？</w:t>
      </w:r>
    </w:p>
    <w:p>
      <w:pPr>
        <w:spacing w:after="120" w:before="240"/>
      </w:pPr>
      <w:r>
        <w:rPr>
          <w:rFonts w:ascii="Microsoft JhengHei" w:hAnsi="Microsoft JhengHei" w:eastAsia="Microsoft JhengHei"/>
          <w:b/>
          <w:i w:val="0"/>
          <w:color w:val="222A36"/>
          <w:sz w:val="26"/>
        </w:rPr>
        <w:t>何烈山聲音之旅（經文探索 · 8 分鐘 · 歡樂度 3 · 原位站立）</w:t>
      </w:r>
    </w:p>
    <w:p>
      <w:pPr>
        <w:spacing w:after="80"/>
      </w:pPr>
      <w:r>
        <w:rPr>
          <w:rFonts w:ascii="Microsoft JhengHei" w:hAnsi="Microsoft JhengHei" w:eastAsia="Microsoft JhengHei"/>
          <w:b w:val="0"/>
          <w:i w:val="0"/>
          <w:color w:val="222A36"/>
          <w:sz w:val="20"/>
        </w:rPr>
        <w:t>物資：投影機及喇叭</w:t>
      </w:r>
    </w:p>
    <w:p>
      <w:pPr>
        <w:pStyle w:val="ListBullet"/>
      </w:pPr>
      <w:r>
        <w:rPr>
          <w:rFonts w:ascii="Microsoft JhengHei" w:hAnsi="Microsoft JhengHei" w:eastAsia="Microsoft JhengHei"/>
          <w:b w:val="0"/>
          <w:i w:val="0"/>
          <w:color w:val="222A36"/>
          <w:sz w:val="22"/>
        </w:rPr>
        <w:t>播放烈風：同學原位左右搖擺；老師讀「耶和華卻不在風中」。</w:t>
      </w:r>
    </w:p>
    <w:p>
      <w:pPr>
        <w:pStyle w:val="ListBullet"/>
      </w:pPr>
      <w:r>
        <w:rPr>
          <w:rFonts w:ascii="Microsoft JhengHei" w:hAnsi="Microsoft JhengHei" w:eastAsia="Microsoft JhengHei"/>
          <w:b w:val="0"/>
          <w:i w:val="0"/>
          <w:color w:val="222A36"/>
          <w:sz w:val="22"/>
        </w:rPr>
        <w:t>播放地震：同學輕輕拍桌；老師讀「耶和華卻不在地震中」。</w:t>
      </w:r>
    </w:p>
    <w:p>
      <w:pPr>
        <w:pStyle w:val="ListBullet"/>
      </w:pPr>
      <w:r>
        <w:rPr>
          <w:rFonts w:ascii="Microsoft JhengHei" w:hAnsi="Microsoft JhengHei" w:eastAsia="Microsoft JhengHei"/>
          <w:b w:val="0"/>
          <w:i w:val="0"/>
          <w:color w:val="222A36"/>
          <w:sz w:val="22"/>
        </w:rPr>
        <w:t>播放烈火：同學雙手向上晃動；老師讀「耶和華也不在火中」。</w:t>
      </w:r>
    </w:p>
    <w:p>
      <w:pPr>
        <w:pStyle w:val="ListBullet"/>
      </w:pPr>
      <w:r>
        <w:rPr>
          <w:rFonts w:ascii="Microsoft JhengHei" w:hAnsi="Microsoft JhengHei" w:eastAsia="Microsoft JhengHei"/>
          <w:b w:val="0"/>
          <w:i w:val="0"/>
          <w:color w:val="222A36"/>
          <w:sz w:val="22"/>
        </w:rPr>
        <w:t>播放微小的聲音：同學停下，手放耳邊，安靜十秒。</w:t>
      </w:r>
    </w:p>
    <w:p>
      <w:pPr>
        <w:spacing w:after="80"/>
      </w:pPr>
      <w:r>
        <w:rPr>
          <w:rFonts w:ascii="Microsoft JhengHei" w:hAnsi="Microsoft JhengHei" w:eastAsia="Microsoft JhengHei"/>
          <w:b w:val="0"/>
          <w:i w:val="0"/>
          <w:color w:val="222A36"/>
          <w:sz w:val="20"/>
        </w:rPr>
        <w:t>經文連結：身體經歷聲音由大至靜，明白神選擇溫柔地說話。</w:t>
      </w:r>
    </w:p>
    <w:p>
      <w:pPr>
        <w:spacing w:after="80"/>
      </w:pPr>
      <w:r>
        <w:rPr>
          <w:rFonts w:ascii="Microsoft JhengHei" w:hAnsi="Microsoft JhengHei" w:eastAsia="Microsoft JhengHei"/>
          <w:b w:val="0"/>
          <w:i/>
          <w:color w:val="222A36"/>
          <w:sz w:val="20"/>
        </w:rPr>
        <w:t>反思問題：為甚麼神最後用微小的聲音？</w:t>
      </w:r>
    </w:p>
    <w:p>
      <w:pPr>
        <w:spacing w:after="120" w:before="240"/>
      </w:pPr>
      <w:r>
        <w:rPr>
          <w:rFonts w:ascii="Microsoft JhengHei" w:hAnsi="Microsoft JhengHei" w:eastAsia="Microsoft JhengHei"/>
          <w:b/>
          <w:i w:val="0"/>
          <w:color w:val="222A36"/>
          <w:sz w:val="26"/>
        </w:rPr>
        <w:t>神的兩個問題（輪讀）（經文探索 · 5 分鐘 · 歡樂度 2 · 坐在座位）</w:t>
      </w:r>
    </w:p>
    <w:p>
      <w:pPr>
        <w:spacing w:after="80"/>
      </w:pPr>
      <w:r>
        <w:rPr>
          <w:rFonts w:ascii="Microsoft JhengHei" w:hAnsi="Microsoft JhengHei" w:eastAsia="Microsoft JhengHei"/>
          <w:b w:val="0"/>
          <w:i w:val="0"/>
          <w:color w:val="222A36"/>
          <w:sz w:val="20"/>
        </w:rPr>
        <w:t>物資：投影片顯示經文</w:t>
      </w:r>
    </w:p>
    <w:p>
      <w:pPr>
        <w:pStyle w:val="ListBullet"/>
      </w:pPr>
      <w:r>
        <w:rPr>
          <w:rFonts w:ascii="Microsoft JhengHei" w:hAnsi="Microsoft JhengHei" w:eastAsia="Microsoft JhengHei"/>
          <w:b w:val="0"/>
          <w:i w:val="0"/>
          <w:color w:val="222A36"/>
          <w:sz w:val="22"/>
        </w:rPr>
        <w:t>老師讀神的問題：「以利亞啊，你在這裏做甚麼？」</w:t>
      </w:r>
    </w:p>
    <w:p>
      <w:pPr>
        <w:pStyle w:val="ListBullet"/>
      </w:pPr>
      <w:r>
        <w:rPr>
          <w:rFonts w:ascii="Microsoft JhengHei" w:hAnsi="Microsoft JhengHei" w:eastAsia="Microsoft JhengHei"/>
          <w:b w:val="0"/>
          <w:i w:val="0"/>
          <w:color w:val="222A36"/>
          <w:sz w:val="22"/>
        </w:rPr>
        <w:t>全班一起讀以利亞的回答（第 10 節）。</w:t>
      </w:r>
    </w:p>
    <w:p>
      <w:pPr>
        <w:pStyle w:val="ListBullet"/>
      </w:pPr>
      <w:r>
        <w:rPr>
          <w:rFonts w:ascii="Microsoft JhengHei" w:hAnsi="Microsoft JhengHei" w:eastAsia="Microsoft JhengHei"/>
          <w:b w:val="0"/>
          <w:i w:val="0"/>
          <w:color w:val="222A36"/>
          <w:sz w:val="22"/>
        </w:rPr>
        <w:t>重複第二次（第 13 至 14 節），問：兩次回答有甚麼相同？</w:t>
      </w:r>
    </w:p>
    <w:p>
      <w:pPr>
        <w:spacing w:after="80"/>
      </w:pPr>
      <w:r>
        <w:rPr>
          <w:rFonts w:ascii="Microsoft JhengHei" w:hAnsi="Microsoft JhengHei" w:eastAsia="Microsoft JhengHei"/>
          <w:b w:val="0"/>
          <w:i w:val="0"/>
          <w:color w:val="222A36"/>
          <w:sz w:val="20"/>
        </w:rPr>
        <w:t>經文連結：神願意聽以利亞誠實的回答，即使是同樣的抱怨。</w:t>
      </w:r>
    </w:p>
    <w:p>
      <w:pPr>
        <w:spacing w:after="80"/>
      </w:pPr>
      <w:r>
        <w:rPr>
          <w:rFonts w:ascii="Microsoft JhengHei" w:hAnsi="Microsoft JhengHei" w:eastAsia="Microsoft JhengHei"/>
          <w:b w:val="0"/>
          <w:i/>
          <w:color w:val="222A36"/>
          <w:sz w:val="20"/>
        </w:rPr>
        <w:t>反思問題：如果神問你同一個問題，你會怎樣回答？</w:t>
      </w:r>
    </w:p>
    <w:p>
      <w:pPr>
        <w:spacing w:after="120" w:before="240"/>
      </w:pPr>
      <w:r>
        <w:rPr>
          <w:rFonts w:ascii="Microsoft JhengHei" w:hAnsi="Microsoft JhengHei" w:eastAsia="Microsoft JhengHei"/>
          <w:b/>
          <w:i w:val="0"/>
          <w:color w:val="222A36"/>
          <w:sz w:val="26"/>
        </w:rPr>
        <w:t>一分鐘按住靜默（生命連結、反思與禱告 · 5 分鐘 · 歡樂度 1 · 坐在座位）</w:t>
      </w:r>
    </w:p>
    <w:p>
      <w:pPr>
        <w:spacing w:after="80"/>
      </w:pPr>
      <w:r>
        <w:rPr>
          <w:rFonts w:ascii="Microsoft JhengHei" w:hAnsi="Microsoft JhengHei" w:eastAsia="Microsoft JhengHei"/>
          <w:b w:val="0"/>
          <w:i w:val="0"/>
          <w:color w:val="222A36"/>
          <w:sz w:val="20"/>
        </w:rPr>
        <w:t>物資：網頁內建的按住計時器（或老師計時）</w:t>
      </w:r>
    </w:p>
    <w:p>
      <w:pPr>
        <w:pStyle w:val="ListBullet"/>
      </w:pPr>
      <w:r>
        <w:rPr>
          <w:rFonts w:ascii="Microsoft JhengHei" w:hAnsi="Microsoft JhengHei" w:eastAsia="Microsoft JhengHei"/>
          <w:b w:val="0"/>
          <w:i w:val="0"/>
          <w:color w:val="222A36"/>
          <w:sz w:val="22"/>
        </w:rPr>
        <w:t>每人手按心口，閉眼或望向一點。</w:t>
      </w:r>
    </w:p>
    <w:p>
      <w:pPr>
        <w:pStyle w:val="ListBullet"/>
      </w:pPr>
      <w:r>
        <w:rPr>
          <w:rFonts w:ascii="Microsoft JhengHei" w:hAnsi="Microsoft JhengHei" w:eastAsia="Microsoft JhengHei"/>
          <w:b w:val="0"/>
          <w:i w:val="0"/>
          <w:color w:val="222A36"/>
          <w:sz w:val="22"/>
        </w:rPr>
        <w:t>安靜一分鐘，心裏重複「請說，我在聽」。</w:t>
      </w:r>
    </w:p>
    <w:p>
      <w:pPr>
        <w:pStyle w:val="ListBullet"/>
      </w:pPr>
      <w:r>
        <w:rPr>
          <w:rFonts w:ascii="Microsoft JhengHei" w:hAnsi="Microsoft JhengHei" w:eastAsia="Microsoft JhengHei"/>
          <w:b w:val="0"/>
          <w:i w:val="0"/>
          <w:color w:val="222A36"/>
          <w:sz w:val="22"/>
        </w:rPr>
        <w:t>最後一起輕聲說出這一句。</w:t>
      </w:r>
    </w:p>
    <w:p>
      <w:pPr>
        <w:spacing w:after="80"/>
      </w:pPr>
      <w:r>
        <w:rPr>
          <w:rFonts w:ascii="Microsoft JhengHei" w:hAnsi="Microsoft JhengHei" w:eastAsia="Microsoft JhengHei"/>
          <w:b w:val="0"/>
          <w:i w:val="0"/>
          <w:color w:val="222A36"/>
          <w:sz w:val="20"/>
        </w:rPr>
        <w:t>經文連結：把「微小的聲音」變成自己的安靜時刻。</w:t>
      </w:r>
    </w:p>
    <w:p>
      <w:pPr>
        <w:spacing w:after="80"/>
      </w:pPr>
      <w:r>
        <w:rPr>
          <w:rFonts w:ascii="Microsoft JhengHei" w:hAnsi="Microsoft JhengHei" w:eastAsia="Microsoft JhengHei"/>
          <w:b w:val="0"/>
          <w:i/>
          <w:color w:val="222A36"/>
          <w:sz w:val="20"/>
        </w:rPr>
        <w:t>反思問題：這一分鐘，你心裏的聲音有沒有變小？</w:t>
      </w:r>
    </w:p>
    <w:p>
      <w:pPr>
        <w:spacing w:after="120" w:before="240"/>
      </w:pPr>
      <w:r>
        <w:rPr>
          <w:rFonts w:ascii="Microsoft JhengHei" w:hAnsi="Microsoft JhengHei" w:eastAsia="Microsoft JhengHei"/>
          <w:b/>
          <w:i w:val="0"/>
          <w:color w:val="222A36"/>
          <w:sz w:val="26"/>
        </w:rPr>
        <w:t>給神的回答（匿名卡）（生命連結、反思與禱告 · 5 分鐘 · 歡樂度 2 · 坐在座位）</w:t>
      </w:r>
    </w:p>
    <w:p>
      <w:pPr>
        <w:spacing w:after="80"/>
      </w:pPr>
      <w:r>
        <w:rPr>
          <w:rFonts w:ascii="Microsoft JhengHei" w:hAnsi="Microsoft JhengHei" w:eastAsia="Microsoft JhengHei"/>
          <w:b w:val="0"/>
          <w:i w:val="0"/>
          <w:color w:val="222A36"/>
          <w:sz w:val="20"/>
        </w:rPr>
        <w:t>物資：每人一張小卡</w:t>
      </w:r>
    </w:p>
    <w:p>
      <w:pPr>
        <w:pStyle w:val="ListBullet"/>
      </w:pPr>
      <w:r>
        <w:rPr>
          <w:rFonts w:ascii="Microsoft JhengHei" w:hAnsi="Microsoft JhengHei" w:eastAsia="Microsoft JhengHei"/>
          <w:b w:val="0"/>
          <w:i w:val="0"/>
          <w:color w:val="222A36"/>
          <w:sz w:val="22"/>
        </w:rPr>
        <w:t>在卡上寫：神問我「你在這裏做甚麼？」我想誠實地說……</w:t>
      </w:r>
    </w:p>
    <w:p>
      <w:pPr>
        <w:pStyle w:val="ListBullet"/>
      </w:pPr>
      <w:r>
        <w:rPr>
          <w:rFonts w:ascii="Microsoft JhengHei" w:hAnsi="Microsoft JhengHei" w:eastAsia="Microsoft JhengHei"/>
          <w:b w:val="0"/>
          <w:i w:val="0"/>
          <w:color w:val="222A36"/>
          <w:sz w:val="22"/>
        </w:rPr>
        <w:t>可以畫符號代替文字。</w:t>
      </w:r>
    </w:p>
    <w:p>
      <w:pPr>
        <w:pStyle w:val="ListBullet"/>
      </w:pPr>
      <w:r>
        <w:rPr>
          <w:rFonts w:ascii="Microsoft JhengHei" w:hAnsi="Microsoft JhengHei" w:eastAsia="Microsoft JhengHei"/>
          <w:b w:val="0"/>
          <w:i w:val="0"/>
          <w:color w:val="222A36"/>
          <w:sz w:val="22"/>
        </w:rPr>
        <w:t>摺好放進自己的筆袋，不交給老師。</w:t>
      </w:r>
    </w:p>
    <w:p>
      <w:pPr>
        <w:spacing w:after="80"/>
      </w:pPr>
      <w:r>
        <w:rPr>
          <w:rFonts w:ascii="Microsoft JhengHei" w:hAnsi="Microsoft JhengHei" w:eastAsia="Microsoft JhengHei"/>
          <w:b w:val="0"/>
          <w:i w:val="0"/>
          <w:color w:val="222A36"/>
          <w:sz w:val="20"/>
        </w:rPr>
        <w:t>經文連結：回應神兩次的問題：神想聽你的真心話。</w:t>
      </w:r>
    </w:p>
    <w:p>
      <w:pPr>
        <w:spacing w:after="80"/>
      </w:pPr>
      <w:r>
        <w:rPr>
          <w:rFonts w:ascii="Microsoft JhengHei" w:hAnsi="Microsoft JhengHei" w:eastAsia="Microsoft JhengHei"/>
          <w:b w:val="0"/>
          <w:i/>
          <w:color w:val="222A36"/>
          <w:sz w:val="20"/>
        </w:rPr>
        <w:t>反思問題：寫完之後，你的心情有沒有改變？</w:t>
      </w:r>
    </w:p>
    <w:p>
      <w:pPr>
        <w:spacing w:after="120" w:before="240"/>
      </w:pPr>
      <w:r>
        <w:rPr>
          <w:rFonts w:ascii="Microsoft JhengHei" w:hAnsi="Microsoft JhengHei" w:eastAsia="Microsoft JhengHei"/>
          <w:b/>
          <w:i w:val="0"/>
          <w:color w:val="222A36"/>
          <w:sz w:val="26"/>
        </w:rPr>
        <w:t>淘寶／預先準備的小物資</w:t>
      </w:r>
    </w:p>
    <w:tbl>
      <w:tblPr>
        <w:tblStyle w:val="TableGrid"/>
        <w:tblW w:type="auto" w:w="0"/>
        <w:tblLook w:firstColumn="1" w:firstRow="1" w:lastColumn="0" w:lastRow="0" w:noHBand="0" w:noVBand="1" w:val="04A0"/>
      </w:tblPr>
      <w:tblGrid>
        <w:gridCol w:w="3324"/>
        <w:gridCol w:w="3324"/>
        <w:gridCol w:w="3324"/>
      </w:tblGrid>
      <w:tr>
        <w:tc>
          <w:tcPr>
            <w:tcW w:type="dxa" w:w="2268"/>
            <w:shd w:val="clear" w:fill="EFE7D6"/>
          </w:tcPr>
          <w:p>
            <w:r/>
            <w:r>
              <w:rPr>
                <w:rFonts w:ascii="Microsoft JhengHei" w:hAnsi="Microsoft JhengHei" w:eastAsia="Microsoft JhengHei"/>
                <w:b/>
                <w:i w:val="0"/>
                <w:color w:val="222A36"/>
                <w:sz w:val="20"/>
              </w:rPr>
              <w:t>物品</w:t>
            </w:r>
          </w:p>
        </w:tc>
        <w:tc>
          <w:tcPr>
            <w:tcW w:type="dxa" w:w="3402"/>
            <w:shd w:val="clear" w:fill="EFE7D6"/>
          </w:tcPr>
          <w:p>
            <w:r/>
            <w:r>
              <w:rPr>
                <w:rFonts w:ascii="Microsoft JhengHei" w:hAnsi="Microsoft JhengHei" w:eastAsia="Microsoft JhengHei"/>
                <w:b/>
                <w:i w:val="0"/>
                <w:color w:val="222A36"/>
                <w:sz w:val="20"/>
              </w:rPr>
              <w:t>課堂用途</w:t>
            </w:r>
          </w:p>
        </w:tc>
        <w:tc>
          <w:tcPr>
            <w:tcW w:type="dxa" w:w="3402"/>
            <w:shd w:val="clear" w:fill="EFE7D6"/>
          </w:tcPr>
          <w:p>
            <w:r/>
            <w:r>
              <w:rPr>
                <w:rFonts w:ascii="Microsoft JhengHei" w:hAnsi="Microsoft JhengHei" w:eastAsia="Microsoft JhengHei"/>
                <w:b/>
                <w:i w:val="0"/>
                <w:color w:val="222A36"/>
                <w:sz w:val="20"/>
              </w:rPr>
              <w:t>準備事項</w:t>
            </w:r>
          </w:p>
        </w:tc>
      </w:tr>
      <w:tr>
        <w:tc>
          <w:tcPr>
            <w:tcW w:type="dxa" w:w="2268"/>
          </w:tcPr>
          <w:p>
            <w:r/>
            <w:r>
              <w:rPr>
                <w:rFonts w:ascii="Microsoft JhengHei" w:hAnsi="Microsoft JhengHei" w:eastAsia="Microsoft JhengHei"/>
                <w:b w:val="0"/>
                <w:i w:val="0"/>
                <w:color w:val="222A36"/>
                <w:sz w:val="20"/>
              </w:rPr>
              <w:t>小型藍牙喇叭</w:t>
            </w:r>
          </w:p>
        </w:tc>
        <w:tc>
          <w:tcPr>
            <w:tcW w:type="dxa" w:w="3402"/>
          </w:tcPr>
          <w:p>
            <w:r/>
            <w:r>
              <w:rPr>
                <w:rFonts w:ascii="Microsoft JhengHei" w:hAnsi="Microsoft JhengHei" w:eastAsia="Microsoft JhengHei"/>
                <w:b w:val="0"/>
                <w:i w:val="0"/>
                <w:color w:val="222A36"/>
                <w:sz w:val="20"/>
              </w:rPr>
              <w:t>課室喇叭較弱時播放「聲音之旅」</w:t>
            </w:r>
          </w:p>
        </w:tc>
        <w:tc>
          <w:tcPr>
            <w:tcW w:type="dxa" w:w="3402"/>
          </w:tcPr>
          <w:p>
            <w:r/>
            <w:r>
              <w:rPr>
                <w:rFonts w:ascii="Microsoft JhengHei" w:hAnsi="Microsoft JhengHei" w:eastAsia="Microsoft JhengHei"/>
                <w:b w:val="0"/>
                <w:i w:val="0"/>
                <w:color w:val="222A36"/>
                <w:sz w:val="20"/>
              </w:rPr>
              <w:t>網購約需一星期；先試音量，不宜太大聲</w:t>
            </w:r>
          </w:p>
        </w:tc>
      </w:tr>
    </w:tbl>
    <w:p/>
    <w:p>
      <w:pPr>
        <w:spacing w:after="120" w:before="240"/>
      </w:pPr>
      <w:r>
        <w:rPr>
          <w:rFonts w:ascii="Microsoft JhengHei" w:hAnsi="Microsoft JhengHei" w:eastAsia="Microsoft JhengHei"/>
          <w:b/>
          <w:i w:val="0"/>
          <w:color w:val="A86B1F"/>
          <w:sz w:val="32"/>
        </w:rPr>
        <w:t>七、差異化、物資及安全</w:t>
      </w:r>
    </w:p>
    <w:p>
      <w:pPr>
        <w:pStyle w:val="ListBullet"/>
      </w:pPr>
      <w:r>
        <w:rPr>
          <w:rFonts w:ascii="Microsoft JhengHei" w:hAnsi="Microsoft JhengHei" w:eastAsia="Microsoft JhengHei"/>
          <w:b w:val="0"/>
          <w:i w:val="0"/>
          <w:color w:val="222A36"/>
          <w:sz w:val="22"/>
        </w:rPr>
        <w:t>SEN：聲音活動先預告，可以捂耳或只做手勢；靜默改為數五次呼吸；回答卡可畫符號。</w:t>
      </w:r>
    </w:p>
    <w:p>
      <w:pPr>
        <w:pStyle w:val="ListBullet"/>
      </w:pPr>
      <w:r>
        <w:rPr>
          <w:rFonts w:ascii="Microsoft JhengHei" w:hAnsi="Microsoft JhengHei" w:eastAsia="Microsoft JhengHei"/>
          <w:b w:val="0"/>
          <w:i w:val="0"/>
          <w:color w:val="222A36"/>
          <w:sz w:val="22"/>
        </w:rPr>
        <w:t>能力較高：思考「烈風、地震、烈火在聖經其他地方曾代表神的顯現，為甚麼這次神不在其中？」</w:t>
      </w:r>
    </w:p>
    <w:p>
      <w:pPr>
        <w:pStyle w:val="ListBullet"/>
      </w:pPr>
      <w:r>
        <w:rPr>
          <w:rFonts w:ascii="Microsoft JhengHei" w:hAnsi="Microsoft JhengHei" w:eastAsia="Microsoft JhengHei"/>
          <w:b w:val="0"/>
          <w:i w:val="0"/>
          <w:color w:val="222A36"/>
          <w:sz w:val="22"/>
        </w:rPr>
        <w:t>非信徒同學：可以只是觀察聲音的經驗，用「如果你在」的句式回應，不要求表態。</w:t>
      </w:r>
    </w:p>
    <w:p>
      <w:pPr>
        <w:spacing w:after="80"/>
      </w:pPr>
      <w:r>
        <w:rPr>
          <w:rFonts w:ascii="Microsoft JhengHei" w:hAnsi="Microsoft JhengHei" w:eastAsia="Microsoft JhengHei"/>
          <w:b w:val="0"/>
          <w:i w:val="0"/>
          <w:color w:val="222A36"/>
          <w:sz w:val="22"/>
        </w:rPr>
        <w:t>物資：投影機及喇叭（網頁內建聲音）、每人一張小卡、投影片（經文、輪讀分配）</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安全提示</w:t>
            </w:r>
          </w:p>
          <w:p>
            <w:r>
              <w:rPr>
                <w:rFonts w:ascii="Microsoft JhengHei" w:hAnsi="Microsoft JhengHei" w:eastAsia="Microsoft JhengHei"/>
                <w:b w:val="0"/>
                <w:i w:val="0"/>
                <w:color w:val="222A36"/>
                <w:sz w:val="22"/>
              </w:rPr>
              <w:t>以利亞說「只剩下我一個」，可能觸動覺得孤單的同學；老師讀到此句時提醒同學可以向信任的人傾談。音效請先調低音量。如發現有同學流露輕生或自傷念頭，課後即時轉介學校社工。　如有需要，請向老師、社工、家長或牧者／神父傾談。</w:t>
            </w:r>
          </w:p>
        </w:tc>
      </w:tr>
    </w:tbl>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求助熱線</w:t>
            </w:r>
          </w:p>
        </w:tc>
        <w:tc>
          <w:tcPr>
            <w:tcW w:type="dxa" w:w="2268"/>
            <w:shd w:val="clear" w:fill="EFE7D6"/>
          </w:tcPr>
          <w:p>
            <w:r/>
            <w:r>
              <w:rPr>
                <w:rFonts w:ascii="Microsoft JhengHei" w:hAnsi="Microsoft JhengHei" w:eastAsia="Microsoft JhengHei"/>
                <w:b/>
                <w:i w:val="0"/>
                <w:color w:val="222A36"/>
                <w:sz w:val="20"/>
              </w:rPr>
              <w:t>電話／網址</w:t>
            </w:r>
          </w:p>
        </w:tc>
        <w:tc>
          <w:tcPr>
            <w:tcW w:type="dxa" w:w="3402"/>
            <w:shd w:val="clear" w:fill="EFE7D6"/>
          </w:tcPr>
          <w:p>
            <w:r/>
            <w:r>
              <w:rPr>
                <w:rFonts w:ascii="Microsoft JhengHei" w:hAnsi="Microsoft JhengHei" w:eastAsia="Microsoft JhengHei"/>
                <w:b/>
                <w:i w:val="0"/>
                <w:color w:val="222A36"/>
                <w:sz w:val="20"/>
              </w:rPr>
              <w:t>說明</w:t>
            </w:r>
          </w:p>
        </w:tc>
      </w:tr>
      <w:tr>
        <w:tc>
          <w:tcPr>
            <w:tcW w:type="dxa" w:w="3402"/>
          </w:tcPr>
          <w:p>
            <w:r/>
            <w:r>
              <w:rPr>
                <w:rFonts w:ascii="Microsoft JhengHei" w:hAnsi="Microsoft JhengHei" w:eastAsia="Microsoft JhengHei"/>
                <w:b w:val="0"/>
                <w:i w:val="0"/>
                <w:color w:val="222A36"/>
                <w:sz w:val="20"/>
              </w:rPr>
              <w:t>情緒通（政府精神健康支援熱線）</w:t>
            </w:r>
          </w:p>
        </w:tc>
        <w:tc>
          <w:tcPr>
            <w:tcW w:type="dxa" w:w="2268"/>
          </w:tcPr>
          <w:p>
            <w:r/>
            <w:r>
              <w:rPr>
                <w:rFonts w:ascii="Microsoft JhengHei" w:hAnsi="Microsoft JhengHei" w:eastAsia="Microsoft JhengHei"/>
                <w:b w:val="0"/>
                <w:i w:val="0"/>
                <w:color w:val="222A36"/>
                <w:sz w:val="20"/>
              </w:rPr>
              <w:t>18111</w:t>
            </w:r>
          </w:p>
        </w:tc>
        <w:tc>
          <w:tcPr>
            <w:tcW w:type="dxa" w:w="3402"/>
          </w:tcPr>
          <w:p>
            <w:r/>
            <w:r>
              <w:rPr>
                <w:rFonts w:ascii="Microsoft JhengHei" w:hAnsi="Microsoft JhengHei" w:eastAsia="Microsoft JhengHei"/>
                <w:b w:val="0"/>
                <w:i w:val="0"/>
                <w:color w:val="222A36"/>
                <w:sz w:val="20"/>
              </w:rPr>
              <w:t>24 小時 · 亦可 WhatsApp</w:t>
            </w:r>
          </w:p>
        </w:tc>
      </w:tr>
      <w:tr>
        <w:tc>
          <w:tcPr>
            <w:tcW w:type="dxa" w:w="3402"/>
          </w:tcPr>
          <w:p>
            <w:r/>
            <w:r>
              <w:rPr>
                <w:rFonts w:ascii="Microsoft JhengHei" w:hAnsi="Microsoft JhengHei" w:eastAsia="Microsoft JhengHei"/>
                <w:b w:val="0"/>
                <w:i w:val="0"/>
                <w:color w:val="222A36"/>
                <w:sz w:val="20"/>
              </w:rPr>
              <w:t>Open Up（青少年網上文字傾訴）</w:t>
            </w:r>
          </w:p>
        </w:tc>
        <w:tc>
          <w:tcPr>
            <w:tcW w:type="dxa" w:w="2268"/>
          </w:tcPr>
          <w:p>
            <w:r/>
            <w:r>
              <w:rPr>
                <w:rFonts w:ascii="Microsoft JhengHei" w:hAnsi="Microsoft JhengHei" w:eastAsia="Microsoft JhengHei"/>
                <w:b w:val="0"/>
                <w:i w:val="0"/>
                <w:color w:val="222A36"/>
                <w:sz w:val="20"/>
              </w:rPr>
              <w:t>openup.hk</w:t>
            </w:r>
          </w:p>
        </w:tc>
        <w:tc>
          <w:tcPr>
            <w:tcW w:type="dxa" w:w="3402"/>
          </w:tcPr>
          <w:p>
            <w:r/>
            <w:r>
              <w:rPr>
                <w:rFonts w:ascii="Microsoft JhengHei" w:hAnsi="Microsoft JhengHei" w:eastAsia="Microsoft JhengHei"/>
                <w:b w:val="0"/>
                <w:i w:val="0"/>
                <w:color w:val="222A36"/>
                <w:sz w:val="20"/>
              </w:rPr>
              <w:t>24/7 · 6–24 歲 · WhatsApp 9101 2012</w:t>
            </w:r>
          </w:p>
        </w:tc>
      </w:tr>
      <w:tr>
        <w:tc>
          <w:tcPr>
            <w:tcW w:type="dxa" w:w="3402"/>
          </w:tcPr>
          <w:p>
            <w:r/>
            <w:r>
              <w:rPr>
                <w:rFonts w:ascii="Microsoft JhengHei" w:hAnsi="Microsoft JhengHei" w:eastAsia="Microsoft JhengHei"/>
                <w:b w:val="0"/>
                <w:i w:val="0"/>
                <w:color w:val="222A36"/>
                <w:sz w:val="20"/>
              </w:rPr>
              <w:t>香港撒瑪利亞防止自殺會</w:t>
            </w:r>
          </w:p>
        </w:tc>
        <w:tc>
          <w:tcPr>
            <w:tcW w:type="dxa" w:w="2268"/>
          </w:tcPr>
          <w:p>
            <w:r/>
            <w:r>
              <w:rPr>
                <w:rFonts w:ascii="Microsoft JhengHei" w:hAnsi="Microsoft JhengHei" w:eastAsia="Microsoft JhengHei"/>
                <w:b w:val="0"/>
                <w:i w:val="0"/>
                <w:color w:val="222A36"/>
                <w:sz w:val="20"/>
              </w:rPr>
              <w:t>2389 2222</w:t>
            </w:r>
          </w:p>
        </w:tc>
        <w:tc>
          <w:tcPr>
            <w:tcW w:type="dxa" w:w="3402"/>
          </w:tcPr>
          <w:p>
            <w:r/>
            <w:r>
              <w:rPr>
                <w:rFonts w:ascii="Microsoft JhengHei" w:hAnsi="Microsoft JhengHei" w:eastAsia="Microsoft JhengHei"/>
                <w:b w:val="0"/>
                <w:i w:val="0"/>
                <w:color w:val="222A36"/>
                <w:sz w:val="20"/>
              </w:rPr>
              <w:t>24 小時防止自殺</w:t>
            </w:r>
          </w:p>
        </w:tc>
      </w:tr>
      <w:tr>
        <w:tc>
          <w:tcPr>
            <w:tcW w:type="dxa" w:w="3402"/>
          </w:tcPr>
          <w:p>
            <w:r/>
            <w:r>
              <w:rPr>
                <w:rFonts w:ascii="Microsoft JhengHei" w:hAnsi="Microsoft JhengHei" w:eastAsia="Microsoft JhengHei"/>
                <w:b w:val="0"/>
                <w:i w:val="0"/>
                <w:color w:val="222A36"/>
                <w:sz w:val="20"/>
              </w:rPr>
              <w:t>生命熱線</w:t>
            </w:r>
          </w:p>
        </w:tc>
        <w:tc>
          <w:tcPr>
            <w:tcW w:type="dxa" w:w="2268"/>
          </w:tcPr>
          <w:p>
            <w:r/>
            <w:r>
              <w:rPr>
                <w:rFonts w:ascii="Microsoft JhengHei" w:hAnsi="Microsoft JhengHei" w:eastAsia="Microsoft JhengHei"/>
                <w:b w:val="0"/>
                <w:i w:val="0"/>
                <w:color w:val="222A36"/>
                <w:sz w:val="20"/>
              </w:rPr>
              <w:t>2382 0000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明愛向晴軒</w:t>
            </w:r>
          </w:p>
        </w:tc>
        <w:tc>
          <w:tcPr>
            <w:tcW w:type="dxa" w:w="2268"/>
          </w:tcPr>
          <w:p>
            <w:r/>
            <w:r>
              <w:rPr>
                <w:rFonts w:ascii="Microsoft JhengHei" w:hAnsi="Microsoft JhengHei" w:eastAsia="Microsoft JhengHei"/>
                <w:b w:val="0"/>
                <w:i w:val="0"/>
                <w:color w:val="222A36"/>
                <w:sz w:val="20"/>
              </w:rPr>
              <w:t>18288</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撒瑪利亞會（多語言）</w:t>
            </w:r>
          </w:p>
        </w:tc>
        <w:tc>
          <w:tcPr>
            <w:tcW w:type="dxa" w:w="2268"/>
          </w:tcPr>
          <w:p>
            <w:r/>
            <w:r>
              <w:rPr>
                <w:rFonts w:ascii="Microsoft JhengHei" w:hAnsi="Microsoft JhengHei" w:eastAsia="Microsoft JhengHei"/>
                <w:b w:val="0"/>
                <w:i w:val="0"/>
                <w:color w:val="222A36"/>
                <w:sz w:val="20"/>
              </w:rPr>
              <w:t>2896 0000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社會福利署熱線</w:t>
            </w:r>
          </w:p>
        </w:tc>
        <w:tc>
          <w:tcPr>
            <w:tcW w:type="dxa" w:w="2268"/>
          </w:tcPr>
          <w:p>
            <w:r/>
            <w:r>
              <w:rPr>
                <w:rFonts w:ascii="Microsoft JhengHei" w:hAnsi="Microsoft JhengHei" w:eastAsia="Microsoft JhengHei"/>
                <w:b w:val="0"/>
                <w:i w:val="0"/>
                <w:color w:val="222A36"/>
                <w:sz w:val="20"/>
              </w:rPr>
              <w:t>2343 2255</w:t>
            </w:r>
          </w:p>
        </w:tc>
        <w:tc>
          <w:tcPr>
            <w:tcW w:type="dxa" w:w="3402"/>
          </w:tcPr>
          <w:p>
            <w:r/>
            <w:r>
              <w:rPr>
                <w:rFonts w:ascii="Microsoft JhengHei" w:hAnsi="Microsoft JhengHei" w:eastAsia="Microsoft JhengHei"/>
                <w:b w:val="0"/>
                <w:i w:val="0"/>
                <w:color w:val="222A36"/>
                <w:sz w:val="20"/>
              </w:rPr>
              <w:t>24 小時</w:t>
            </w:r>
          </w:p>
        </w:tc>
      </w:tr>
    </w:tbl>
    <w:p/>
    <w:p>
      <w:pPr>
        <w:spacing w:after="120" w:before="240"/>
      </w:pPr>
      <w:r>
        <w:rPr>
          <w:rFonts w:ascii="Microsoft JhengHei" w:hAnsi="Microsoft JhengHei" w:eastAsia="Microsoft JhengHei"/>
          <w:b/>
          <w:i w:val="0"/>
          <w:color w:val="222A36"/>
          <w:sz w:val="26"/>
        </w:rPr>
        <w:t>接力摘要（兩層）</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Bot</w:t>
            </w:r>
          </w:p>
        </w:tc>
        <w:tc>
          <w:tcPr>
            <w:tcW w:type="dxa" w:w="6803"/>
            <w:shd w:val="clear" w:fill="EFE7D6"/>
          </w:tcPr>
          <w:p>
            <w:r/>
            <w:r>
              <w:rPr>
                <w:rFonts w:ascii="Microsoft JhengHei" w:hAnsi="Microsoft JhengHei" w:eastAsia="Microsoft JhengHei"/>
                <w:b/>
                <w:i w:val="0"/>
                <w:color w:val="222A36"/>
                <w:sz w:val="20"/>
              </w:rPr>
              <w:t>建議（第一層）</w:t>
            </w:r>
          </w:p>
        </w:tc>
      </w:tr>
      <w:tr>
        <w:tc>
          <w:tcPr>
            <w:tcW w:type="dxa" w:w="2268"/>
          </w:tcPr>
          <w:p>
            <w:r/>
            <w:r>
              <w:rPr>
                <w:rFonts w:ascii="Microsoft JhengHei" w:hAnsi="Microsoft JhengHei" w:eastAsia="Microsoft JhengHei"/>
                <w:b w:val="0"/>
                <w:i w:val="0"/>
                <w:color w:val="222A36"/>
                <w:sz w:val="20"/>
              </w:rPr>
              <w:t>🎒 需求博</w:t>
            </w:r>
          </w:p>
        </w:tc>
        <w:tc>
          <w:tcPr>
            <w:tcW w:type="dxa" w:w="6803"/>
          </w:tcPr>
          <w:p>
            <w:r/>
            <w:r>
              <w:rPr>
                <w:rFonts w:ascii="Microsoft JhengHei" w:hAnsi="Microsoft JhengHei" w:eastAsia="Microsoft JhengHei"/>
                <w:b w:val="0"/>
                <w:i w:val="0"/>
                <w:color w:val="222A36"/>
                <w:sz w:val="20"/>
              </w:rPr>
              <w:t>聲音要溫和、可以不參與；回答卡只屬於同學自己。</w:t>
            </w:r>
          </w:p>
        </w:tc>
      </w:tr>
      <w:tr>
        <w:tc>
          <w:tcPr>
            <w:tcW w:type="dxa" w:w="2268"/>
          </w:tcPr>
          <w:p>
            <w:r/>
            <w:r>
              <w:rPr>
                <w:rFonts w:ascii="Microsoft JhengHei" w:hAnsi="Microsoft JhengHei" w:eastAsia="Microsoft JhengHei"/>
                <w:b w:val="0"/>
                <w:i w:val="0"/>
                <w:color w:val="222A36"/>
                <w:sz w:val="20"/>
              </w:rPr>
              <w:t>🔎 聖經博</w:t>
            </w:r>
          </w:p>
        </w:tc>
        <w:tc>
          <w:tcPr>
            <w:tcW w:type="dxa" w:w="6803"/>
          </w:tcPr>
          <w:p>
            <w:r/>
            <w:r>
              <w:rPr>
                <w:rFonts w:ascii="Microsoft JhengHei" w:hAnsi="Microsoft JhengHei" w:eastAsia="Microsoft JhengHei"/>
                <w:b w:val="0"/>
                <w:i w:val="0"/>
                <w:color w:val="222A36"/>
                <w:sz w:val="20"/>
              </w:rPr>
              <w:t>列王紀上 19:9-13：神不在烈風、地震、烈火中，而在微小的聲音裏。</w:t>
            </w:r>
          </w:p>
        </w:tc>
      </w:tr>
      <w:tr>
        <w:tc>
          <w:tcPr>
            <w:tcW w:type="dxa" w:w="2268"/>
          </w:tcPr>
          <w:p>
            <w:r/>
            <w:r>
              <w:rPr>
                <w:rFonts w:ascii="Microsoft JhengHei" w:hAnsi="Microsoft JhengHei" w:eastAsia="Microsoft JhengHei"/>
                <w:b w:val="0"/>
                <w:i w:val="0"/>
                <w:color w:val="222A36"/>
                <w:sz w:val="20"/>
              </w:rPr>
              <w:t>⚖️ 神學博</w:t>
            </w:r>
          </w:p>
        </w:tc>
        <w:tc>
          <w:tcPr>
            <w:tcW w:type="dxa" w:w="6803"/>
          </w:tcPr>
          <w:p>
            <w:r/>
            <w:r>
              <w:rPr>
                <w:rFonts w:ascii="Microsoft JhengHei" w:hAnsi="Microsoft JhengHei" w:eastAsia="Microsoft JhengHei"/>
                <w:b w:val="0"/>
                <w:i w:val="0"/>
                <w:color w:val="222A36"/>
                <w:sz w:val="20"/>
              </w:rPr>
              <w:t>數碼安息：每天十分鐘靜音反轉，對神說「請說，我在聽」。</w:t>
            </w:r>
          </w:p>
        </w:tc>
      </w:tr>
      <w:tr>
        <w:tc>
          <w:tcPr>
            <w:tcW w:type="dxa" w:w="2268"/>
          </w:tcPr>
          <w:p>
            <w:r/>
            <w:r>
              <w:rPr>
                <w:rFonts w:ascii="Microsoft JhengHei" w:hAnsi="Microsoft JhengHei" w:eastAsia="Microsoft JhengHei"/>
                <w:b w:val="0"/>
                <w:i w:val="0"/>
                <w:color w:val="222A36"/>
                <w:sz w:val="20"/>
              </w:rPr>
              <w:t>🙏 禱告博</w:t>
            </w:r>
          </w:p>
        </w:tc>
        <w:tc>
          <w:tcPr>
            <w:tcW w:type="dxa" w:w="6803"/>
          </w:tcPr>
          <w:p>
            <w:r/>
            <w:r>
              <w:rPr>
                <w:rFonts w:ascii="Microsoft JhengHei" w:hAnsi="Microsoft JhengHei" w:eastAsia="Microsoft JhengHei"/>
                <w:b w:val="0"/>
                <w:i w:val="0"/>
                <w:color w:val="222A36"/>
                <w:sz w:val="20"/>
              </w:rPr>
              <w:t>安靜下來，誠實回答神「你在這裏做甚麼？」；禱告箱十一則。</w:t>
            </w:r>
          </w:p>
        </w:tc>
      </w:tr>
      <w:tr>
        <w:tc>
          <w:tcPr>
            <w:tcW w:type="dxa" w:w="2268"/>
          </w:tcPr>
          <w:p>
            <w:r/>
            <w:r>
              <w:rPr>
                <w:rFonts w:ascii="Microsoft JhengHei" w:hAnsi="Microsoft JhengHei" w:eastAsia="Microsoft JhengHei"/>
                <w:b w:val="0"/>
                <w:i w:val="0"/>
                <w:color w:val="222A36"/>
                <w:sz w:val="20"/>
              </w:rPr>
              <w:t>🎲 課程博</w:t>
            </w:r>
          </w:p>
        </w:tc>
        <w:tc>
          <w:tcPr>
            <w:tcW w:type="dxa" w:w="6803"/>
          </w:tcPr>
          <w:p>
            <w:r/>
            <w:r>
              <w:rPr>
                <w:rFonts w:ascii="Microsoft JhengHei" w:hAnsi="Microsoft JhengHei" w:eastAsia="Microsoft JhengHei"/>
                <w:b w:val="0"/>
                <w:i w:val="0"/>
                <w:color w:val="222A36"/>
                <w:sz w:val="20"/>
              </w:rPr>
              <w:t>聲音調音台 → 何烈山聲音之旅 → 一分鐘靜默 → 給神的回答。</w:t>
            </w:r>
          </w:p>
        </w:tc>
      </w:tr>
    </w:tbl>
    <w:p/>
    <w:p>
      <w:pPr>
        <w:spacing w:after="20"/>
      </w:pPr>
      <w:r>
        <w:rPr>
          <w:rFonts w:ascii="Microsoft JhengHei" w:hAnsi="Microsoft JhengHei" w:eastAsia="Microsoft JhengHei"/>
          <w:b w:val="0"/>
          <w:i w:val="0"/>
          <w:color w:val="6B7280"/>
          <w:sz w:val="18"/>
        </w:rPr>
        <w:t>🎒 需求博 · 為甚麼：我按之前的需要審視第二課：聲音活動容易吸引提不起勁的同學，但對感官敏感或情緒低落的同學可能太刺激，所以音量要先調低，並容許不參與。「一分鐘靜默」對專注力短的同學可能太長，可用數呼吸幫助。「給神的回答」涉及真心話，必須完全私人。以利亞說「只剩下我一個」，要提醒同學可以向信任的人傾談。</w:t>
      </w:r>
    </w:p>
    <w:p>
      <w:pPr>
        <w:spacing w:after="20"/>
      </w:pPr>
      <w:r>
        <w:rPr>
          <w:rFonts w:ascii="Microsoft JhengHei" w:hAnsi="Microsoft JhengHei" w:eastAsia="Microsoft JhengHei"/>
          <w:b w:val="0"/>
          <w:i w:val="0"/>
          <w:color w:val="6B7280"/>
          <w:sz w:val="18"/>
        </w:rPr>
        <w:t xml:space="preserve">　依據：做人也沒有動力（情緒安全及私人回應）</w:t>
      </w:r>
    </w:p>
    <w:p>
      <w:pPr>
        <w:spacing w:after="20"/>
      </w:pPr>
      <w:r>
        <w:rPr>
          <w:rFonts w:ascii="Microsoft JhengHei" w:hAnsi="Microsoft JhengHei" w:eastAsia="Microsoft JhengHei"/>
          <w:b w:val="0"/>
          <w:i w:val="0"/>
          <w:color w:val="6B7280"/>
          <w:sz w:val="18"/>
        </w:rPr>
        <w:t xml:space="preserve">　依據：1 Kings 19:10（只剩下我一個：孤單的感受）　https://bible.fhl.net/new/read.php?VERSION1=unv&amp;strongflag=0&amp;TABFLAG=1&amp;chineses=%E7%8E%8B%E4%B8%8A&amp;chap=19&amp;sec=10</w:t>
      </w:r>
    </w:p>
    <w:p>
      <w:pPr>
        <w:spacing w:after="20"/>
      </w:pPr>
      <w:r>
        <w:rPr>
          <w:rFonts w:ascii="Microsoft JhengHei" w:hAnsi="Microsoft JhengHei" w:eastAsia="Microsoft JhengHei"/>
          <w:b w:val="0"/>
          <w:i w:val="0"/>
          <w:color w:val="6B7280"/>
          <w:sz w:val="18"/>
        </w:rPr>
        <w:t>🔎 聖經博 · 為甚麼：第一課讓同學經歷「神先照顧」；系列大綱定第二課為「在喧鬧中聽見神」。需求博指出同學提不起勁、覺得生活沒有意義，而他們每天被手機通知、功課及別人的評價包圍，很難安靜下來。何烈山的經文正好對比「大聲、震撼」與「微小的聲音」：神選擇溫柔地說話，並兩次問以利亞「你在這裏做甚麼？」，讓他誠實回答。need_verses 從經文庫的「手機」「專注」標籤選詩篇 46:10（停下來，知道神是神）及路加福音 5:16（耶穌也常常退到安靜的地方禱告）。</w:t>
      </w:r>
    </w:p>
    <w:p>
      <w:pPr>
        <w:spacing w:after="20"/>
      </w:pPr>
      <w:r>
        <w:rPr>
          <w:rFonts w:ascii="Microsoft JhengHei" w:hAnsi="Microsoft JhengHei" w:eastAsia="Microsoft JhengHei"/>
          <w:b w:val="0"/>
          <w:i w:val="0"/>
          <w:color w:val="6B7280"/>
          <w:sz w:val="18"/>
        </w:rPr>
        <w:t xml:space="preserve">　依據：Psalms 46:10：在動盪與戰爭的處境中，神邀請祂的子民停下來，認識祂是神。（經文庫：焦慮、專注、手機）　https://bible.fhl.net/new/read.php?VERSION1=unv&amp;strongflag=0&amp;TABFLAG=1&amp;chineses=%E8%A9%A9&amp;chap=46&amp;sec=10</w:t>
      </w:r>
    </w:p>
    <w:p>
      <w:pPr>
        <w:spacing w:after="20"/>
      </w:pPr>
      <w:r>
        <w:rPr>
          <w:rFonts w:ascii="Microsoft JhengHei" w:hAnsi="Microsoft JhengHei" w:eastAsia="Microsoft JhengHei"/>
          <w:b w:val="0"/>
          <w:i w:val="0"/>
          <w:color w:val="6B7280"/>
          <w:sz w:val="18"/>
        </w:rPr>
        <w:t xml:space="preserve">　依據：Luke 5:16：耶穌在忙碌服事中常常退到安靜的地方禱告。（經文庫：不懂禱告、疲累、專注）　https://bible.fhl.net/new/read.php?VERSION1=unv&amp;strongflag=0&amp;TABFLAG=1&amp;chineses=%E8%B7%AF&amp;chap=5&amp;sec=16</w:t>
      </w:r>
    </w:p>
    <w:p>
      <w:pPr>
        <w:spacing w:after="20"/>
      </w:pPr>
      <w:r>
        <w:rPr>
          <w:rFonts w:ascii="Microsoft JhengHei" w:hAnsi="Microsoft JhengHei" w:eastAsia="Microsoft JhengHei"/>
          <w:b w:val="0"/>
          <w:i w:val="0"/>
          <w:color w:val="6B7280"/>
          <w:sz w:val="18"/>
        </w:rPr>
        <w:t xml:space="preserve">　依據：1 Kings 19:11-12（神不在風、地震、火中，而在微小的聲音）　https://bible.fhl.net/new/read.php?VERSION1=unv&amp;strongflag=0&amp;TABFLAG=1&amp;chineses=%E7%8E%8B%E4%B8%8A&amp;chap=19&amp;sec=11</w:t>
      </w:r>
    </w:p>
    <w:p>
      <w:pPr>
        <w:spacing w:after="20"/>
      </w:pPr>
      <w:r>
        <w:rPr>
          <w:rFonts w:ascii="Microsoft JhengHei" w:hAnsi="Microsoft JhengHei" w:eastAsia="Microsoft JhengHei"/>
          <w:b w:val="0"/>
          <w:i w:val="0"/>
          <w:color w:val="6B7280"/>
          <w:sz w:val="18"/>
        </w:rPr>
        <w:t xml:space="preserve">　依據：宗教教育課程指引（中一至中三）第 84 頁（B16：困境中往何處尋求力量）</w:t>
      </w:r>
    </w:p>
    <w:p>
      <w:pPr>
        <w:spacing w:after="20"/>
      </w:pPr>
      <w:r>
        <w:rPr>
          <w:rFonts w:ascii="Microsoft JhengHei" w:hAnsi="Microsoft JhengHei" w:eastAsia="Microsoft JhengHei"/>
          <w:b w:val="0"/>
          <w:i w:val="0"/>
          <w:color w:val="6B7280"/>
          <w:sz w:val="18"/>
        </w:rPr>
        <w:t>⚖️ 神學博 · 為甚麼：聖經博選了何烈山的微小聲音及詩篇 46:10。同學每天被通知和短片包圍，安靜本身已是困難，所以我從操練庫選「數碼安息」，但把三十分鐘縮成十分鐘，配合上一課的五分鐘安息，循序漸進。研究庫提醒不可把信仰變成情緒經驗，所以我強調神主要藉聖經說話，安靜聆聽不一定有特別感覺；誠實回答神的問題，本身就是回應。</w:t>
      </w:r>
    </w:p>
    <w:p>
      <w:pPr>
        <w:spacing w:after="20"/>
      </w:pPr>
      <w:r>
        <w:rPr>
          <w:rFonts w:ascii="Microsoft JhengHei" w:hAnsi="Microsoft JhengHei" w:eastAsia="Microsoft JhengHei"/>
          <w:b w:val="0"/>
          <w:i w:val="0"/>
          <w:color w:val="6B7280"/>
          <w:sz w:val="18"/>
        </w:rPr>
        <w:t xml:space="preserve">　依據：數碼安息（每日 30 分鐘）（操練庫：數碼安息，配詩篇 46:10）</w:t>
      </w:r>
    </w:p>
    <w:p>
      <w:pPr>
        <w:spacing w:after="20"/>
      </w:pPr>
      <w:r>
        <w:rPr>
          <w:rFonts w:ascii="Microsoft JhengHei" w:hAnsi="Microsoft JhengHei" w:eastAsia="Microsoft JhengHei"/>
          <w:b w:val="0"/>
          <w:i w:val="0"/>
          <w:color w:val="6B7280"/>
          <w:sz w:val="18"/>
        </w:rPr>
        <w:t xml:space="preserve">　依據：1 Kings 19:11-12（神在微小的聲音中）　https://bible.fhl.net/new/read.php?VERSION1=unv&amp;strongflag=0&amp;TABFLAG=1&amp;chineses=%E7%8E%8B%E4%B8%8A&amp;chap=19&amp;sec=11</w:t>
      </w:r>
    </w:p>
    <w:p>
      <w:pPr>
        <w:spacing w:after="20"/>
      </w:pPr>
      <w:r>
        <w:rPr>
          <w:rFonts w:ascii="Microsoft JhengHei" w:hAnsi="Microsoft JhengHei" w:eastAsia="Microsoft JhengHei"/>
          <w:b w:val="0"/>
          <w:i w:val="0"/>
          <w:color w:val="6B7280"/>
          <w:sz w:val="18"/>
        </w:rPr>
        <w:t xml:space="preserve">　依據：John 10:27（耶穌的羊認得祂的聲音）　https://bible.fhl.net/new/read.php?VERSION1=unv&amp;strongflag=0&amp;TABFLAG=1&amp;chineses=%E7%B4%84&amp;chap=10&amp;sec=27</w:t>
      </w:r>
    </w:p>
    <w:p>
      <w:pPr>
        <w:spacing w:after="20"/>
      </w:pPr>
      <w:r>
        <w:rPr>
          <w:rFonts w:ascii="Microsoft JhengHei" w:hAnsi="Microsoft JhengHei" w:eastAsia="Microsoft JhengHei"/>
          <w:b w:val="0"/>
          <w:i w:val="0"/>
          <w:color w:val="6B7280"/>
          <w:sz w:val="18"/>
        </w:rPr>
        <w:t xml:space="preserve">　依據：沒有動力讀書，做人也沒有動力（操練要短、可做到）</w:t>
      </w:r>
    </w:p>
    <w:p>
      <w:pPr>
        <w:spacing w:after="20"/>
      </w:pPr>
      <w:r>
        <w:rPr>
          <w:rFonts w:ascii="Microsoft JhengHei" w:hAnsi="Microsoft JhengHei" w:eastAsia="Microsoft JhengHei"/>
          <w:b w:val="0"/>
          <w:i w:val="0"/>
          <w:color w:val="6B7280"/>
          <w:sz w:val="18"/>
        </w:rPr>
        <w:t>🙏 禱告博 · 為甚麼：我接聖經博及神學博的棒：主經文是何烈山的微小聲音，神學博的操練是每天十分鐘靜音聆聽，並提醒不可把聽見神說成要有特別感覺。所以禱告箱以「請說，我在聽」為主線，讓同學可以只是安靜，也可以誠實回答神的問題。以利亞說「只剩下我一個」，對覺得沒有人明白自己的同學很有共鳴，所以我在應用中加入「告訴神你覺得孤單的時候」，並為第三課鋪路。</w:t>
      </w:r>
    </w:p>
    <w:p>
      <w:pPr>
        <w:spacing w:after="20"/>
      </w:pPr>
      <w:r>
        <w:rPr>
          <w:rFonts w:ascii="Microsoft JhengHei" w:hAnsi="Microsoft JhengHei" w:eastAsia="Microsoft JhengHei"/>
          <w:b w:val="0"/>
          <w:i w:val="0"/>
          <w:color w:val="6B7280"/>
          <w:sz w:val="18"/>
        </w:rPr>
        <w:t xml:space="preserve">　依據：1 Kings 19:11-12（神在微小的聲音中）　https://bible.fhl.net/new/read.php?VERSION1=unv&amp;strongflag=0&amp;TABFLAG=1&amp;chineses=%E7%8E%8B%E4%B8%8A&amp;chap=19&amp;sec=11</w:t>
      </w:r>
    </w:p>
    <w:p>
      <w:pPr>
        <w:spacing w:after="20"/>
      </w:pPr>
      <w:r>
        <w:rPr>
          <w:rFonts w:ascii="Microsoft JhengHei" w:hAnsi="Microsoft JhengHei" w:eastAsia="Microsoft JhengHei"/>
          <w:b w:val="0"/>
          <w:i w:val="0"/>
          <w:color w:val="6B7280"/>
          <w:sz w:val="18"/>
        </w:rPr>
        <w:t xml:space="preserve">　依據：1 Kings 19:13（神第二次問同一個問題）　https://bible.fhl.net/new/read.php?VERSION1=unv&amp;strongflag=0&amp;TABFLAG=1&amp;chineses=%E7%8E%8B%E4%B8%8A&amp;chap=19&amp;sec=13</w:t>
      </w:r>
    </w:p>
    <w:p>
      <w:pPr>
        <w:spacing w:after="20"/>
      </w:pPr>
      <w:r>
        <w:rPr>
          <w:rFonts w:ascii="Microsoft JhengHei" w:hAnsi="Microsoft JhengHei" w:eastAsia="Microsoft JhengHei"/>
          <w:b w:val="0"/>
          <w:i w:val="0"/>
          <w:color w:val="6B7280"/>
          <w:sz w:val="18"/>
        </w:rPr>
        <w:t xml:space="preserve">　依據：數碼安息（每日 30 分鐘）（神學博選的數碼安息）</w:t>
      </w:r>
    </w:p>
    <w:p>
      <w:pPr>
        <w:spacing w:after="20"/>
      </w:pPr>
      <w:r>
        <w:rPr>
          <w:rFonts w:ascii="Microsoft JhengHei" w:hAnsi="Microsoft JhengHei" w:eastAsia="Microsoft JhengHei"/>
          <w:b w:val="0"/>
          <w:i w:val="0"/>
          <w:color w:val="6B7280"/>
          <w:sz w:val="18"/>
        </w:rPr>
        <w:t xml:space="preserve">　依據：1 Samuel 3:10（聆聽禱告：請說，僕人敬聽）　https://bible.fhl.net/new/read.php?VERSION1=unv&amp;strongflag=0&amp;TABFLAG=1&amp;chineses=%E6%92%92%E4%B8%8A&amp;chap=3&amp;sec=10</w:t>
      </w:r>
    </w:p>
    <w:p>
      <w:pPr>
        <w:spacing w:after="20"/>
      </w:pPr>
      <w:r>
        <w:rPr>
          <w:rFonts w:ascii="Microsoft JhengHei" w:hAnsi="Microsoft JhengHei" w:eastAsia="Microsoft JhengHei"/>
          <w:b w:val="0"/>
          <w:i w:val="0"/>
          <w:color w:val="6B7280"/>
          <w:sz w:val="18"/>
        </w:rPr>
        <w:t>🎲 課程博 · 為甚麼：第一課用了視覺的定格，第二課的經文本身就是「聲音」：烈風、地震、烈火、微小的聲音。所以我把全課設計成聽覺經驗：先讓同學意識到生活有多吵，再在經文中經歷聲音由大至靜，最後在真正的安靜中回應。神學博的數碼安息落在「一分鐘按住靜默」及回家的十分鐘操練。需求博提醒同學提不起勁，所以每段都有簡單的身體動作，不用說話也可參與。</w:t>
      </w:r>
    </w:p>
    <w:p>
      <w:pPr>
        <w:spacing w:after="20"/>
      </w:pPr>
      <w:r>
        <w:rPr>
          <w:rFonts w:ascii="Microsoft JhengHei" w:hAnsi="Microsoft JhengHei" w:eastAsia="Microsoft JhengHei"/>
          <w:b w:val="0"/>
          <w:i w:val="0"/>
          <w:color w:val="6B7280"/>
          <w:sz w:val="18"/>
        </w:rPr>
        <w:t xml:space="preserve">　依據：1 Kings 19:11-12（烈風、地震、烈火、微小的聲音）　https://bible.fhl.net/new/read.php?VERSION1=unv&amp;strongflag=0&amp;TABFLAG=1&amp;chineses=%E7%8E%8B%E4%B8%8A&amp;chap=19&amp;sec=11</w:t>
      </w:r>
    </w:p>
    <w:p>
      <w:pPr>
        <w:spacing w:after="20"/>
      </w:pPr>
      <w:r>
        <w:rPr>
          <w:rFonts w:ascii="Microsoft JhengHei" w:hAnsi="Microsoft JhengHei" w:eastAsia="Microsoft JhengHei"/>
          <w:b w:val="0"/>
          <w:i w:val="0"/>
          <w:color w:val="6B7280"/>
          <w:sz w:val="18"/>
        </w:rPr>
        <w:t xml:space="preserve">　依據：數碼安息（每日 30 分鐘）（一分鐘靜默連到每天十分鐘數碼安息）</w:t>
      </w:r>
    </w:p>
    <w:p>
      <w:pPr>
        <w:spacing w:after="20"/>
      </w:pPr>
      <w:r>
        <w:rPr>
          <w:rFonts w:ascii="Microsoft JhengHei" w:hAnsi="Microsoft JhengHei" w:eastAsia="Microsoft JhengHei"/>
          <w:b w:val="0"/>
          <w:i w:val="0"/>
          <w:color w:val="6B7280"/>
          <w:sz w:val="18"/>
        </w:rPr>
        <w:t xml:space="preserve">　依據：沒有動力讀書，做人也沒有動力（低門檻，可以不說話）</w:t>
      </w:r>
    </w:p>
    <w:p>
      <w:pPr>
        <w:spacing w:after="120" w:before="240"/>
      </w:pPr>
      <w:r>
        <w:rPr>
          <w:rFonts w:ascii="Microsoft JhengHei" w:hAnsi="Microsoft JhengHei" w:eastAsia="Microsoft JhengHei"/>
          <w:b/>
          <w:i w:val="0"/>
          <w:color w:val="A86B1F"/>
          <w:sz w:val="32"/>
        </w:rPr>
        <w:t>八、課後生活實踐</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帶回家</w:t>
            </w:r>
          </w:p>
        </w:tc>
        <w:tc>
          <w:tcPr>
            <w:tcW w:type="dxa" w:w="6803"/>
            <w:shd w:val="clear" w:fill="EFE7D6"/>
          </w:tcPr>
          <w:p>
            <w:r/>
            <w:r>
              <w:rPr>
                <w:rFonts w:ascii="Microsoft JhengHei" w:hAnsi="Microsoft JhengHei" w:eastAsia="Microsoft JhengHei"/>
                <w:b/>
                <w:i w:val="0"/>
                <w:color w:val="222A36"/>
                <w:sz w:val="20"/>
              </w:rPr>
              <w:t>內容</w:t>
            </w:r>
          </w:p>
        </w:tc>
      </w:tr>
      <w:tr>
        <w:tc>
          <w:tcPr>
            <w:tcW w:type="dxa" w:w="2268"/>
          </w:tcPr>
          <w:p>
            <w:r/>
            <w:r>
              <w:rPr>
                <w:rFonts w:ascii="Microsoft JhengHei" w:hAnsi="Microsoft JhengHei" w:eastAsia="Microsoft JhengHei"/>
                <w:b w:val="0"/>
                <w:i w:val="0"/>
                <w:color w:val="222A36"/>
                <w:sz w:val="20"/>
              </w:rPr>
              <w:t>數碼安息（每天十分鐘）</w:t>
            </w:r>
          </w:p>
        </w:tc>
        <w:tc>
          <w:tcPr>
            <w:tcW w:type="dxa" w:w="6803"/>
          </w:tcPr>
          <w:p>
            <w:r/>
            <w:r>
              <w:rPr>
                <w:rFonts w:ascii="Microsoft JhengHei" w:hAnsi="Microsoft JhengHei" w:eastAsia="Microsoft JhengHei"/>
                <w:b w:val="0"/>
                <w:i w:val="0"/>
                <w:color w:val="222A36"/>
                <w:sz w:val="20"/>
              </w:rPr>
              <w:t>每天十分鐘把手機靜音反轉，讀一節經文（例如詩篇 46:10），對神說「請說，我在聽」，安靜一分鐘，記下一個詞。不用交，也沒有分數。</w:t>
            </w:r>
          </w:p>
        </w:tc>
      </w:tr>
      <w:tr>
        <w:tc>
          <w:tcPr>
            <w:tcW w:type="dxa" w:w="2268"/>
          </w:tcPr>
          <w:p>
            <w:r/>
            <w:r>
              <w:rPr>
                <w:rFonts w:ascii="Microsoft JhengHei" w:hAnsi="Microsoft JhengHei" w:eastAsia="Microsoft JhengHei"/>
                <w:b w:val="0"/>
                <w:i w:val="0"/>
                <w:color w:val="222A36"/>
                <w:sz w:val="20"/>
              </w:rPr>
              <w:t>Reclaim2K「如何聆聽神的聲音」靈修（自願）</w:t>
            </w:r>
          </w:p>
        </w:tc>
        <w:tc>
          <w:tcPr>
            <w:tcW w:type="dxa" w:w="6803"/>
          </w:tcPr>
          <w:p>
            <w:r/>
            <w:r>
              <w:rPr>
                <w:rFonts w:ascii="Microsoft JhengHei" w:hAnsi="Microsoft JhengHei" w:eastAsia="Microsoft JhengHei"/>
                <w:b w:val="0"/>
                <w:i w:val="0"/>
                <w:color w:val="222A36"/>
                <w:sz w:val="20"/>
              </w:rPr>
              <w:t>每天十分鐘；第二天可重溫網站「跟以利亞聽神微聲」的何烈山一站。</w:t>
            </w:r>
          </w:p>
        </w:tc>
      </w:tr>
    </w:tbl>
    <w:p/>
    <w:p>
      <w:pPr>
        <w:spacing w:after="120" w:before="240"/>
      </w:pPr>
      <w:r>
        <w:rPr>
          <w:rFonts w:ascii="Microsoft JhengHei" w:hAnsi="Microsoft JhengHei" w:eastAsia="Microsoft JhengHei"/>
          <w:b/>
          <w:i w:val="0"/>
          <w:color w:val="222A36"/>
          <w:sz w:val="26"/>
        </w:rPr>
        <w:t>七日路徑</w:t>
      </w:r>
    </w:p>
    <w:tbl>
      <w:tblPr>
        <w:tblStyle w:val="TableGrid"/>
        <w:tblW w:type="auto" w:w="0"/>
        <w:tblLook w:firstColumn="1" w:firstRow="1" w:lastColumn="0" w:lastRow="0" w:noHBand="0" w:noVBand="1" w:val="04A0"/>
      </w:tblPr>
      <w:tblGrid>
        <w:gridCol w:w="4986"/>
        <w:gridCol w:w="4986"/>
      </w:tblGrid>
      <w:tr>
        <w:tc>
          <w:tcPr>
            <w:tcW w:type="dxa" w:w="1417"/>
            <w:shd w:val="clear" w:fill="EFE7D6"/>
          </w:tcPr>
          <w:p>
            <w:r/>
            <w:r>
              <w:rPr>
                <w:rFonts w:ascii="Microsoft JhengHei" w:hAnsi="Microsoft JhengHei" w:eastAsia="Microsoft JhengHei"/>
                <w:b/>
                <w:i w:val="0"/>
                <w:color w:val="222A36"/>
                <w:sz w:val="20"/>
              </w:rPr>
              <w:t>日</w:t>
            </w:r>
          </w:p>
        </w:tc>
        <w:tc>
          <w:tcPr>
            <w:tcW w:type="dxa" w:w="7654"/>
            <w:shd w:val="clear" w:fill="EFE7D6"/>
          </w:tcPr>
          <w:p>
            <w:r/>
            <w:r>
              <w:rPr>
                <w:rFonts w:ascii="Microsoft JhengHei" w:hAnsi="Microsoft JhengHei" w:eastAsia="Microsoft JhengHei"/>
                <w:b/>
                <w:i w:val="0"/>
                <w:color w:val="222A36"/>
                <w:sz w:val="20"/>
              </w:rPr>
              <w:t>步驟</w:t>
            </w:r>
          </w:p>
        </w:tc>
      </w:tr>
      <w:tr>
        <w:tc>
          <w:tcPr>
            <w:tcW w:type="dxa" w:w="1417"/>
          </w:tcPr>
          <w:p>
            <w:r/>
            <w:r>
              <w:rPr>
                <w:rFonts w:ascii="Microsoft JhengHei" w:hAnsi="Microsoft JhengHei" w:eastAsia="Microsoft JhengHei"/>
                <w:b w:val="0"/>
                <w:i w:val="0"/>
                <w:color w:val="222A36"/>
                <w:sz w:val="20"/>
              </w:rPr>
              <w:t>第 1 天</w:t>
            </w:r>
          </w:p>
        </w:tc>
        <w:tc>
          <w:tcPr>
            <w:tcW w:type="dxa" w:w="7654"/>
          </w:tcPr>
          <w:p>
            <w:r/>
            <w:r>
              <w:rPr>
                <w:rFonts w:ascii="Microsoft JhengHei" w:hAnsi="Microsoft JhengHei" w:eastAsia="Microsoft JhengHei"/>
                <w:b w:val="0"/>
                <w:i w:val="0"/>
                <w:color w:val="222A36"/>
                <w:sz w:val="20"/>
              </w:rPr>
              <w:t>信心×行動：十分鐘數碼安息，對神說「請說，我在聽」。</w:t>
            </w:r>
          </w:p>
        </w:tc>
      </w:tr>
      <w:tr>
        <w:tc>
          <w:tcPr>
            <w:tcW w:type="dxa" w:w="1417"/>
          </w:tcPr>
          <w:p>
            <w:r/>
            <w:r>
              <w:rPr>
                <w:rFonts w:ascii="Microsoft JhengHei" w:hAnsi="Microsoft JhengHei" w:eastAsia="Microsoft JhengHei"/>
                <w:b w:val="0"/>
                <w:i w:val="0"/>
                <w:color w:val="222A36"/>
                <w:sz w:val="20"/>
              </w:rPr>
              <w:t>第 2 天</w:t>
            </w:r>
          </w:p>
        </w:tc>
        <w:tc>
          <w:tcPr>
            <w:tcW w:type="dxa" w:w="7654"/>
          </w:tcPr>
          <w:p>
            <w:r/>
            <w:r>
              <w:rPr>
                <w:rFonts w:ascii="Microsoft JhengHei" w:hAnsi="Microsoft JhengHei" w:eastAsia="Microsoft JhengHei"/>
                <w:b w:val="0"/>
                <w:i w:val="0"/>
                <w:color w:val="222A36"/>
                <w:sz w:val="20"/>
              </w:rPr>
              <w:t>重溫「跟以利亞聽神微聲」的何烈山一站。</w:t>
            </w:r>
          </w:p>
        </w:tc>
      </w:tr>
      <w:tr>
        <w:tc>
          <w:tcPr>
            <w:tcW w:type="dxa" w:w="1417"/>
          </w:tcPr>
          <w:p>
            <w:r/>
            <w:r>
              <w:rPr>
                <w:rFonts w:ascii="Microsoft JhengHei" w:hAnsi="Microsoft JhengHei" w:eastAsia="Microsoft JhengHei"/>
                <w:b w:val="0"/>
                <w:i w:val="0"/>
                <w:color w:val="222A36"/>
                <w:sz w:val="20"/>
              </w:rPr>
              <w:t>第 3 天</w:t>
            </w:r>
          </w:p>
        </w:tc>
        <w:tc>
          <w:tcPr>
            <w:tcW w:type="dxa" w:w="7654"/>
          </w:tcPr>
          <w:p>
            <w:r/>
            <w:r>
              <w:rPr>
                <w:rFonts w:ascii="Microsoft JhengHei" w:hAnsi="Microsoft JhengHei" w:eastAsia="Microsoft JhengHei"/>
                <w:b w:val="0"/>
                <w:i w:val="0"/>
                <w:color w:val="222A36"/>
                <w:sz w:val="20"/>
              </w:rPr>
              <w:t>開一個 10 分鐘專注時段，休息時聽一首敬拜歌。</w:t>
            </w:r>
          </w:p>
        </w:tc>
      </w:tr>
      <w:tr>
        <w:tc>
          <w:tcPr>
            <w:tcW w:type="dxa" w:w="1417"/>
          </w:tcPr>
          <w:p>
            <w:r/>
            <w:r>
              <w:rPr>
                <w:rFonts w:ascii="Microsoft JhengHei" w:hAnsi="Microsoft JhengHei" w:eastAsia="Microsoft JhengHei"/>
                <w:b w:val="0"/>
                <w:i w:val="0"/>
                <w:color w:val="222A36"/>
                <w:sz w:val="20"/>
              </w:rPr>
              <w:t>第 4 天</w:t>
            </w:r>
          </w:p>
        </w:tc>
        <w:tc>
          <w:tcPr>
            <w:tcW w:type="dxa" w:w="7654"/>
          </w:tcPr>
          <w:p>
            <w:r/>
            <w:r>
              <w:rPr>
                <w:rFonts w:ascii="Microsoft JhengHei" w:hAnsi="Microsoft JhengHei" w:eastAsia="Microsoft JhengHei"/>
                <w:b w:val="0"/>
                <w:i w:val="0"/>
                <w:color w:val="222A36"/>
                <w:sz w:val="20"/>
              </w:rPr>
              <w:t>「如何聆聽神的聲音」靈修一天，記下一個詞。</w:t>
            </w:r>
          </w:p>
        </w:tc>
      </w:tr>
      <w:tr>
        <w:tc>
          <w:tcPr>
            <w:tcW w:type="dxa" w:w="1417"/>
          </w:tcPr>
          <w:p>
            <w:r/>
            <w:r>
              <w:rPr>
                <w:rFonts w:ascii="Microsoft JhengHei" w:hAnsi="Microsoft JhengHei" w:eastAsia="Microsoft JhengHei"/>
                <w:b w:val="0"/>
                <w:i w:val="0"/>
                <w:color w:val="222A36"/>
                <w:sz w:val="20"/>
              </w:rPr>
              <w:t>第 5 天</w:t>
            </w:r>
          </w:p>
        </w:tc>
        <w:tc>
          <w:tcPr>
            <w:tcW w:type="dxa" w:w="7654"/>
          </w:tcPr>
          <w:p>
            <w:r/>
            <w:r>
              <w:rPr>
                <w:rFonts w:ascii="Microsoft JhengHei" w:hAnsi="Microsoft JhengHei" w:eastAsia="Microsoft JhengHei"/>
                <w:b w:val="0"/>
                <w:i w:val="0"/>
                <w:color w:val="222A36"/>
                <w:sz w:val="20"/>
              </w:rPr>
              <w:t>看看自己的手機習慣，選一個晚上睡前十分鐘不看手機。</w:t>
            </w:r>
          </w:p>
        </w:tc>
      </w:tr>
      <w:tr>
        <w:tc>
          <w:tcPr>
            <w:tcW w:type="dxa" w:w="1417"/>
          </w:tcPr>
          <w:p>
            <w:r/>
            <w:r>
              <w:rPr>
                <w:rFonts w:ascii="Microsoft JhengHei" w:hAnsi="Microsoft JhengHei" w:eastAsia="Microsoft JhengHei"/>
                <w:b w:val="0"/>
                <w:i w:val="0"/>
                <w:color w:val="222A36"/>
                <w:sz w:val="20"/>
              </w:rPr>
              <w:t>第 6 天</w:t>
            </w:r>
          </w:p>
        </w:tc>
        <w:tc>
          <w:tcPr>
            <w:tcW w:type="dxa" w:w="7654"/>
          </w:tcPr>
          <w:p>
            <w:r/>
            <w:r>
              <w:rPr>
                <w:rFonts w:ascii="Microsoft JhengHei" w:hAnsi="Microsoft JhengHei" w:eastAsia="Microsoft JhengHei"/>
                <w:b w:val="0"/>
                <w:i w:val="0"/>
                <w:color w:val="222A36"/>
                <w:sz w:val="20"/>
              </w:rPr>
              <w:t>自選一款創意任務（寧靜錄音、說唱或聲音地圖），完全自願。</w:t>
            </w:r>
          </w:p>
        </w:tc>
      </w:tr>
      <w:tr>
        <w:tc>
          <w:tcPr>
            <w:tcW w:type="dxa" w:w="1417"/>
          </w:tcPr>
          <w:p>
            <w:r/>
            <w:r>
              <w:rPr>
                <w:rFonts w:ascii="Microsoft JhengHei" w:hAnsi="Microsoft JhengHei" w:eastAsia="Microsoft JhengHei"/>
                <w:b w:val="0"/>
                <w:i w:val="0"/>
                <w:color w:val="222A36"/>
                <w:sz w:val="20"/>
              </w:rPr>
              <w:t>第 7 天</w:t>
            </w:r>
          </w:p>
        </w:tc>
        <w:tc>
          <w:tcPr>
            <w:tcW w:type="dxa" w:w="7654"/>
          </w:tcPr>
          <w:p>
            <w:r/>
            <w:r>
              <w:rPr>
                <w:rFonts w:ascii="Microsoft JhengHei" w:hAnsi="Microsoft JhengHei" w:eastAsia="Microsoft JhengHei"/>
                <w:b w:val="0"/>
                <w:i w:val="0"/>
                <w:color w:val="222A36"/>
                <w:sz w:val="20"/>
              </w:rPr>
              <w:t>回看這星期的聆聽小卡：你聽見了甚麼？向神說一句感謝。</w:t>
            </w:r>
          </w:p>
        </w:tc>
      </w:tr>
    </w:tbl>
    <w:p/>
    <w:p>
      <w:pPr>
        <w:spacing w:after="120" w:before="240"/>
      </w:pPr>
      <w:r>
        <w:rPr>
          <w:rFonts w:ascii="Microsoft JhengHei" w:hAnsi="Microsoft JhengHei" w:eastAsia="Microsoft JhengHei"/>
          <w:b/>
          <w:i w:val="0"/>
          <w:color w:val="222A36"/>
          <w:sz w:val="26"/>
        </w:rPr>
        <w:t>創意任務（學生自選）</w:t>
      </w:r>
    </w:p>
    <w:p>
      <w:pPr>
        <w:spacing w:after="80"/>
      </w:pPr>
      <w:r>
        <w:rPr>
          <w:rFonts w:ascii="Microsoft JhengHei" w:hAnsi="Microsoft JhengHei" w:eastAsia="Microsoft JhengHei"/>
          <w:b w:val="0"/>
          <w:i w:val="0"/>
          <w:color w:val="222A36"/>
          <w:sz w:val="22"/>
        </w:rPr>
        <w:t>• 三十秒寧靜錄音：找一個安靜的地方，錄下三十秒周圍的聲音（不錄人聲），聽回時寫一句：在這裏，我想對神說……　〔列王紀上 19:11-12〕</w:t>
      </w:r>
    </w:p>
    <w:p>
      <w:pPr>
        <w:spacing w:after="80"/>
      </w:pPr>
      <w:r>
        <w:rPr>
          <w:rFonts w:ascii="Microsoft JhengHei" w:hAnsi="Microsoft JhengHei" w:eastAsia="Microsoft JhengHei"/>
          <w:b w:val="0"/>
          <w:i w:val="0"/>
          <w:color w:val="6B7280"/>
          <w:sz w:val="20"/>
        </w:rPr>
        <w:t xml:space="preserve">  完全自願；不想錄音的話，可以只是安靜坐三十秒。　分享方式：可以只留給自己；如願意，可以給老師聽。</w:t>
      </w:r>
    </w:p>
    <w:p>
      <w:pPr>
        <w:spacing w:after="80"/>
      </w:pPr>
      <w:r>
        <w:rPr>
          <w:rFonts w:ascii="Microsoft JhengHei" w:hAnsi="Microsoft JhengHei" w:eastAsia="Microsoft JhengHei"/>
          <w:b w:val="0"/>
          <w:i w:val="0"/>
          <w:color w:val="222A36"/>
          <w:sz w:val="22"/>
        </w:rPr>
        <w:t>• 「請說，我在聽」說唱：寫四句說唱：第一句寫最吵的聲音，第二句寫神溫柔的聲音，第三句寫你想問神的問題，最後一句求主加添你的信心。　〔撒母耳記上 3:10〕</w:t>
      </w:r>
    </w:p>
    <w:p>
      <w:pPr>
        <w:spacing w:after="80"/>
      </w:pPr>
      <w:r>
        <w:rPr>
          <w:rFonts w:ascii="Microsoft JhengHei" w:hAnsi="Microsoft JhengHei" w:eastAsia="Microsoft JhengHei"/>
          <w:b w:val="0"/>
          <w:i w:val="0"/>
          <w:color w:val="6B7280"/>
          <w:sz w:val="20"/>
        </w:rPr>
        <w:t xml:space="preserve">  不用押韻得很好，也不用唱出來。　分享方式：可以保密；如願意，可以用匿名方式交給老師。</w:t>
      </w:r>
    </w:p>
    <w:p>
      <w:pPr>
        <w:spacing w:after="80"/>
      </w:pPr>
      <w:r>
        <w:rPr>
          <w:rFonts w:ascii="Microsoft JhengHei" w:hAnsi="Microsoft JhengHei" w:eastAsia="Microsoft JhengHei"/>
          <w:b w:val="0"/>
          <w:i w:val="0"/>
          <w:color w:val="222A36"/>
          <w:sz w:val="22"/>
        </w:rPr>
        <w:t>• 我的聲音地圖：畫一個圓代表你的一天，在不同時間寫上最大聲的聲音，再圈出一個你可以停下來聽神的時間。　〔詩篇 46:10〕</w:t>
      </w:r>
    </w:p>
    <w:p>
      <w:pPr>
        <w:spacing w:after="80"/>
      </w:pPr>
      <w:r>
        <w:rPr>
          <w:rFonts w:ascii="Microsoft JhengHei" w:hAnsi="Microsoft JhengHei" w:eastAsia="Microsoft JhengHei"/>
          <w:b w:val="0"/>
          <w:i w:val="0"/>
          <w:color w:val="6B7280"/>
          <w:sz w:val="20"/>
        </w:rPr>
        <w:t xml:space="preserve">  這張地圖只屬於你。　分享方式：可以不公開。</w:t>
      </w:r>
    </w:p>
    <w:p>
      <w:pPr>
        <w:spacing w:after="120" w:before="240"/>
      </w:pPr>
      <w:r>
        <w:rPr>
          <w:rFonts w:ascii="Microsoft JhengHei" w:hAnsi="Microsoft JhengHei" w:eastAsia="Microsoft JhengHei"/>
          <w:b/>
          <w:i w:val="0"/>
          <w:color w:val="222A36"/>
          <w:sz w:val="26"/>
        </w:rPr>
        <w:t>📱 Reclaim2K 課後跟進路徑</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907"/>
            <w:shd w:val="clear" w:fill="EFE7D6"/>
          </w:tcPr>
          <w:p>
            <w:r/>
            <w:r>
              <w:rPr>
                <w:rFonts w:ascii="Microsoft JhengHei" w:hAnsi="Microsoft JhengHei" w:eastAsia="Microsoft JhengHei"/>
                <w:b/>
                <w:i w:val="0"/>
                <w:color w:val="222A36"/>
                <w:sz w:val="20"/>
              </w:rPr>
              <w:t>日</w:t>
            </w:r>
          </w:p>
        </w:tc>
        <w:tc>
          <w:tcPr>
            <w:tcW w:type="dxa" w:w="1814"/>
            <w:shd w:val="clear" w:fill="EFE7D6"/>
          </w:tcPr>
          <w:p>
            <w:r/>
            <w:r>
              <w:rPr>
                <w:rFonts w:ascii="Microsoft JhengHei" w:hAnsi="Microsoft JhengHei" w:eastAsia="Microsoft JhengHei"/>
                <w:b/>
                <w:i w:val="0"/>
                <w:color w:val="222A36"/>
                <w:sz w:val="20"/>
              </w:rPr>
              <w:t>項目</w:t>
            </w:r>
          </w:p>
        </w:tc>
        <w:tc>
          <w:tcPr>
            <w:tcW w:type="dxa" w:w="2494"/>
            <w:shd w:val="clear" w:fill="EFE7D6"/>
          </w:tcPr>
          <w:p>
            <w:r/>
            <w:r>
              <w:rPr>
                <w:rFonts w:ascii="Microsoft JhengHei" w:hAnsi="Microsoft JhengHei" w:eastAsia="Microsoft JhengHei"/>
                <w:b/>
                <w:i w:val="0"/>
                <w:color w:val="222A36"/>
                <w:sz w:val="20"/>
              </w:rPr>
              <w:t>做甚麼</w:t>
            </w:r>
          </w:p>
        </w:tc>
        <w:tc>
          <w:tcPr>
            <w:tcW w:type="dxa" w:w="2268"/>
            <w:shd w:val="clear" w:fill="EFE7D6"/>
          </w:tcPr>
          <w:p>
            <w:r/>
            <w:r>
              <w:rPr>
                <w:rFonts w:ascii="Microsoft JhengHei" w:hAnsi="Microsoft JhengHei" w:eastAsia="Microsoft JhengHei"/>
                <w:b/>
                <w:i w:val="0"/>
                <w:color w:val="222A36"/>
                <w:sz w:val="20"/>
              </w:rPr>
              <w:t>為何</w:t>
            </w:r>
          </w:p>
        </w:tc>
        <w:tc>
          <w:tcPr>
            <w:tcW w:type="dxa" w:w="2041"/>
            <w:shd w:val="clear" w:fill="EFE7D6"/>
          </w:tcPr>
          <w:p>
            <w:r/>
            <w:r>
              <w:rPr>
                <w:rFonts w:ascii="Microsoft JhengHei" w:hAnsi="Microsoft JhengHei" w:eastAsia="Microsoft JhengHei"/>
                <w:b/>
                <w:i w:val="0"/>
                <w:color w:val="222A36"/>
                <w:sz w:val="20"/>
              </w:rPr>
              <w:t>連結</w:t>
            </w:r>
          </w:p>
        </w:tc>
      </w:tr>
      <w:tr>
        <w:tc>
          <w:tcPr>
            <w:tcW w:type="dxa" w:w="907"/>
          </w:tcPr>
          <w:p>
            <w:r/>
            <w:r>
              <w:rPr>
                <w:rFonts w:ascii="Microsoft JhengHei" w:hAnsi="Microsoft JhengHei" w:eastAsia="Microsoft JhengHei"/>
                <w:b w:val="0"/>
                <w:i w:val="0"/>
                <w:color w:val="222A36"/>
                <w:sz w:val="20"/>
              </w:rPr>
              <w:t>第 1 天</w:t>
            </w:r>
          </w:p>
        </w:tc>
        <w:tc>
          <w:tcPr>
            <w:tcW w:type="dxa" w:w="1814"/>
          </w:tcPr>
          <w:p>
            <w:r/>
            <w:r>
              <w:rPr>
                <w:rFonts w:ascii="Microsoft JhengHei" w:hAnsi="Microsoft JhengHei" w:eastAsia="Microsoft JhengHei"/>
                <w:b w:val="0"/>
                <w:i w:val="0"/>
                <w:color w:val="222A36"/>
                <w:sz w:val="20"/>
              </w:rPr>
              <w:t>如何聆聽神的聲音</w:t>
            </w:r>
          </w:p>
        </w:tc>
        <w:tc>
          <w:tcPr>
            <w:tcW w:type="dxa" w:w="2494"/>
          </w:tcPr>
          <w:p>
            <w:r/>
            <w:r>
              <w:rPr>
                <w:rFonts w:ascii="Microsoft JhengHei" w:hAnsi="Microsoft JhengHei" w:eastAsia="Microsoft JhengHei"/>
                <w:b w:val="0"/>
                <w:i w:val="0"/>
                <w:color w:val="222A36"/>
                <w:sz w:val="20"/>
              </w:rPr>
              <w:t>開始「如何聆聽神的聲音」第一天靈修。</w:t>
            </w:r>
          </w:p>
        </w:tc>
        <w:tc>
          <w:tcPr>
            <w:tcW w:type="dxa" w:w="2268"/>
          </w:tcPr>
          <w:p>
            <w:r/>
            <w:r>
              <w:rPr>
                <w:rFonts w:ascii="Microsoft JhengHei" w:hAnsi="Microsoft JhengHei" w:eastAsia="Microsoft JhengHei"/>
                <w:b w:val="0"/>
                <w:i w:val="0"/>
                <w:color w:val="222A36"/>
                <w:sz w:val="20"/>
              </w:rPr>
              <w:t>延續課堂：神溫柔地說話，我們學習停下來聽。</w:t>
            </w:r>
          </w:p>
        </w:tc>
        <w:tc>
          <w:tcPr>
            <w:tcW w:type="dxa" w:w="2041"/>
          </w:tcPr>
          <w:p>
            <w:r/>
            <w:r>
              <w:rPr>
                <w:rFonts w:ascii="Microsoft JhengHei" w:hAnsi="Microsoft JhengHei" w:eastAsia="Microsoft JhengHei"/>
                <w:b w:val="0"/>
                <w:i w:val="0"/>
                <w:color w:val="222A36"/>
                <w:sz w:val="20"/>
              </w:rPr>
              <w:t>https://app.reclaim2k.org/#go=devote&amp;plan=plan_voice_of_god</w:t>
            </w:r>
          </w:p>
        </w:tc>
      </w:tr>
      <w:tr>
        <w:tc>
          <w:tcPr>
            <w:tcW w:type="dxa" w:w="907"/>
          </w:tcPr>
          <w:p>
            <w:r/>
            <w:r>
              <w:rPr>
                <w:rFonts w:ascii="Microsoft JhengHei" w:hAnsi="Microsoft JhengHei" w:eastAsia="Microsoft JhengHei"/>
                <w:b w:val="0"/>
                <w:i w:val="0"/>
                <w:color w:val="222A36"/>
                <w:sz w:val="20"/>
              </w:rPr>
              <w:t>第 2 天</w:t>
            </w:r>
          </w:p>
        </w:tc>
        <w:tc>
          <w:tcPr>
            <w:tcW w:type="dxa" w:w="1814"/>
          </w:tcPr>
          <w:p>
            <w:r/>
            <w:r>
              <w:rPr>
                <w:rFonts w:ascii="Microsoft JhengHei" w:hAnsi="Microsoft JhengHei" w:eastAsia="Microsoft JhengHei"/>
                <w:b w:val="0"/>
                <w:i w:val="0"/>
                <w:color w:val="222A36"/>
                <w:sz w:val="20"/>
              </w:rPr>
              <w:t>跟以利亞聽神微聲</w:t>
            </w:r>
          </w:p>
        </w:tc>
        <w:tc>
          <w:tcPr>
            <w:tcW w:type="dxa" w:w="2494"/>
          </w:tcPr>
          <w:p>
            <w:r/>
            <w:r>
              <w:rPr>
                <w:rFonts w:ascii="Microsoft JhengHei" w:hAnsi="Microsoft JhengHei" w:eastAsia="Microsoft JhengHei"/>
                <w:b w:val="0"/>
                <w:i w:val="0"/>
                <w:color w:val="222A36"/>
                <w:sz w:val="20"/>
              </w:rPr>
              <w:t>打開「跟以利亞聽神微聲」，重溫何烈山微小聲音一站。</w:t>
            </w:r>
          </w:p>
        </w:tc>
        <w:tc>
          <w:tcPr>
            <w:tcW w:type="dxa" w:w="2268"/>
          </w:tcPr>
          <w:p>
            <w:r/>
            <w:r>
              <w:rPr>
                <w:rFonts w:ascii="Microsoft JhengHei" w:hAnsi="Microsoft JhengHei" w:eastAsia="Microsoft JhengHei"/>
                <w:b w:val="0"/>
                <w:i w:val="0"/>
                <w:color w:val="222A36"/>
                <w:sz w:val="20"/>
              </w:rPr>
              <w:t>再一次經歷聲音由大至靜，記得神選擇溫柔地說話。</w:t>
            </w:r>
          </w:p>
        </w:tc>
        <w:tc>
          <w:tcPr>
            <w:tcW w:type="dxa" w:w="2041"/>
          </w:tcPr>
          <w:p>
            <w:r/>
            <w:r>
              <w:rPr>
                <w:rFonts w:ascii="Microsoft JhengHei" w:hAnsi="Microsoft JhengHei" w:eastAsia="Microsoft JhengHei"/>
                <w:b w:val="0"/>
                <w:i w:val="0"/>
                <w:color w:val="222A36"/>
                <w:sz w:val="20"/>
              </w:rPr>
              <w:t>https://reclaim2k.org/elijah-carmel</w:t>
            </w:r>
          </w:p>
        </w:tc>
      </w:tr>
      <w:tr>
        <w:tc>
          <w:tcPr>
            <w:tcW w:type="dxa" w:w="907"/>
          </w:tcPr>
          <w:p>
            <w:r/>
            <w:r>
              <w:rPr>
                <w:rFonts w:ascii="Microsoft JhengHei" w:hAnsi="Microsoft JhengHei" w:eastAsia="Microsoft JhengHei"/>
                <w:b w:val="0"/>
                <w:i w:val="0"/>
                <w:color w:val="222A36"/>
                <w:sz w:val="20"/>
              </w:rPr>
              <w:t>第 3 天</w:t>
            </w:r>
          </w:p>
        </w:tc>
        <w:tc>
          <w:tcPr>
            <w:tcW w:type="dxa" w:w="1814"/>
          </w:tcPr>
          <w:p>
            <w:r/>
            <w:r>
              <w:rPr>
                <w:rFonts w:ascii="Microsoft JhengHei" w:hAnsi="Microsoft JhengHei" w:eastAsia="Microsoft JhengHei"/>
                <w:b w:val="0"/>
                <w:i w:val="0"/>
                <w:color w:val="222A36"/>
                <w:sz w:val="20"/>
              </w:rPr>
              <w:t>專注時段賺取 HFC（數字健康）；內有敬拜音樂播放清單</w:t>
            </w:r>
          </w:p>
        </w:tc>
        <w:tc>
          <w:tcPr>
            <w:tcW w:type="dxa" w:w="2494"/>
          </w:tcPr>
          <w:p>
            <w:r/>
            <w:r>
              <w:rPr>
                <w:rFonts w:ascii="Microsoft JhengHei" w:hAnsi="Microsoft JhengHei" w:eastAsia="Microsoft JhengHei"/>
                <w:b w:val="0"/>
                <w:i w:val="0"/>
                <w:color w:val="222A36"/>
                <w:sz w:val="20"/>
              </w:rPr>
              <w:t>開一個 10 分鐘專注時段作數碼安息，休息時聽一首敬拜歌。</w:t>
            </w:r>
          </w:p>
        </w:tc>
        <w:tc>
          <w:tcPr>
            <w:tcW w:type="dxa" w:w="2268"/>
          </w:tcPr>
          <w:p>
            <w:r/>
            <w:r>
              <w:rPr>
                <w:rFonts w:ascii="Microsoft JhengHei" w:hAnsi="Microsoft JhengHei" w:eastAsia="Microsoft JhengHei"/>
                <w:b w:val="0"/>
                <w:i w:val="0"/>
                <w:color w:val="222A36"/>
                <w:sz w:val="20"/>
              </w:rPr>
              <w:t>把手機變成幫助自己安靜聆聽的工具。</w:t>
            </w:r>
          </w:p>
        </w:tc>
        <w:tc>
          <w:tcPr>
            <w:tcW w:type="dxa" w:w="2041"/>
          </w:tcPr>
          <w:p>
            <w:r/>
            <w:r>
              <w:rPr>
                <w:rFonts w:ascii="Microsoft JhengHei" w:hAnsi="Microsoft JhengHei" w:eastAsia="Microsoft JhengHei"/>
                <w:b w:val="0"/>
                <w:i w:val="0"/>
                <w:color w:val="222A36"/>
                <w:sz w:val="20"/>
              </w:rPr>
              <w:t>https://app.reclaim2k.org/#go=focus</w:t>
            </w:r>
          </w:p>
        </w:tc>
      </w:tr>
      <w:tr>
        <w:tc>
          <w:tcPr>
            <w:tcW w:type="dxa" w:w="907"/>
          </w:tcPr>
          <w:p>
            <w:r/>
            <w:r>
              <w:rPr>
                <w:rFonts w:ascii="Microsoft JhengHei" w:hAnsi="Microsoft JhengHei" w:eastAsia="Microsoft JhengHei"/>
                <w:b w:val="0"/>
                <w:i w:val="0"/>
                <w:color w:val="222A36"/>
                <w:sz w:val="20"/>
              </w:rPr>
              <w:t>第 4 天</w:t>
            </w:r>
          </w:p>
        </w:tc>
        <w:tc>
          <w:tcPr>
            <w:tcW w:type="dxa" w:w="1814"/>
          </w:tcPr>
          <w:p>
            <w:r/>
            <w:r>
              <w:rPr>
                <w:rFonts w:ascii="Microsoft JhengHei" w:hAnsi="Microsoft JhengHei" w:eastAsia="Microsoft JhengHei"/>
                <w:b w:val="0"/>
                <w:i w:val="0"/>
                <w:color w:val="222A36"/>
                <w:sz w:val="20"/>
              </w:rPr>
              <w:t>如何聆聽神的聲音</w:t>
            </w:r>
          </w:p>
        </w:tc>
        <w:tc>
          <w:tcPr>
            <w:tcW w:type="dxa" w:w="2494"/>
          </w:tcPr>
          <w:p>
            <w:r/>
            <w:r>
              <w:rPr>
                <w:rFonts w:ascii="Microsoft JhengHei" w:hAnsi="Microsoft JhengHei" w:eastAsia="Microsoft JhengHei"/>
                <w:b w:val="0"/>
                <w:i w:val="0"/>
                <w:color w:val="222A36"/>
                <w:sz w:val="20"/>
              </w:rPr>
              <w:t>繼續「如何聆聽神的聲音」第二天靈修。</w:t>
            </w:r>
          </w:p>
        </w:tc>
        <w:tc>
          <w:tcPr>
            <w:tcW w:type="dxa" w:w="2268"/>
          </w:tcPr>
          <w:p>
            <w:r/>
            <w:r>
              <w:rPr>
                <w:rFonts w:ascii="Microsoft JhengHei" w:hAnsi="Microsoft JhengHei" w:eastAsia="Microsoft JhengHei"/>
                <w:b w:val="0"/>
                <w:i w:val="0"/>
                <w:color w:val="222A36"/>
                <w:sz w:val="20"/>
              </w:rPr>
              <w:t>每天一點點，學習分辨神的聲音。</w:t>
            </w:r>
          </w:p>
        </w:tc>
        <w:tc>
          <w:tcPr>
            <w:tcW w:type="dxa" w:w="2041"/>
          </w:tcPr>
          <w:p>
            <w:r/>
            <w:r>
              <w:rPr>
                <w:rFonts w:ascii="Microsoft JhengHei" w:hAnsi="Microsoft JhengHei" w:eastAsia="Microsoft JhengHei"/>
                <w:b w:val="0"/>
                <w:i w:val="0"/>
                <w:color w:val="222A36"/>
                <w:sz w:val="20"/>
              </w:rPr>
              <w:t>https://app.reclaim2k.org/#go=devote&amp;plan=plan_voice_of_god</w:t>
            </w:r>
          </w:p>
        </w:tc>
      </w:tr>
      <w:tr>
        <w:tc>
          <w:tcPr>
            <w:tcW w:type="dxa" w:w="907"/>
          </w:tcPr>
          <w:p>
            <w:r/>
            <w:r>
              <w:rPr>
                <w:rFonts w:ascii="Microsoft JhengHei" w:hAnsi="Microsoft JhengHei" w:eastAsia="Microsoft JhengHei"/>
                <w:b w:val="0"/>
                <w:i w:val="0"/>
                <w:color w:val="222A36"/>
                <w:sz w:val="20"/>
              </w:rPr>
              <w:t>第 5 天</w:t>
            </w:r>
          </w:p>
        </w:tc>
        <w:tc>
          <w:tcPr>
            <w:tcW w:type="dxa" w:w="1814"/>
          </w:tcPr>
          <w:p>
            <w:r/>
            <w:r>
              <w:rPr>
                <w:rFonts w:ascii="Microsoft JhengHei" w:hAnsi="Microsoft JhengHei" w:eastAsia="Microsoft JhengHei"/>
                <w:b w:val="0"/>
                <w:i w:val="0"/>
                <w:color w:val="222A36"/>
                <w:sz w:val="20"/>
              </w:rPr>
              <w:t>建立數字健康</w:t>
            </w:r>
          </w:p>
        </w:tc>
        <w:tc>
          <w:tcPr>
            <w:tcW w:type="dxa" w:w="2494"/>
          </w:tcPr>
          <w:p>
            <w:r/>
            <w:r>
              <w:rPr>
                <w:rFonts w:ascii="Microsoft JhengHei" w:hAnsi="Microsoft JhengHei" w:eastAsia="Microsoft JhengHei"/>
                <w:b w:val="0"/>
                <w:i w:val="0"/>
                <w:color w:val="222A36"/>
                <w:sz w:val="20"/>
              </w:rPr>
              <w:t>打開「建立數字健康」第一天，看看自己的手機習慣。</w:t>
            </w:r>
          </w:p>
        </w:tc>
        <w:tc>
          <w:tcPr>
            <w:tcW w:type="dxa" w:w="2268"/>
          </w:tcPr>
          <w:p>
            <w:r/>
            <w:r>
              <w:rPr>
                <w:rFonts w:ascii="Microsoft JhengHei" w:hAnsi="Microsoft JhengHei" w:eastAsia="Microsoft JhengHei"/>
                <w:b w:val="0"/>
                <w:i w:val="0"/>
                <w:color w:val="222A36"/>
                <w:sz w:val="20"/>
              </w:rPr>
              <w:t>明白哪些聲音令自己聽不見神，並作一個小調整。</w:t>
            </w:r>
          </w:p>
        </w:tc>
        <w:tc>
          <w:tcPr>
            <w:tcW w:type="dxa" w:w="2041"/>
          </w:tcPr>
          <w:p>
            <w:r/>
            <w:r>
              <w:rPr>
                <w:rFonts w:ascii="Microsoft JhengHei" w:hAnsi="Microsoft JhengHei" w:eastAsia="Microsoft JhengHei"/>
                <w:b w:val="0"/>
                <w:i w:val="0"/>
                <w:color w:val="222A36"/>
                <w:sz w:val="20"/>
              </w:rPr>
              <w:t>https://app.reclaim2k.org/#go=devote&amp;plan=plan_detox</w:t>
            </w:r>
          </w:p>
        </w:tc>
      </w:tr>
      <w:tr>
        <w:tc>
          <w:tcPr>
            <w:tcW w:type="dxa" w:w="907"/>
          </w:tcPr>
          <w:p>
            <w:r/>
            <w:r>
              <w:rPr>
                <w:rFonts w:ascii="Microsoft JhengHei" w:hAnsi="Microsoft JhengHei" w:eastAsia="Microsoft JhengHei"/>
                <w:b w:val="0"/>
                <w:i w:val="0"/>
                <w:color w:val="222A36"/>
                <w:sz w:val="20"/>
              </w:rPr>
              <w:t>第 6 天</w:t>
            </w:r>
          </w:p>
        </w:tc>
        <w:tc>
          <w:tcPr>
            <w:tcW w:type="dxa" w:w="1814"/>
          </w:tcPr>
          <w:p>
            <w:r/>
            <w:r>
              <w:rPr>
                <w:rFonts w:ascii="Microsoft JhengHei" w:hAnsi="Microsoft JhengHei" w:eastAsia="Microsoft JhengHei"/>
                <w:b w:val="0"/>
                <w:i w:val="0"/>
                <w:color w:val="222A36"/>
                <w:sz w:val="20"/>
              </w:rPr>
              <w:t>經文記憶</w:t>
            </w:r>
          </w:p>
        </w:tc>
        <w:tc>
          <w:tcPr>
            <w:tcW w:type="dxa" w:w="2494"/>
          </w:tcPr>
          <w:p>
            <w:r/>
            <w:r>
              <w:rPr>
                <w:rFonts w:ascii="Microsoft JhengHei" w:hAnsi="Microsoft JhengHei" w:eastAsia="Microsoft JhengHei"/>
                <w:b w:val="0"/>
                <w:i w:val="0"/>
                <w:color w:val="222A36"/>
                <w:sz w:val="20"/>
              </w:rPr>
              <w:t>在經文記憶加入詩篇 46:10，讀三次。</w:t>
            </w:r>
          </w:p>
        </w:tc>
        <w:tc>
          <w:tcPr>
            <w:tcW w:type="dxa" w:w="2268"/>
          </w:tcPr>
          <w:p>
            <w:r/>
            <w:r>
              <w:rPr>
                <w:rFonts w:ascii="Microsoft JhengHei" w:hAnsi="Microsoft JhengHei" w:eastAsia="Microsoft JhengHei"/>
                <w:b w:val="0"/>
                <w:i w:val="0"/>
                <w:color w:val="222A36"/>
                <w:sz w:val="20"/>
              </w:rPr>
              <w:t>心裏很吵時，記得停下來，知道神是神。</w:t>
            </w:r>
          </w:p>
        </w:tc>
        <w:tc>
          <w:tcPr>
            <w:tcW w:type="dxa" w:w="2041"/>
          </w:tcPr>
          <w:p>
            <w:r/>
            <w:r>
              <w:rPr>
                <w:rFonts w:ascii="Microsoft JhengHei" w:hAnsi="Microsoft JhengHei" w:eastAsia="Microsoft JhengHei"/>
                <w:b w:val="0"/>
                <w:i w:val="0"/>
                <w:color w:val="222A36"/>
                <w:sz w:val="20"/>
              </w:rPr>
              <w:t>https://app.reclaim2k.org/#go=scripture</w:t>
            </w:r>
          </w:p>
        </w:tc>
      </w:tr>
      <w:tr>
        <w:tc>
          <w:tcPr>
            <w:tcW w:type="dxa" w:w="907"/>
          </w:tcPr>
          <w:p>
            <w:r/>
            <w:r>
              <w:rPr>
                <w:rFonts w:ascii="Microsoft JhengHei" w:hAnsi="Microsoft JhengHei" w:eastAsia="Microsoft JhengHei"/>
                <w:b w:val="0"/>
                <w:i w:val="0"/>
                <w:color w:val="222A36"/>
                <w:sz w:val="20"/>
              </w:rPr>
              <w:t>第 7 天</w:t>
            </w:r>
          </w:p>
        </w:tc>
        <w:tc>
          <w:tcPr>
            <w:tcW w:type="dxa" w:w="1814"/>
          </w:tcPr>
          <w:p>
            <w:r/>
            <w:r>
              <w:rPr>
                <w:rFonts w:ascii="Microsoft JhengHei" w:hAnsi="Microsoft JhengHei" w:eastAsia="Microsoft JhengHei"/>
                <w:b w:val="0"/>
                <w:i w:val="0"/>
                <w:color w:val="222A36"/>
                <w:sz w:val="20"/>
              </w:rPr>
              <w:t>如何聆聽神的聲音</w:t>
            </w:r>
          </w:p>
        </w:tc>
        <w:tc>
          <w:tcPr>
            <w:tcW w:type="dxa" w:w="2494"/>
          </w:tcPr>
          <w:p>
            <w:r/>
            <w:r>
              <w:rPr>
                <w:rFonts w:ascii="Microsoft JhengHei" w:hAnsi="Microsoft JhengHei" w:eastAsia="Microsoft JhengHei"/>
                <w:b w:val="0"/>
                <w:i w:val="0"/>
                <w:color w:val="222A36"/>
                <w:sz w:val="20"/>
              </w:rPr>
              <w:t>繼續靈修，並回看這星期的聆聽小卡。</w:t>
            </w:r>
          </w:p>
        </w:tc>
        <w:tc>
          <w:tcPr>
            <w:tcW w:type="dxa" w:w="2268"/>
          </w:tcPr>
          <w:p>
            <w:r/>
            <w:r>
              <w:rPr>
                <w:rFonts w:ascii="Microsoft JhengHei" w:hAnsi="Microsoft JhengHei" w:eastAsia="Microsoft JhengHei"/>
                <w:b w:val="0"/>
                <w:i w:val="0"/>
                <w:color w:val="222A36"/>
                <w:sz w:val="20"/>
              </w:rPr>
              <w:t>看見這一星期神怎樣對你說話，為第三課「回去吧，你不是一個人」作準備。</w:t>
            </w:r>
          </w:p>
        </w:tc>
        <w:tc>
          <w:tcPr>
            <w:tcW w:type="dxa" w:w="2041"/>
          </w:tcPr>
          <w:p>
            <w:r/>
            <w:r>
              <w:rPr>
                <w:rFonts w:ascii="Microsoft JhengHei" w:hAnsi="Microsoft JhengHei" w:eastAsia="Microsoft JhengHei"/>
                <w:b w:val="0"/>
                <w:i w:val="0"/>
                <w:color w:val="222A36"/>
                <w:sz w:val="20"/>
              </w:rPr>
              <w:t>https://app.reclaim2k.org/#go=devote&amp;plan=plan_voice_of_god</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可直接貼到 WhatsApp／Google Classroom 的課後提示</w:t>
            </w:r>
          </w:p>
          <w:p>
            <w:r>
              <w:rPr>
                <w:rFonts w:ascii="Microsoft JhengHei" w:hAnsi="Microsoft JhengHei" w:eastAsia="Microsoft JhengHei"/>
                <w:b w:val="0"/>
                <w:i w:val="0"/>
                <w:color w:val="222A36"/>
                <w:sz w:val="22"/>
              </w:rPr>
              <w:t>這星期不用交功課。如果你願意，每天找十分鐘把手機靜音反轉，讀一節經文，對神說「請說，我在聽」。也可以在 Reclaim2K App 開始「如何聆聽神的聲音」靈修。如有需要，隨時找老師或社工傾談。</w:t>
            </w:r>
          </w:p>
        </w:tc>
      </w:tr>
    </w:tbl>
    <w:p/>
    <w:p>
      <w:pPr>
        <w:spacing w:after="80"/>
      </w:pPr>
      <w:r>
        <w:rPr>
          <w:rFonts w:ascii="Microsoft JhengHei" w:hAnsi="Microsoft JhengHei" w:eastAsia="Microsoft JhengHei"/>
          <w:b w:val="0"/>
          <w:i w:val="0"/>
          <w:color w:val="222A36"/>
          <w:sz w:val="22"/>
        </w:rPr>
        <w:t>下一課跟進：下一課開首用兩分鐘再開一次「聲音調音台」，邀請自願的同學用一個詞分享這星期安靜時留意到的事；不檢查、不追問，直接帶入第三課「回去吧，你不是一個人」。</w:t>
      </w:r>
    </w:p>
    <w:p>
      <w:pPr>
        <w:spacing w:after="80"/>
      </w:pPr>
      <w:r>
        <w:rPr>
          <w:rFonts w:ascii="Microsoft JhengHei" w:hAnsi="Microsoft JhengHei" w:eastAsia="Microsoft JhengHei"/>
          <w:b w:val="0"/>
          <w:i w:val="0"/>
          <w:color w:val="222A36"/>
          <w:sz w:val="22"/>
        </w:rPr>
        <w:t>給家長：本課以先知以利亞在何烈山聽見神微小聲音的故事，鼓勵同學每天安靜十分鐘。孩子可能會把手機靜音一會兒，歡迎家長一同留出安靜的時間。</w:t>
      </w:r>
    </w:p>
    <w:p>
      <w:r>
        <w:br w:type="page"/>
      </w:r>
    </w:p>
    <w:p>
      <w:pPr>
        <w:spacing w:after="120" w:before="0"/>
      </w:pPr>
      <w:r>
        <w:rPr>
          <w:rFonts w:ascii="Microsoft JhengHei" w:hAnsi="Microsoft JhengHei" w:eastAsia="Microsoft JhengHei"/>
          <w:b/>
          <w:i w:val="0"/>
          <w:color w:val="A86B1F"/>
          <w:sz w:val="44"/>
        </w:rPr>
        <w:t>學生工作紙：何烈山的微聲：在喧鬧中聽見神</w:t>
      </w:r>
    </w:p>
    <w:p>
      <w:pPr>
        <w:spacing w:after="80"/>
      </w:pPr>
      <w:r>
        <w:rPr>
          <w:rFonts w:ascii="Microsoft JhengHei" w:hAnsi="Microsoft JhengHei" w:eastAsia="Microsoft JhengHei"/>
          <w:b w:val="0"/>
          <w:i w:val="0"/>
          <w:color w:val="6B7280"/>
          <w:sz w:val="20"/>
        </w:rPr>
        <w:t>姓名：＿＿＿＿＿＿　班別：＿＿＿＿　（這張工作紙只供你自己反思，可以不交給任何人）</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19:9（和合本 (CUV, public domain)）</w:t>
            </w:r>
          </w:p>
          <w:p>
            <w:r>
              <w:rPr>
                <w:rFonts w:ascii="Microsoft JhengHei" w:hAnsi="Microsoft JhengHei" w:eastAsia="Microsoft JhengHei"/>
                <w:b w:val="0"/>
                <w:i w:val="0"/>
                <w:color w:val="222A36"/>
                <w:sz w:val="22"/>
              </w:rPr>
              <w:t>他在那裡進了一個洞，就住在洞中。耶和華的話臨到他說：「以利亞啊，你在這裡做甚麼？」</w:t>
            </w:r>
          </w:p>
          <w:p>
            <w:r>
              <w:rPr>
                <w:rFonts w:ascii="Microsoft JhengHei" w:hAnsi="Microsoft JhengHei" w:eastAsia="Microsoft JhengHei"/>
                <w:b w:val="0"/>
                <w:i w:val="0"/>
                <w:color w:val="222A36"/>
                <w:sz w:val="22"/>
              </w:rPr>
              <w:t>1 Kings 19:9 (WEB): He came there to a cave, and lodged there; and behold, the word of Yahweh came to him, and he said to him,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祂是誰？</w:t>
            </w:r>
          </w:p>
          <w:p>
            <w:r>
              <w:rPr>
                <w:rFonts w:ascii="Microsoft JhengHei" w:hAnsi="Microsoft JhengHei" w:eastAsia="Microsoft JhengHei"/>
                <w:b w:val="0"/>
                <w:i w:val="0"/>
                <w:color w:val="222A36"/>
                <w:sz w:val="22"/>
              </w:rPr>
              <w:t>耶穌是好牧人，祂認得我的名字，祂的羊聽祂的聲音；祂為羊捨命、又復活，今天仍溫柔地呼喚我。〔約翰福音 10:27〕</w:t>
            </w:r>
          </w:p>
        </w:tc>
      </w:tr>
    </w:tbl>
    <w:p/>
    <w:p>
      <w:pPr>
        <w:spacing w:after="40"/>
      </w:pPr>
      <w:r>
        <w:rPr>
          <w:rFonts w:ascii="Microsoft JhengHei" w:hAnsi="Microsoft JhengHei" w:eastAsia="Microsoft JhengHei"/>
          <w:b/>
          <w:i w:val="0"/>
          <w:color w:val="222A36"/>
          <w:sz w:val="22"/>
        </w:rPr>
        <w:t>1. 你一天之中，哪一種聲音最大聲？（手機、功課、別人的說話、自己心裏的聲音）</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2. 神為甚麼不用烈風、地震、烈火，而用微小的聲音？</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3. 如果神問你「你在這裏做甚麼？」，你會怎樣誠實地回答？</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80"/>
      </w:pPr>
      <w:r>
        <w:rPr>
          <w:rFonts w:ascii="Microsoft JhengHei" w:hAnsi="Microsoft JhengHei" w:eastAsia="Microsoft JhengHei"/>
          <w:b/>
          <w:i w:val="0"/>
          <w:color w:val="222A36"/>
          <w:sz w:val="22"/>
        </w:rPr>
        <w:t>我這星期選擇的一小步（可選一項）：</w:t>
      </w:r>
    </w:p>
    <w:p>
      <w:pPr>
        <w:spacing w:after="40"/>
      </w:pPr>
      <w:r>
        <w:rPr>
          <w:rFonts w:ascii="Microsoft JhengHei" w:hAnsi="Microsoft JhengHei" w:eastAsia="Microsoft JhengHei"/>
          <w:b w:val="0"/>
          <w:i w:val="0"/>
          <w:color w:val="222A36"/>
          <w:sz w:val="22"/>
        </w:rPr>
        <w:t>□ 這星期試一次：安靜一分鐘，然後說「如果你在，請讓我知道」。</w:t>
      </w:r>
    </w:p>
    <w:p>
      <w:pPr>
        <w:spacing w:after="40"/>
      </w:pPr>
      <w:r>
        <w:rPr>
          <w:rFonts w:ascii="Microsoft JhengHei" w:hAnsi="Microsoft JhengHei" w:eastAsia="Microsoft JhengHei"/>
          <w:b w:val="0"/>
          <w:i w:val="0"/>
          <w:color w:val="222A36"/>
          <w:sz w:val="22"/>
        </w:rPr>
        <w:t>□ 寫下一個你很想問神的問題，這星期讀一段聖經，看看有沒有回應。</w:t>
      </w:r>
    </w:p>
    <w:p>
      <w:pPr>
        <w:spacing w:after="40"/>
      </w:pPr>
      <w:r>
        <w:rPr>
          <w:rFonts w:ascii="Microsoft JhengHei" w:hAnsi="Microsoft JhengHei" w:eastAsia="Microsoft JhengHei"/>
          <w:b w:val="0"/>
          <w:i w:val="0"/>
          <w:color w:val="222A36"/>
          <w:sz w:val="22"/>
        </w:rPr>
        <w:t>□ 每天十分鐘數碼安息：靜音、讀一節經文、說「請說，我在聽」。</w:t>
      </w:r>
    </w:p>
    <w:p>
      <w:pPr>
        <w:spacing w:after="40"/>
      </w:pPr>
      <w:r>
        <w:rPr>
          <w:rFonts w:ascii="Microsoft JhengHei" w:hAnsi="Microsoft JhengHei" w:eastAsia="Microsoft JhengHei"/>
          <w:b w:val="0"/>
          <w:i w:val="0"/>
          <w:color w:val="222A36"/>
          <w:sz w:val="22"/>
        </w:rPr>
        <w:t>□ 安靜時用手指慢慢數五次呼吸，每次心裏說一次「主，我在聽」。</w:t>
      </w:r>
    </w:p>
    <w:p>
      <w:pPr>
        <w:spacing w:after="40"/>
      </w:pPr>
      <w:r>
        <w:rPr>
          <w:rFonts w:ascii="Microsoft JhengHei" w:hAnsi="Microsoft JhengHei" w:eastAsia="Microsoft JhengHei"/>
          <w:b w:val="0"/>
          <w:i w:val="0"/>
          <w:color w:val="222A36"/>
          <w:sz w:val="22"/>
        </w:rPr>
        <w:t>□ 這星期選一晚睡前十分鐘不看手機，向神說說今天的事。</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我的禱告</w:t>
            </w:r>
          </w:p>
          <w:p>
            <w:r>
              <w:rPr>
                <w:rFonts w:ascii="Microsoft JhengHei" w:hAnsi="Microsoft JhengHei" w:eastAsia="Microsoft JhengHei"/>
                <w:b w:val="0"/>
                <w:i w:val="0"/>
                <w:color w:val="222A36"/>
                <w:sz w:val="22"/>
              </w:rPr>
              <w:t>神問我「你在這裏做甚麼？」我想誠實地說……</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tc>
      </w:tr>
    </w:tbl>
    <w:p/>
    <w:p>
      <w:pPr>
        <w:spacing w:after="80"/>
      </w:pPr>
      <w:r>
        <w:rPr>
          <w:rFonts w:ascii="Microsoft JhengHei" w:hAnsi="Microsoft JhengHei" w:eastAsia="Microsoft JhengHei"/>
          <w:b w:val="0"/>
          <w:i/>
          <w:color w:val="222A36"/>
          <w:sz w:val="20"/>
        </w:rPr>
        <w:t>如果你不肯定：神啊，我不肯定你是否在，但我願意安靜一分鐘。如果你在，請讓我知道。</w:t>
      </w:r>
    </w:p>
    <w:p>
      <w:r>
        <w:br w:type="page"/>
      </w:r>
    </w:p>
    <w:p>
      <w:pPr>
        <w:spacing w:after="120" w:before="240"/>
      </w:pPr>
      <w:r>
        <w:rPr>
          <w:rFonts w:ascii="Microsoft JhengHei" w:hAnsi="Microsoft JhengHei" w:eastAsia="Microsoft JhengHei"/>
          <w:b/>
          <w:i w:val="0"/>
          <w:color w:val="A86B1F"/>
          <w:sz w:val="32"/>
        </w:rPr>
        <w:t>附錄 A　經文（由 FHL 聖經 API 核實，非 AI 生成）</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加拉太書 2:20（和合本 (CUV, public domain)）</w:t>
            </w:r>
          </w:p>
          <w:p>
            <w:r>
              <w:rPr>
                <w:rFonts w:ascii="Microsoft JhengHei" w:hAnsi="Microsoft JhengHei" w:eastAsia="Microsoft JhengHei"/>
                <w:b w:val="0"/>
                <w:i w:val="0"/>
                <w:color w:val="222A36"/>
                <w:sz w:val="22"/>
              </w:rPr>
              <w:t>我已經與基督同釘十字架，現在活著的不再是我，乃是基督在我裡面活著；並且我如今在肉身活著，是因信 神的兒子而活；他是愛我，為我捨己。</w:t>
            </w:r>
          </w:p>
          <w:p>
            <w:r>
              <w:rPr>
                <w:rFonts w:ascii="Microsoft JhengHei" w:hAnsi="Microsoft JhengHei" w:eastAsia="Microsoft JhengHei"/>
                <w:b w:val="0"/>
                <w:i w:val="0"/>
                <w:color w:val="222A36"/>
                <w:sz w:val="22"/>
              </w:rPr>
              <w:t>Galatians 2:20 (WEB): I have been crucified with Christ, and it is no longer I that live, but Christ living in me. That life which I now live in the flesh, I live by faith in the Son of God, who loved me, and gave himself up for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10:29-31（和合本 (CUV, public domain)）</w:t>
            </w:r>
          </w:p>
          <w:p>
            <w:r>
              <w:rPr>
                <w:rFonts w:ascii="Microsoft JhengHei" w:hAnsi="Microsoft JhengHei" w:eastAsia="Microsoft JhengHei"/>
                <w:b w:val="0"/>
                <w:i w:val="0"/>
                <w:color w:val="222A36"/>
                <w:sz w:val="22"/>
              </w:rPr>
              <w:t>29兩個麻雀不是賣一分銀子嗎？若是你們的父不許，一個也不能掉在地上； 30就是你們的頭髮也都被數過了。 31所以，不要懼怕，你們比許多麻雀還貴重！」</w:t>
            </w:r>
          </w:p>
          <w:p>
            <w:r>
              <w:rPr>
                <w:rFonts w:ascii="Microsoft JhengHei" w:hAnsi="Microsoft JhengHei" w:eastAsia="Microsoft JhengHei"/>
                <w:b w:val="0"/>
                <w:i w:val="0"/>
                <w:color w:val="222A36"/>
                <w:sz w:val="22"/>
              </w:rPr>
              <w:t>Matthew 10:29-31 (WEB): 29 "Aren't two sparrows sold for an assarion ? Not one of them falls on the ground apart from your Father's will, 30 but the very hairs of your head are all numbered. 31 Therefore don't be afraid. You are of more value than many sparrows.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彼得前書 5:7（和合本 (CUV, public domain)）</w:t>
            </w:r>
          </w:p>
          <w:p>
            <w:r>
              <w:rPr>
                <w:rFonts w:ascii="Microsoft JhengHei" w:hAnsi="Microsoft JhengHei" w:eastAsia="Microsoft JhengHei"/>
                <w:b w:val="0"/>
                <w:i w:val="0"/>
                <w:color w:val="222A36"/>
                <w:sz w:val="22"/>
              </w:rPr>
              <w:t>你們要將一切的憂慮卸給 神，因為他顧念你們。</w:t>
            </w:r>
          </w:p>
          <w:p>
            <w:r>
              <w:rPr>
                <w:rFonts w:ascii="Microsoft JhengHei" w:hAnsi="Microsoft JhengHei" w:eastAsia="Microsoft JhengHei"/>
                <w:b w:val="0"/>
                <w:i w:val="0"/>
                <w:color w:val="222A36"/>
                <w:sz w:val="22"/>
              </w:rPr>
              <w:t>1 Peter 5:7 (WEB): casting all your worries on him, because he cares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34:8（和合本 (CUV, public domain)）</w:t>
            </w:r>
          </w:p>
          <w:p>
            <w:r>
              <w:rPr>
                <w:rFonts w:ascii="Microsoft JhengHei" w:hAnsi="Microsoft JhengHei" w:eastAsia="Microsoft JhengHei"/>
                <w:b w:val="0"/>
                <w:i w:val="0"/>
                <w:color w:val="222A36"/>
                <w:sz w:val="22"/>
              </w:rPr>
              <w:t>你們要嘗嘗主恩的滋味，便知道他是美善；投靠他的人有福了！</w:t>
            </w:r>
          </w:p>
          <w:p>
            <w:r>
              <w:rPr>
                <w:rFonts w:ascii="Microsoft JhengHei" w:hAnsi="Microsoft JhengHei" w:eastAsia="Microsoft JhengHei"/>
                <w:b w:val="0"/>
                <w:i w:val="0"/>
                <w:color w:val="222A36"/>
                <w:sz w:val="22"/>
              </w:rPr>
              <w:t>Psalms 34:8 (WEB): Oh taste and see that Yahweh is good. Blessed is the man who takes refuge in him.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雅各書 4:8（和合本 (CUV, public domain)）</w:t>
            </w:r>
          </w:p>
          <w:p>
            <w:r>
              <w:rPr>
                <w:rFonts w:ascii="Microsoft JhengHei" w:hAnsi="Microsoft JhengHei" w:eastAsia="Microsoft JhengHei"/>
                <w:b w:val="0"/>
                <w:i w:val="0"/>
                <w:color w:val="222A36"/>
                <w:sz w:val="22"/>
              </w:rPr>
              <w:t>你們親近 神， 神就必親近你們。有罪的人哪，要潔淨你們的手！心懷二意的人哪，要清潔你們的心！</w:t>
            </w:r>
          </w:p>
          <w:p>
            <w:r>
              <w:rPr>
                <w:rFonts w:ascii="Microsoft JhengHei" w:hAnsi="Microsoft JhengHei" w:eastAsia="Microsoft JhengHei"/>
                <w:b w:val="0"/>
                <w:i w:val="0"/>
                <w:color w:val="222A36"/>
                <w:sz w:val="22"/>
              </w:rPr>
              <w:t>James 4:8 (WEB): Draw near to God, and he will draw near to you. Cleanse your hands, you sinners; and purify your hearts, you double-minded.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15:13-14（和合本 (CUV, public domain)）</w:t>
            </w:r>
          </w:p>
          <w:p>
            <w:r>
              <w:rPr>
                <w:rFonts w:ascii="Microsoft JhengHei" w:hAnsi="Microsoft JhengHei" w:eastAsia="Microsoft JhengHei"/>
                <w:b w:val="0"/>
                <w:i w:val="0"/>
                <w:color w:val="222A36"/>
                <w:sz w:val="22"/>
              </w:rPr>
              <w:t>13人為朋友捨命，人的愛心沒有比這個大的。 14你們若遵行我所吩咐的，就是我的朋友了。</w:t>
            </w:r>
          </w:p>
          <w:p>
            <w:r>
              <w:rPr>
                <w:rFonts w:ascii="Microsoft JhengHei" w:hAnsi="Microsoft JhengHei" w:eastAsia="Microsoft JhengHei"/>
                <w:b w:val="0"/>
                <w:i w:val="0"/>
                <w:color w:val="222A36"/>
                <w:sz w:val="22"/>
              </w:rPr>
              <w:t>John 15:13-14 (WEB): 13 Greater love has no one than this, that someone lay down his life for his friends. 14 You are my friends, if you do whatever I command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19:9-13（和合本 (CUV, public domain)）</w:t>
            </w:r>
          </w:p>
          <w:p>
            <w:r>
              <w:rPr>
                <w:rFonts w:ascii="Microsoft JhengHei" w:hAnsi="Microsoft JhengHei" w:eastAsia="Microsoft JhengHei"/>
                <w:b w:val="0"/>
                <w:i w:val="0"/>
                <w:color w:val="222A36"/>
                <w:sz w:val="22"/>
              </w:rPr>
              <w:t>9他在那裡進了一個洞，就住在洞中。耶和華的話臨到他說：「以利亞啊，你在這裡做甚麼？」 10他說：「我為耶和華─萬軍之 神大發熱心；因為以色列人背棄了你的約，毀壞了你的壇，用刀殺了你的先知，只剩下我一個人，他們還要尋索我的命。」 11耶和華說：「你出來站在山上，在我面前。」那時耶和華從那裡經過，在他面前有烈風大作，崩山碎石，耶和華卻不在風中；風後地震，耶和華卻不在其中； 12地震後有火，耶和華也不在火中；火後有微小的聲音。 13以利亞聽見，就用外衣蒙上臉，出來站在洞口。有聲音向他說：「以利亞啊，你在這裡做甚麼？」</w:t>
            </w:r>
          </w:p>
          <w:p>
            <w:r>
              <w:rPr>
                <w:rFonts w:ascii="Microsoft JhengHei" w:hAnsi="Microsoft JhengHei" w:eastAsia="Microsoft JhengHei"/>
                <w:b w:val="0"/>
                <w:i w:val="0"/>
                <w:color w:val="222A36"/>
                <w:sz w:val="22"/>
              </w:rPr>
              <w:t>1 Kings 19:9-13 (WEB): 9 He came there to a cave, and lodged there; and behold, the word of Yahweh came to him, and he said to him, What are you doing here, Elijah? 10 He said, I have been very jealous for Yahweh, the God of Armies; for the children of Israel have forsaken your covenant, thrown down your altars, and slain your prophets with the sword: and I, even I only, am left; and they seek my life, to take it away. 11 He said, Go forth, and stand on the mountain before Yahweh. Behold, Yahweh passed by, and a great and strong wind tore the mountains, and broke in pieces the rocks before Yahweh; but Yahweh was not in the wind: and after the wind an earthquake; but Yahweh was not in the earthquake: 12 and after the earthquake a fire; but Yahweh was not in the fire: and after the fire a still small voice. 13 It was so, when Elijah heard it, that he wrapped his face in his mantle, and went out, and stood in the entrance of the cave. Behold, there came a voice to him, and said,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19:10（和合本 (CUV, public domain)）</w:t>
            </w:r>
          </w:p>
          <w:p>
            <w:r>
              <w:rPr>
                <w:rFonts w:ascii="Microsoft JhengHei" w:hAnsi="Microsoft JhengHei" w:eastAsia="Microsoft JhengHei"/>
                <w:b w:val="0"/>
                <w:i w:val="0"/>
                <w:color w:val="222A36"/>
                <w:sz w:val="22"/>
              </w:rPr>
              <w:t>他說：「我為耶和華─萬軍之 神大發熱心；因為以色列人背棄了你的約，毀壞了你的壇，用刀殺了你的先知，只剩下我一個人，他們還要尋索我的命。」</w:t>
            </w:r>
          </w:p>
          <w:p>
            <w:r>
              <w:rPr>
                <w:rFonts w:ascii="Microsoft JhengHei" w:hAnsi="Microsoft JhengHei" w:eastAsia="Microsoft JhengHei"/>
                <w:b w:val="0"/>
                <w:i w:val="0"/>
                <w:color w:val="222A36"/>
                <w:sz w:val="22"/>
              </w:rPr>
              <w:t>1 Kings 19:10 (WEB): He said, I have been very jealous for Yahweh, the God of Armies; for the children of Israel have forsaken your covenant, thrown down your altars, and slain your prophets with the sword: and I, even I only, am left; and they seek my life, to take it away.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19:12（和合本 (CUV, public domain)）</w:t>
            </w:r>
          </w:p>
          <w:p>
            <w:r>
              <w:rPr>
                <w:rFonts w:ascii="Microsoft JhengHei" w:hAnsi="Microsoft JhengHei" w:eastAsia="Microsoft JhengHei"/>
                <w:b w:val="0"/>
                <w:i w:val="0"/>
                <w:color w:val="222A36"/>
                <w:sz w:val="22"/>
              </w:rPr>
              <w:t>地震後有火，耶和華也不在火中；火後有微小的聲音。</w:t>
            </w:r>
          </w:p>
          <w:p>
            <w:r>
              <w:rPr>
                <w:rFonts w:ascii="Microsoft JhengHei" w:hAnsi="Microsoft JhengHei" w:eastAsia="Microsoft JhengHei"/>
                <w:b w:val="0"/>
                <w:i w:val="0"/>
                <w:color w:val="222A36"/>
                <w:sz w:val="22"/>
              </w:rPr>
              <w:t>1 Kings 19:12 (WEB): and after the earthquake a fire; but Yahweh was not in the fire: and after the fire a still small voice.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19:13（和合本 (CUV, public domain)）</w:t>
            </w:r>
          </w:p>
          <w:p>
            <w:r>
              <w:rPr>
                <w:rFonts w:ascii="Microsoft JhengHei" w:hAnsi="Microsoft JhengHei" w:eastAsia="Microsoft JhengHei"/>
                <w:b w:val="0"/>
                <w:i w:val="0"/>
                <w:color w:val="222A36"/>
                <w:sz w:val="22"/>
              </w:rPr>
              <w:t>以利亞聽見，就用外衣蒙上臉，出來站在洞口。有聲音向他說：「以利亞啊，你在這裡做甚麼？」</w:t>
            </w:r>
          </w:p>
          <w:p>
            <w:r>
              <w:rPr>
                <w:rFonts w:ascii="Microsoft JhengHei" w:hAnsi="Microsoft JhengHei" w:eastAsia="Microsoft JhengHei"/>
                <w:b w:val="0"/>
                <w:i w:val="0"/>
                <w:color w:val="222A36"/>
                <w:sz w:val="22"/>
              </w:rPr>
              <w:t>1 Kings 19:13 (WEB): It was so, when Elijah heard it, that he wrapped his face in his mantle, and went out, and stood in the entrance of the cave. Behold, there came a voice to him, and said,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19:14（和合本 (CUV, public domain)）</w:t>
            </w:r>
          </w:p>
          <w:p>
            <w:r>
              <w:rPr>
                <w:rFonts w:ascii="Microsoft JhengHei" w:hAnsi="Microsoft JhengHei" w:eastAsia="Microsoft JhengHei"/>
                <w:b w:val="0"/>
                <w:i w:val="0"/>
                <w:color w:val="222A36"/>
                <w:sz w:val="22"/>
              </w:rPr>
              <w:t>他說：「我為耶和華─萬軍之 神大發熱心；因為以色列人背棄了你的約，毀壞了你的壇，用刀殺了你的先知，只剩下我一個人，他們還要尋索我的命。」</w:t>
            </w:r>
          </w:p>
          <w:p>
            <w:r>
              <w:rPr>
                <w:rFonts w:ascii="Microsoft JhengHei" w:hAnsi="Microsoft JhengHei" w:eastAsia="Microsoft JhengHei"/>
                <w:b w:val="0"/>
                <w:i w:val="0"/>
                <w:color w:val="222A36"/>
                <w:sz w:val="22"/>
              </w:rPr>
              <w:t>1 Kings 19:14 (WEB): He said, I have been very jealous for Yahweh, the God of Armies; for the children of Israel have forsaken your covenant, thrown down your altars, and slain your prophets with the sword; and I, even I only, am left; and they seek my life, to take it away.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46:10（和合本 (CUV, public domain)）</w:t>
            </w:r>
          </w:p>
          <w:p>
            <w:r>
              <w:rPr>
                <w:rFonts w:ascii="Microsoft JhengHei" w:hAnsi="Microsoft JhengHei" w:eastAsia="Microsoft JhengHei"/>
                <w:b w:val="0"/>
                <w:i w:val="0"/>
                <w:color w:val="222A36"/>
                <w:sz w:val="22"/>
              </w:rPr>
              <w:t>你們要休息，要知道我是 神！我必在外邦中被尊崇，在遍地上也被尊崇。</w:t>
            </w:r>
          </w:p>
          <w:p>
            <w:r>
              <w:rPr>
                <w:rFonts w:ascii="Microsoft JhengHei" w:hAnsi="Microsoft JhengHei" w:eastAsia="Microsoft JhengHei"/>
                <w:b w:val="0"/>
                <w:i w:val="0"/>
                <w:color w:val="222A36"/>
                <w:sz w:val="22"/>
              </w:rPr>
              <w:t>Psalms 46:10 (WEB): "Be still, and know that I am God. I will be exalted among the nations. I will be exalted in the earth."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10:27（和合本 (CUV, public domain)）</w:t>
            </w:r>
          </w:p>
          <w:p>
            <w:r>
              <w:rPr>
                <w:rFonts w:ascii="Microsoft JhengHei" w:hAnsi="Microsoft JhengHei" w:eastAsia="Microsoft JhengHei"/>
                <w:b w:val="0"/>
                <w:i w:val="0"/>
                <w:color w:val="222A36"/>
                <w:sz w:val="22"/>
              </w:rPr>
              <w:t>我的羊聽我的聲音，我也認識他們，他們也跟著我。</w:t>
            </w:r>
          </w:p>
          <w:p>
            <w:r>
              <w:rPr>
                <w:rFonts w:ascii="Microsoft JhengHei" w:hAnsi="Microsoft JhengHei" w:eastAsia="Microsoft JhengHei"/>
                <w:b w:val="0"/>
                <w:i w:val="0"/>
                <w:color w:val="222A36"/>
                <w:sz w:val="22"/>
              </w:rPr>
              <w:t>John 10:27 (WEB): My sheep hear my voice, and I know them, and they follow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撒母耳記上 3:10（和合本 (CUV, public domain)）</w:t>
            </w:r>
          </w:p>
          <w:p>
            <w:r>
              <w:rPr>
                <w:rFonts w:ascii="Microsoft JhengHei" w:hAnsi="Microsoft JhengHei" w:eastAsia="Microsoft JhengHei"/>
                <w:b w:val="0"/>
                <w:i w:val="0"/>
                <w:color w:val="222A36"/>
                <w:sz w:val="22"/>
              </w:rPr>
              <w:t>耶和華又來站著，像前三次呼喚說：「撒母耳啊！撒母耳啊！」撒母耳回答說：「請說，僕人敬聽！」</w:t>
            </w:r>
          </w:p>
          <w:p>
            <w:r>
              <w:rPr>
                <w:rFonts w:ascii="Microsoft JhengHei" w:hAnsi="Microsoft JhengHei" w:eastAsia="Microsoft JhengHei"/>
                <w:b w:val="0"/>
                <w:i w:val="0"/>
                <w:color w:val="222A36"/>
                <w:sz w:val="22"/>
              </w:rPr>
              <w:t>1 Samuel 3:10 (WEB): Yahweh came, and stood, and called as at other times, Samuel, Samuel. Then Samuel said, Speak; for your servant hears.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馬可福音 1:35（和合本 (CUV, public domain)）</w:t>
            </w:r>
          </w:p>
          <w:p>
            <w:r>
              <w:rPr>
                <w:rFonts w:ascii="Microsoft JhengHei" w:hAnsi="Microsoft JhengHei" w:eastAsia="Microsoft JhengHei"/>
                <w:b w:val="0"/>
                <w:i w:val="0"/>
                <w:color w:val="222A36"/>
                <w:sz w:val="22"/>
              </w:rPr>
              <w:t>次日早晨，天未亮的時候，耶穌起來，到曠野地方去，在那裡禱告。</w:t>
            </w:r>
          </w:p>
          <w:p>
            <w:r>
              <w:rPr>
                <w:rFonts w:ascii="Microsoft JhengHei" w:hAnsi="Microsoft JhengHei" w:eastAsia="Microsoft JhengHei"/>
                <w:b w:val="0"/>
                <w:i w:val="0"/>
                <w:color w:val="222A36"/>
                <w:sz w:val="22"/>
              </w:rPr>
              <w:t>Mark 1:35 (WEB): Early in the morning, while it was still dark, he rose up and went out, and departed into a deserted place, and prayed there.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19:11-12（和合本 (CUV, public domain)）</w:t>
            </w:r>
          </w:p>
          <w:p>
            <w:r>
              <w:rPr>
                <w:rFonts w:ascii="Microsoft JhengHei" w:hAnsi="Microsoft JhengHei" w:eastAsia="Microsoft JhengHei"/>
                <w:b w:val="0"/>
                <w:i w:val="0"/>
                <w:color w:val="222A36"/>
                <w:sz w:val="22"/>
              </w:rPr>
              <w:t>11耶和華說：「你出來站在山上，在我面前。」那時耶和華從那裡經過，在他面前有烈風大作，崩山碎石，耶和華卻不在風中；風後地震，耶和華卻不在其中； 12地震後有火，耶和華也不在火中；火後有微小的聲音。</w:t>
            </w:r>
          </w:p>
          <w:p>
            <w:r>
              <w:rPr>
                <w:rFonts w:ascii="Microsoft JhengHei" w:hAnsi="Microsoft JhengHei" w:eastAsia="Microsoft JhengHei"/>
                <w:b w:val="0"/>
                <w:i w:val="0"/>
                <w:color w:val="222A36"/>
                <w:sz w:val="22"/>
              </w:rPr>
              <w:t>1 Kings 19:11-12 (WEB): 11 He said, Go forth, and stand on the mountain before Yahweh. Behold, Yahweh passed by, and a great and strong wind tore the mountains, and broke in pieces the rocks before Yahweh; but Yahweh was not in the wind: and after the wind an earthquake; but Yahweh was not in the earthquake: 12 and after the earthquake a fire; but Yahweh was not in the fire: and after the fire a still small voice.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19:9（和合本 (CUV, public domain)）</w:t>
            </w:r>
          </w:p>
          <w:p>
            <w:r>
              <w:rPr>
                <w:rFonts w:ascii="Microsoft JhengHei" w:hAnsi="Microsoft JhengHei" w:eastAsia="Microsoft JhengHei"/>
                <w:b w:val="0"/>
                <w:i w:val="0"/>
                <w:color w:val="222A36"/>
                <w:sz w:val="22"/>
              </w:rPr>
              <w:t>他在那裡進了一個洞，就住在洞中。耶和華的話臨到他說：「以利亞啊，你在這裡做甚麼？」</w:t>
            </w:r>
          </w:p>
          <w:p>
            <w:r>
              <w:rPr>
                <w:rFonts w:ascii="Microsoft JhengHei" w:hAnsi="Microsoft JhengHei" w:eastAsia="Microsoft JhengHei"/>
                <w:b w:val="0"/>
                <w:i w:val="0"/>
                <w:color w:val="222A36"/>
                <w:sz w:val="22"/>
              </w:rPr>
              <w:t>1 Kings 19:9 (WEB): He came there to a cave, and lodged there; and behold, the word of Yahweh came to him, and he said to him,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139:23-24（和合本 (CUV, public domain)）</w:t>
            </w:r>
          </w:p>
          <w:p>
            <w:r>
              <w:rPr>
                <w:rFonts w:ascii="Microsoft JhengHei" w:hAnsi="Microsoft JhengHei" w:eastAsia="Microsoft JhengHei"/>
                <w:b w:val="0"/>
                <w:i w:val="0"/>
                <w:color w:val="222A36"/>
                <w:sz w:val="22"/>
              </w:rPr>
              <w:t>23神啊，求你鑒察我，知道我的心思，試煉我，知道我的意念， 24看在我裡面有甚麼惡行沒有，引導我走永生的道路。</w:t>
            </w:r>
          </w:p>
          <w:p>
            <w:r>
              <w:rPr>
                <w:rFonts w:ascii="Microsoft JhengHei" w:hAnsi="Microsoft JhengHei" w:eastAsia="Microsoft JhengHei"/>
                <w:b w:val="0"/>
                <w:i w:val="0"/>
                <w:color w:val="222A36"/>
                <w:sz w:val="22"/>
              </w:rPr>
              <w:t>Psalms 139:23-24 (WEB): 23 Search me, God, and know my heart. Try me, and know my thoughts. 24 See if there is any wicked way in me, And lead me in the everlasting way.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馬可福音 9:24（和合本 (CUV, public domain)）</w:t>
            </w:r>
          </w:p>
          <w:p>
            <w:r>
              <w:rPr>
                <w:rFonts w:ascii="Microsoft JhengHei" w:hAnsi="Microsoft JhengHei" w:eastAsia="Microsoft JhengHei"/>
                <w:b w:val="0"/>
                <w:i w:val="0"/>
                <w:color w:val="222A36"/>
                <w:sz w:val="22"/>
              </w:rPr>
              <w:t>孩子的父親立時喊著說（有古卷：立時流淚地喊著說）：「我信！但我信不足，求主幫助。」</w:t>
            </w:r>
          </w:p>
          <w:p>
            <w:r>
              <w:rPr>
                <w:rFonts w:ascii="Microsoft JhengHei" w:hAnsi="Microsoft JhengHei" w:eastAsia="Microsoft JhengHei"/>
                <w:b w:val="0"/>
                <w:i w:val="0"/>
                <w:color w:val="222A36"/>
                <w:sz w:val="22"/>
              </w:rPr>
              <w:t>Mark 9:24 (WEB): Immediately the father of the child cried out with tears, "I believe. Help my unbelief!"</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19:3-8（和合本 (CUV, public domain)）</w:t>
            </w:r>
          </w:p>
          <w:p>
            <w:r>
              <w:rPr>
                <w:rFonts w:ascii="Microsoft JhengHei" w:hAnsi="Microsoft JhengHei" w:eastAsia="Microsoft JhengHei"/>
                <w:b w:val="0"/>
                <w:i w:val="0"/>
                <w:color w:val="222A36"/>
                <w:sz w:val="22"/>
              </w:rPr>
              <w:t>3以利亞見這光景就起來逃命，到了猶大的別是巴，將僕人留在那裡， 4自己在曠野走了一日的路程，來到一棵羅騰樹下（小樹名，松類；下同），就坐在那裡求死，說：「耶和華啊，罷了！求你取我的性命，因為我不勝於我的列祖。」 5他就躺在羅騰樹下，睡著了。有一個天使拍他，說：「起來吃吧！」 6他觀看，見頭旁有一瓶水與炭火燒的餅，他就吃了喝了，仍然躺下。 7耶和華的使者第二次來拍他，說：「起來吃吧！因為你當走的路甚遠。」 8他就起來吃了喝了，仗著這飲食的力，走了四十晝夜，到了 神的山，就是何烈山。</w:t>
            </w:r>
          </w:p>
          <w:p>
            <w:r>
              <w:rPr>
                <w:rFonts w:ascii="Microsoft JhengHei" w:hAnsi="Microsoft JhengHei" w:eastAsia="Microsoft JhengHei"/>
                <w:b w:val="0"/>
                <w:i w:val="0"/>
                <w:color w:val="222A36"/>
                <w:sz w:val="22"/>
              </w:rPr>
              <w:t>1 Kings 19:3-8 (WEB): 3 When he saw that, he arose, and went for his life, and came to Beersheba, which belongs to Judah, and left his servant there. 4 But he himself went a day's journey into the wilderness, and came and sat down under a juniper tree: and he requested for himself that he might die, and said, It is enough; now, O Yahweh, take away my life; for I am not better than my fathers. 5 He lay down and slept under a juniper tree; and behold, an angel touched him, and said to him, Arise and eat. 6 He looked, and behold, there was at his head a cake baked on the coals, and a jar of water. He ate and drink, and laid him down again. 7 The angel of Yahweh came again the second time, and touched him, and said, Arise and eat, because the journey is too great for you. 8 He arose, and ate and drink, and went in the strength of that food forty days and forty nights to Horeb the Mount of God.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19:11-13（和合本 (CUV, public domain)）</w:t>
            </w:r>
          </w:p>
          <w:p>
            <w:r>
              <w:rPr>
                <w:rFonts w:ascii="Microsoft JhengHei" w:hAnsi="Microsoft JhengHei" w:eastAsia="Microsoft JhengHei"/>
                <w:b w:val="0"/>
                <w:i w:val="0"/>
                <w:color w:val="222A36"/>
                <w:sz w:val="22"/>
              </w:rPr>
              <w:t>11耶和華說：「你出來站在山上，在我面前。」那時耶和華從那裡經過，在他面前有烈風大作，崩山碎石，耶和華卻不在風中；風後地震，耶和華卻不在其中； 12地震後有火，耶和華也不在火中；火後有微小的聲音。 13以利亞聽見，就用外衣蒙上臉，出來站在洞口。有聲音向他說：「以利亞啊，你在這裡做甚麼？」</w:t>
            </w:r>
          </w:p>
          <w:p>
            <w:r>
              <w:rPr>
                <w:rFonts w:ascii="Microsoft JhengHei" w:hAnsi="Microsoft JhengHei" w:eastAsia="Microsoft JhengHei"/>
                <w:b w:val="0"/>
                <w:i w:val="0"/>
                <w:color w:val="222A36"/>
                <w:sz w:val="22"/>
              </w:rPr>
              <w:t>1 Kings 19:11-13 (WEB): 11 He said, Go forth, and stand on the mountain before Yahweh. Behold, Yahweh passed by, and a great and strong wind tore the mountains, and broke in pieces the rocks before Yahweh; but Yahweh was not in the wind: and after the wind an earthquake; but Yahweh was not in the earthquake: 12 and after the earthquake a fire; but Yahweh was not in the fire: and after the fire a still small voice. 13 It was so, when Elijah heard it, that he wrapped his face in his mantle, and went out, and stood in the entrance of the cave. Behold, there came a voice to him, and said, What are you doing here, Elijah?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列王紀上 19:15-18（和合本 (CUV, public domain)）</w:t>
            </w:r>
          </w:p>
          <w:p>
            <w:r>
              <w:rPr>
                <w:rFonts w:ascii="Microsoft JhengHei" w:hAnsi="Microsoft JhengHei" w:eastAsia="Microsoft JhengHei"/>
                <w:b w:val="0"/>
                <w:i w:val="0"/>
                <w:color w:val="222A36"/>
                <w:sz w:val="22"/>
              </w:rPr>
              <w:t>15耶和華對他說：「你回去，從曠野往大馬士革去。到了那裡，就要膏哈薛作亞蘭王， 16又膏寧示的孫子耶戶作以色列王，並膏亞伯‧米何拉人沙法的兒子以利沙作先知接續你。 17將來躲避哈薛之刀的，必被耶戶所殺；躲避耶戶之刀的，必被以利沙所殺。 18但我在以色列人中為自己留下七千人，是未曾向巴力屈膝的，未曾與巴力親嘴的。」</w:t>
            </w:r>
          </w:p>
          <w:p>
            <w:r>
              <w:rPr>
                <w:rFonts w:ascii="Microsoft JhengHei" w:hAnsi="Microsoft JhengHei" w:eastAsia="Microsoft JhengHei"/>
                <w:b w:val="0"/>
                <w:i w:val="0"/>
                <w:color w:val="222A36"/>
                <w:sz w:val="22"/>
              </w:rPr>
              <w:t>1 Kings 19:15-18 (WEB): 15 Yahweh said to him, Go, return on your way to the wilderness of Damascus: and when you come, you shall anoint Hazael to be king over Syria; 16 and Jehu the son of Nimshi shall you anoint to be king over Israel; and Elisha the son of Shaphat of Abel Meholah shall you anoint to be prophet in your room. 17 It shall happen, that he who escapes from the sword of Hazael shall Jehu kill; and he who escapes from the sword of Jehu shall Elisha kill. 18 Yet will I leave me seven thousand in Israel, all the knees which have not bowed to Baal, and every mouth which has not kissed him.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5:16（和合本 (CUV, public domain)）</w:t>
            </w:r>
          </w:p>
          <w:p>
            <w:r>
              <w:rPr>
                <w:rFonts w:ascii="Microsoft JhengHei" w:hAnsi="Microsoft JhengHei" w:eastAsia="Microsoft JhengHei"/>
                <w:b w:val="0"/>
                <w:i w:val="0"/>
                <w:color w:val="222A36"/>
                <w:sz w:val="22"/>
              </w:rPr>
              <w:t>耶穌卻退到曠野去禱告。</w:t>
            </w:r>
          </w:p>
          <w:p>
            <w:r>
              <w:rPr>
                <w:rFonts w:ascii="Microsoft JhengHei" w:hAnsi="Microsoft JhengHei" w:eastAsia="Microsoft JhengHei"/>
                <w:b w:val="0"/>
                <w:i w:val="0"/>
                <w:color w:val="222A36"/>
                <w:sz w:val="22"/>
              </w:rPr>
              <w:t>Luke 5:16 (WEB): But he withdrew himself into the desert, and prayed.</w:t>
            </w:r>
          </w:p>
        </w:tc>
      </w:tr>
    </w:tbl>
    <w:p/>
    <w:p>
      <w:pPr>
        <w:spacing w:after="80"/>
      </w:pPr>
      <w:r>
        <w:rPr>
          <w:rFonts w:ascii="Microsoft JhengHei" w:hAnsi="Microsoft JhengHei" w:eastAsia="Microsoft JhengHei"/>
          <w:b w:val="0"/>
          <w:i w:val="0"/>
          <w:color w:val="6B7280"/>
          <w:sz w:val="18"/>
        </w:rPr>
        <w:t>和合本及 World English Bible 屬公有領域；思高譯本版權屬思高聖經學會，此處只作課堂教學的簡短引用。</w:t>
      </w:r>
    </w:p>
    <w:p>
      <w:pPr>
        <w:spacing w:after="120" w:before="240"/>
      </w:pPr>
      <w:r>
        <w:rPr>
          <w:rFonts w:ascii="Microsoft JhengHei" w:hAnsi="Microsoft JhengHei" w:eastAsia="Microsoft JhengHei"/>
          <w:b/>
          <w:i w:val="0"/>
          <w:color w:val="A86B1F"/>
          <w:sz w:val="32"/>
        </w:rPr>
        <w:t>附錄 B　見證（核實見證庫）</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fill="EFE7D6"/>
          </w:tcPr>
          <w:p>
            <w:r/>
            <w:r>
              <w:rPr>
                <w:rFonts w:ascii="Microsoft JhengHei" w:hAnsi="Microsoft JhengHei" w:eastAsia="Microsoft JhengHei"/>
                <w:b/>
                <w:i w:val="0"/>
                <w:color w:val="222A36"/>
                <w:sz w:val="20"/>
              </w:rPr>
              <w:t>見證</w:t>
            </w:r>
          </w:p>
        </w:tc>
        <w:tc>
          <w:tcPr>
            <w:tcW w:type="dxa" w:w="2493"/>
            <w:shd w:val="clear" w:fill="EFE7D6"/>
          </w:tcPr>
          <w:p>
            <w:r/>
            <w:r>
              <w:rPr>
                <w:rFonts w:ascii="Microsoft JhengHei" w:hAnsi="Microsoft JhengHei" w:eastAsia="Microsoft JhengHei"/>
                <w:b/>
                <w:i w:val="0"/>
                <w:color w:val="222A36"/>
                <w:sz w:val="20"/>
              </w:rPr>
              <w:t>來源</w:t>
            </w:r>
          </w:p>
        </w:tc>
        <w:tc>
          <w:tcPr>
            <w:tcW w:type="dxa" w:w="2493"/>
            <w:shd w:val="clear" w:fill="EFE7D6"/>
          </w:tcPr>
          <w:p>
            <w:r/>
            <w:r>
              <w:rPr>
                <w:rFonts w:ascii="Microsoft JhengHei" w:hAnsi="Microsoft JhengHei" w:eastAsia="Microsoft JhengHei"/>
                <w:b/>
                <w:i w:val="0"/>
                <w:color w:val="222A36"/>
                <w:sz w:val="20"/>
              </w:rPr>
              <w:t>連結</w:t>
            </w:r>
          </w:p>
        </w:tc>
        <w:tc>
          <w:tcPr>
            <w:tcW w:type="dxa" w:w="2493"/>
            <w:shd w:val="clear" w:fill="EFE7D6"/>
          </w:tcPr>
          <w:p>
            <w:r/>
            <w:r>
              <w:rPr>
                <w:rFonts w:ascii="Microsoft JhengHei" w:hAnsi="Microsoft JhengHei" w:eastAsia="Microsoft JhengHei"/>
                <w:b/>
                <w:i w:val="0"/>
                <w:color w:val="222A36"/>
                <w:sz w:val="20"/>
              </w:rPr>
              <w:t>提示</w:t>
            </w:r>
          </w:p>
        </w:tc>
      </w:tr>
      <w:tr>
        <w:tc>
          <w:tcPr>
            <w:tcW w:type="dxa" w:w="2493"/>
          </w:tcPr>
          <w:p>
            <w:r/>
            <w:r>
              <w:rPr>
                <w:rFonts w:ascii="Microsoft JhengHei" w:hAnsi="Microsoft JhengHei" w:eastAsia="Microsoft JhengHei"/>
                <w:b w:val="0"/>
                <w:i w:val="0"/>
                <w:color w:val="222A36"/>
                <w:sz w:val="20"/>
              </w:rPr>
              <w:t>黎敏儀《蒜是有福》</w:t>
            </w:r>
          </w:p>
        </w:tc>
        <w:tc>
          <w:tcPr>
            <w:tcW w:type="dxa" w:w="2493"/>
          </w:tcPr>
          <w:p>
            <w:r/>
            <w:r>
              <w:rPr>
                <w:rFonts w:ascii="Microsoft JhengHei" w:hAnsi="Microsoft JhengHei" w:eastAsia="Microsoft JhengHei"/>
                <w:b w:val="0"/>
                <w:i w:val="0"/>
                <w:color w:val="222A36"/>
                <w:sz w:val="20"/>
              </w:rPr>
              <w:t>星火飛騰 CBNHK</w:t>
            </w:r>
          </w:p>
        </w:tc>
        <w:tc>
          <w:tcPr>
            <w:tcW w:type="dxa" w:w="2493"/>
          </w:tcPr>
          <w:p>
            <w:r/>
            <w:r>
              <w:rPr>
                <w:rFonts w:ascii="Microsoft JhengHei" w:hAnsi="Microsoft JhengHei" w:eastAsia="Microsoft JhengHei"/>
                <w:b w:val="0"/>
                <w:i w:val="0"/>
                <w:color w:val="222A36"/>
                <w:sz w:val="20"/>
              </w:rPr>
              <w:t>https://youtu.be/dJXCpsMEF8I</w:t>
            </w:r>
          </w:p>
        </w:tc>
        <w:tc>
          <w:tcPr>
            <w:tcW w:type="dxa" w:w="2493"/>
          </w:tcPr>
          <w:p>
            <w:r/>
            <w:r>
              <w:rPr>
                <w:rFonts w:ascii="Microsoft JhengHei" w:hAnsi="Microsoft JhengHei" w:eastAsia="Microsoft JhengHei"/>
                <w:b w:val="0"/>
                <w:i w:val="0"/>
                <w:color w:val="222A36"/>
                <w:sz w:val="20"/>
              </w:rPr>
            </w:r>
          </w:p>
        </w:tc>
      </w:tr>
    </w:tbl>
    <w:p/>
    <w:p>
      <w:pPr>
        <w:spacing w:after="80"/>
      </w:pPr>
      <w:r>
        <w:rPr>
          <w:rFonts w:ascii="Microsoft JhengHei" w:hAnsi="Microsoft JhengHei" w:eastAsia="Microsoft JhengHei"/>
          <w:b w:val="0"/>
          <w:i w:val="0"/>
          <w:color w:val="6B7280"/>
          <w:sz w:val="18"/>
        </w:rPr>
        <w:t>使用前請再次打開連結，確認影片仍然可以播放。</w:t>
      </w:r>
    </w:p>
    <w:p>
      <w:pPr>
        <w:spacing w:after="120" w:before="240"/>
      </w:pPr>
      <w:r>
        <w:rPr>
          <w:rFonts w:ascii="Microsoft JhengHei" w:hAnsi="Microsoft JhengHei" w:eastAsia="Microsoft JhengHei"/>
          <w:b/>
          <w:i w:val="0"/>
          <w:color w:val="A86B1F"/>
          <w:sz w:val="32"/>
        </w:rPr>
        <w:t>附錄 C　給 Reclaim2K 團隊的開發建議</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fill="EFE7D6"/>
          </w:tcPr>
          <w:p>
            <w:r/>
            <w:r>
              <w:rPr>
                <w:rFonts w:ascii="Microsoft JhengHei" w:hAnsi="Microsoft JhengHei" w:eastAsia="Microsoft JhengHei"/>
                <w:b/>
                <w:i w:val="0"/>
                <w:color w:val="222A36"/>
                <w:sz w:val="20"/>
              </w:rPr>
              <w:t>建議</w:t>
            </w:r>
          </w:p>
        </w:tc>
        <w:tc>
          <w:tcPr>
            <w:tcW w:type="dxa" w:w="1662"/>
            <w:shd w:val="clear" w:fill="EFE7D6"/>
          </w:tcPr>
          <w:p>
            <w:r/>
            <w:r>
              <w:rPr>
                <w:rFonts w:ascii="Microsoft JhengHei" w:hAnsi="Microsoft JhengHei" w:eastAsia="Microsoft JhengHei"/>
                <w:b/>
                <w:i w:val="0"/>
                <w:color w:val="222A36"/>
                <w:sz w:val="20"/>
              </w:rPr>
              <w:t>對象</w:t>
            </w:r>
          </w:p>
        </w:tc>
        <w:tc>
          <w:tcPr>
            <w:tcW w:type="dxa" w:w="1662"/>
            <w:shd w:val="clear" w:fill="EFE7D6"/>
          </w:tcPr>
          <w:p>
            <w:r/>
            <w:r>
              <w:rPr>
                <w:rFonts w:ascii="Microsoft JhengHei" w:hAnsi="Microsoft JhengHei" w:eastAsia="Microsoft JhengHei"/>
                <w:b/>
                <w:i w:val="0"/>
                <w:color w:val="222A36"/>
                <w:sz w:val="20"/>
              </w:rPr>
              <w:t>內容</w:t>
            </w:r>
          </w:p>
        </w:tc>
        <w:tc>
          <w:tcPr>
            <w:tcW w:type="dxa" w:w="1662"/>
            <w:shd w:val="clear" w:fill="EFE7D6"/>
          </w:tcPr>
          <w:p>
            <w:r/>
            <w:r>
              <w:rPr>
                <w:rFonts w:ascii="Microsoft JhengHei" w:hAnsi="Microsoft JhengHei" w:eastAsia="Microsoft JhengHei"/>
                <w:b/>
                <w:i w:val="0"/>
                <w:color w:val="222A36"/>
                <w:sz w:val="20"/>
              </w:rPr>
              <w:t>如何幫助學生遇見復活主</w:t>
            </w:r>
          </w:p>
        </w:tc>
        <w:tc>
          <w:tcPr>
            <w:tcW w:type="dxa" w:w="1662"/>
            <w:shd w:val="clear" w:fill="EFE7D6"/>
          </w:tcPr>
          <w:p>
            <w:r/>
            <w:r>
              <w:rPr>
                <w:rFonts w:ascii="Microsoft JhengHei" w:hAnsi="Microsoft JhengHei" w:eastAsia="Microsoft JhengHei"/>
                <w:b/>
                <w:i w:val="0"/>
                <w:color w:val="222A36"/>
                <w:sz w:val="20"/>
              </w:rPr>
              <w:t>建基於</w:t>
            </w:r>
          </w:p>
        </w:tc>
        <w:tc>
          <w:tcPr>
            <w:tcW w:type="dxa" w:w="1662"/>
            <w:shd w:val="clear" w:fill="EFE7D6"/>
          </w:tcPr>
          <w:p>
            <w:r/>
            <w:r>
              <w:rPr>
                <w:rFonts w:ascii="Microsoft JhengHei" w:hAnsi="Microsoft JhengHei" w:eastAsia="Microsoft JhengHei"/>
                <w:b/>
                <w:i w:val="0"/>
                <w:color w:val="222A36"/>
                <w:sz w:val="20"/>
              </w:rPr>
              <w:t>工作量</w:t>
            </w:r>
          </w:p>
        </w:tc>
      </w:tr>
      <w:tr>
        <w:tc>
          <w:tcPr>
            <w:tcW w:type="dxa" w:w="1662"/>
          </w:tcPr>
          <w:p>
            <w:r/>
            <w:r>
              <w:rPr>
                <w:rFonts w:ascii="Microsoft JhengHei" w:hAnsi="Microsoft JhengHei" w:eastAsia="Microsoft JhengHei"/>
                <w:b w:val="0"/>
                <w:i w:val="0"/>
                <w:color w:val="222A36"/>
                <w:sz w:val="20"/>
              </w:rPr>
              <w:t>專注時段「何烈山靜音十分鐘」</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focus 加一個十分鐘模式：手機靜音後顯示詩篇 46:10，結束時問「今天你聽見甚麼？」並可寫一個詞。</w:t>
            </w:r>
          </w:p>
        </w:tc>
        <w:tc>
          <w:tcPr>
            <w:tcW w:type="dxa" w:w="1662"/>
          </w:tcPr>
          <w:p>
            <w:r/>
            <w:r>
              <w:rPr>
                <w:rFonts w:ascii="Microsoft JhengHei" w:hAnsi="Microsoft JhengHei" w:eastAsia="Microsoft JhengHei"/>
                <w:b w:val="0"/>
                <w:i w:val="0"/>
                <w:color w:val="222A36"/>
                <w:sz w:val="20"/>
              </w:rPr>
              <w:t>把課堂的數碼安息變成一按即用的聆聽習慣。</w:t>
            </w:r>
          </w:p>
        </w:tc>
        <w:tc>
          <w:tcPr>
            <w:tcW w:type="dxa" w:w="1662"/>
          </w:tcPr>
          <w:p>
            <w:r/>
            <w:r>
              <w:rPr>
                <w:rFonts w:ascii="Microsoft JhengHei" w:hAnsi="Microsoft JhengHei" w:eastAsia="Microsoft JhengHei"/>
                <w:b w:val="0"/>
                <w:i w:val="0"/>
                <w:color w:val="222A36"/>
                <w:sz w:val="20"/>
              </w:rPr>
              <w:t>focus</w:t>
            </w:r>
          </w:p>
        </w:tc>
        <w:tc>
          <w:tcPr>
            <w:tcW w:type="dxa" w:w="1662"/>
          </w:tcPr>
          <w:p>
            <w:r/>
            <w:r>
              <w:rPr>
                <w:rFonts w:ascii="Microsoft JhengHei" w:hAnsi="Microsoft JhengHei" w:eastAsia="Microsoft JhengHei"/>
                <w:b w:val="0"/>
                <w:i w:val="0"/>
                <w:color w:val="222A36"/>
                <w:sz w:val="20"/>
              </w:rPr>
              <w:t>小</w:t>
            </w:r>
          </w:p>
        </w:tc>
      </w:tr>
      <w:tr>
        <w:tc>
          <w:tcPr>
            <w:tcW w:type="dxa" w:w="1662"/>
          </w:tcPr>
          <w:p>
            <w:r/>
            <w:r>
              <w:rPr>
                <w:rFonts w:ascii="Microsoft JhengHei" w:hAnsi="Microsoft JhengHei" w:eastAsia="Microsoft JhengHei"/>
                <w:b w:val="0"/>
                <w:i w:val="0"/>
                <w:color w:val="222A36"/>
                <w:sz w:val="20"/>
              </w:rPr>
              <w:t>「如何聆聽神的聲音」加入何烈山一日</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plan_voice_of_god 加一日：列王紀上 19:11-12 已核實經文及一分鐘靜默提示。</w:t>
            </w:r>
          </w:p>
        </w:tc>
        <w:tc>
          <w:tcPr>
            <w:tcW w:type="dxa" w:w="1662"/>
          </w:tcPr>
          <w:p>
            <w:r/>
            <w:r>
              <w:rPr>
                <w:rFonts w:ascii="Microsoft JhengHei" w:hAnsi="Microsoft JhengHei" w:eastAsia="Microsoft JhengHei"/>
                <w:b w:val="0"/>
                <w:i w:val="0"/>
                <w:color w:val="222A36"/>
                <w:sz w:val="20"/>
              </w:rPr>
              <w:t>讓同學在 App 內再經歷「神在微小的聲音中」。</w:t>
            </w:r>
          </w:p>
        </w:tc>
        <w:tc>
          <w:tcPr>
            <w:tcW w:type="dxa" w:w="1662"/>
          </w:tcPr>
          <w:p>
            <w:r/>
            <w:r>
              <w:rPr>
                <w:rFonts w:ascii="Microsoft JhengHei" w:hAnsi="Microsoft JhengHei" w:eastAsia="Microsoft JhengHei"/>
                <w:b w:val="0"/>
                <w:i w:val="0"/>
                <w:color w:val="222A36"/>
                <w:sz w:val="20"/>
              </w:rPr>
              <w:t>plan_voice_of_god</w:t>
            </w:r>
          </w:p>
        </w:tc>
        <w:tc>
          <w:tcPr>
            <w:tcW w:type="dxa" w:w="1662"/>
          </w:tcPr>
          <w:p>
            <w:r/>
            <w:r>
              <w:rPr>
                <w:rFonts w:ascii="Microsoft JhengHei" w:hAnsi="Microsoft JhengHei" w:eastAsia="Microsoft JhengHei"/>
                <w:b w:val="0"/>
                <w:i w:val="0"/>
                <w:color w:val="222A36"/>
                <w:sz w:val="20"/>
              </w:rPr>
              <w:t>小</w:t>
            </w:r>
          </w:p>
        </w:tc>
      </w:tr>
    </w:tbl>
    <w:p/>
    <w:p>
      <w:pPr>
        <w:spacing w:after="80"/>
      </w:pPr>
      <w:r>
        <w:rPr>
          <w:rFonts w:ascii="Microsoft JhengHei" w:hAnsi="Microsoft JhengHei" w:eastAsia="Microsoft JhengHei"/>
          <w:b w:val="0"/>
          <w:i w:val="0"/>
          <w:color w:val="222A36"/>
          <w:sz w:val="20"/>
        </w:rPr>
        <w:t>發現的缺口：App 暫時沒有可以按住計時的「靜默一分鐘」功能。</w:t>
      </w:r>
    </w:p>
    <w:p>
      <w:pPr>
        <w:spacing w:after="120" w:before="240"/>
      </w:pPr>
      <w:r>
        <w:rPr>
          <w:rFonts w:ascii="Microsoft JhengHei" w:hAnsi="Microsoft JhengHei" w:eastAsia="Microsoft JhengHei"/>
          <w:b/>
          <w:i w:val="0"/>
          <w:color w:val="A86B1F"/>
          <w:sz w:val="32"/>
        </w:rPr>
        <w:t>附錄 D　L0 主導核心終審</w:t>
      </w:r>
    </w:p>
    <w:tbl>
      <w:tblPr>
        <w:tblStyle w:val="TableGrid"/>
        <w:tblW w:type="auto" w:w="0"/>
        <w:tblLook w:firstColumn="1" w:firstRow="1" w:lastColumn="0" w:lastRow="0" w:noHBand="0" w:noVBand="1" w:val="04A0"/>
      </w:tblPr>
      <w:tblGrid>
        <w:gridCol w:w="4986"/>
        <w:gridCol w:w="4986"/>
      </w:tblGrid>
      <w:tr>
        <w:tc>
          <w:tcPr>
            <w:tcW w:type="dxa" w:w="4535"/>
            <w:shd w:val="clear" w:fill="EFE7D6"/>
          </w:tcPr>
          <w:p>
            <w:r/>
            <w:r>
              <w:rPr>
                <w:rFonts w:ascii="Microsoft JhengHei" w:hAnsi="Microsoft JhengHei" w:eastAsia="Microsoft JhengHei"/>
                <w:b/>
                <w:i w:val="0"/>
                <w:color w:val="222A36"/>
                <w:sz w:val="20"/>
              </w:rPr>
              <w:t>範疇</w:t>
            </w:r>
          </w:p>
        </w:tc>
        <w:tc>
          <w:tcPr>
            <w:tcW w:type="dxa" w:w="2268"/>
            <w:shd w:val="clear" w:fill="EFE7D6"/>
          </w:tcPr>
          <w:p>
            <w:r/>
            <w:r>
              <w:rPr>
                <w:rFonts w:ascii="Microsoft JhengHei" w:hAnsi="Microsoft JhengHei" w:eastAsia="Microsoft JhengHei"/>
                <w:b/>
                <w:i w:val="0"/>
                <w:color w:val="222A36"/>
                <w:sz w:val="20"/>
              </w:rPr>
              <w:t>分數</w:t>
            </w:r>
          </w:p>
        </w:tc>
      </w:tr>
      <w:tr>
        <w:tc>
          <w:tcPr>
            <w:tcW w:type="dxa" w:w="4535"/>
          </w:tcPr>
          <w:p>
            <w:r/>
            <w:r>
              <w:rPr>
                <w:rFonts w:ascii="Microsoft JhengHei" w:hAnsi="Microsoft JhengHei" w:eastAsia="Microsoft JhengHei"/>
                <w:b w:val="0"/>
                <w:i w:val="0"/>
                <w:color w:val="222A36"/>
                <w:sz w:val="20"/>
              </w:rPr>
              <w:t>認識主的愛</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親近主，憑信心回應</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以基督為中心</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恩典而非說教</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深度而非只求好玩</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生活中遇見主</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安全與關顧</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時間完整</w:t>
            </w:r>
          </w:p>
        </w:tc>
        <w:tc>
          <w:tcPr>
            <w:tcW w:type="dxa" w:w="2268"/>
          </w:tcPr>
          <w:p>
            <w:r/>
            <w:r>
              <w:rPr>
                <w:rFonts w:ascii="Microsoft JhengHei" w:hAnsi="Microsoft JhengHei" w:eastAsia="Microsoft JhengHei"/>
                <w:b w:val="0"/>
                <w:i w:val="0"/>
                <w:color w:val="222A36"/>
                <w:sz w:val="20"/>
              </w:rPr>
              <w:t>5 / 5</w:t>
            </w:r>
          </w:p>
        </w:tc>
      </w:tr>
    </w:tbl>
    <w:p/>
    <w:p>
      <w:pPr>
        <w:pStyle w:val="ListBullet"/>
      </w:pPr>
      <w:r>
        <w:rPr>
          <w:rFonts w:ascii="Microsoft JhengHei" w:hAnsi="Microsoft JhengHei" w:eastAsia="Microsoft JhengHei"/>
          <w:b w:val="0"/>
          <w:i w:val="0"/>
          <w:color w:val="222A36"/>
          <w:sz w:val="22"/>
        </w:rPr>
        <w:t>創意而有深度：全課以聲音為主線，讓同學身體經歷「神不在大聲之中，而在微小的聲音裏」。</w:t>
      </w:r>
    </w:p>
    <w:p>
      <w:pPr>
        <w:pStyle w:val="ListBullet"/>
      </w:pPr>
      <w:r>
        <w:rPr>
          <w:rFonts w:ascii="Microsoft JhengHei" w:hAnsi="Microsoft JhengHei" w:eastAsia="Microsoft JhengHei"/>
          <w:b w:val="0"/>
          <w:i w:val="0"/>
          <w:color w:val="222A36"/>
          <w:sz w:val="22"/>
        </w:rPr>
        <w:t>神的問題被理解為邀請而非責備，誠實回答本身就是回應。</w:t>
      </w:r>
    </w:p>
    <w:p>
      <w:pPr>
        <w:pStyle w:val="ListBullet"/>
      </w:pPr>
      <w:r>
        <w:rPr>
          <w:rFonts w:ascii="Microsoft JhengHei" w:hAnsi="Microsoft JhengHei" w:eastAsia="Microsoft JhengHei"/>
          <w:b w:val="0"/>
          <w:i w:val="0"/>
          <w:color w:val="222A36"/>
          <w:sz w:val="22"/>
        </w:rPr>
        <w:t>避免「聽見神＝特別感覺」的誤讀，老師時刻亦有說明。</w:t>
      </w:r>
    </w:p>
    <w:p>
      <w:pPr>
        <w:pStyle w:val="ListBullet"/>
      </w:pPr>
      <w:r>
        <w:rPr>
          <w:rFonts w:ascii="Microsoft JhengHei" w:hAnsi="Microsoft JhengHei" w:eastAsia="Microsoft JhengHei"/>
          <w:b w:val="0"/>
          <w:i w:val="0"/>
          <w:color w:val="222A36"/>
          <w:sz w:val="22"/>
        </w:rPr>
        <w:t>數碼安息由第一課的五分鐘循序漸進至十分鐘，並與 Reclaim2K 靈修配合。</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JhengHei" w:hAnsi="Microsoft JhengHei" w:eastAsia="Microsoft JhengHei"/>
        <w:b w:val="0"/>
        <w:i w:val="0"/>
        <w:color w:val="6B7280"/>
        <w:sz w:val="16"/>
      </w:rPr>
      <w:t>Reclaim2K · AI 協助草擬，須由老師審閱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