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 w:val="0"/>
          <w:color w:val="555555"/>
          <w:sz w:val="20"/>
        </w:rPr>
        <w:t>姓名：＿＿＿＿＿＿　日期：＿＿＿＿</w:t>
      </w:r>
    </w:p>
    <w:p>
      <w:r>
        <w:rPr>
          <w:rFonts w:ascii="Microsoft JhengHei" w:hAnsi="Microsoft JhengHei" w:eastAsia="Microsoft JhengHei"/>
          <w:b/>
          <w:color w:val="A86B1F"/>
          <w:sz w:val="40"/>
        </w:rPr>
        <w:t>何烈山的微聲：在喧鬧中聽見神</w:t>
      </w:r>
    </w:p>
    <w:p>
      <w:r>
        <w:rPr>
          <w:rFonts w:ascii="Microsoft JhengHei" w:hAnsi="Microsoft JhengHei" w:eastAsia="Microsoft JhengHei"/>
          <w:b w:val="0"/>
          <w:sz w:val="22"/>
        </w:rPr>
        <w:t>這張工作紙只供你自己反思，可以不交給任何人；寫字、圈選或畫圖都可以。</w:t>
      </w:r>
    </w:p>
    <w:p>
      <w:r>
        <w:rPr>
          <w:rFonts w:ascii="Microsoft JhengHei" w:hAnsi="Microsoft JhengHei" w:eastAsia="Microsoft JhengHei"/>
          <w:b/>
          <w:sz w:val="22"/>
        </w:rPr>
        <w:t>🎨 我的聲音地圖：畫一個圓代表你的一天，寫上最大聲的聲音，並圈出一個可以停下來的時間。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📖 列王紀上 19:11-12</w:t>
      </w:r>
    </w:p>
    <w:p>
      <w:r>
        <w:rPr>
          <w:rFonts w:ascii="Microsoft JhengHei" w:hAnsi="Microsoft JhengHei" w:eastAsia="Microsoft JhengHei"/>
          <w:b w:val="0"/>
          <w:sz w:val="22"/>
        </w:rPr>
        <w:t>11耶和華說：「你出來站在山上，在我面前。」那時耶和華從那裡經過，在他面前有烈風大作，崩山碎石，耶和華卻不在風中；風後地震，耶和華卻不在其中； 12地震後有火，耶和華也不在火中；火後有微小的聲音。</w:t>
      </w:r>
    </w:p>
    <w:p>
      <w:r>
        <w:rPr>
          <w:rFonts w:ascii="Microsoft JhengHei" w:hAnsi="Microsoft JhengHei" w:eastAsia="Microsoft JhengHei"/>
          <w:b w:val="0"/>
          <w:sz w:val="22"/>
        </w:rPr>
        <w:t>讀一讀何烈山的經歷。</w:t>
      </w:r>
    </w:p>
    <w:p>
      <w:r>
        <w:rPr>
          <w:rFonts w:ascii="Microsoft JhengHei" w:hAnsi="Microsoft JhengHei" w:eastAsia="Microsoft JhengHei"/>
          <w:b/>
          <w:sz w:val="22"/>
        </w:rPr>
        <w:t>3. 神不在哪裏？神在哪裏？把聲音排好次序（填 1 至 4）。</w:t>
      </w:r>
    </w:p>
    <w:p>
      <w:r>
        <w:rPr>
          <w:rFonts w:ascii="Microsoft JhengHei" w:hAnsi="Microsoft JhengHei" w:eastAsia="Microsoft JhengHei"/>
          <w:b w:val="0"/>
          <w:sz w:val="22"/>
        </w:rPr>
        <w:t>• 烈風</w:t>
      </w:r>
    </w:p>
    <w:p>
      <w:r>
        <w:rPr>
          <w:rFonts w:ascii="Microsoft JhengHei" w:hAnsi="Microsoft JhengHei" w:eastAsia="Microsoft JhengHei"/>
          <w:b w:val="0"/>
          <w:sz w:val="22"/>
        </w:rPr>
        <w:t>• 地震</w:t>
      </w:r>
    </w:p>
    <w:p>
      <w:r>
        <w:rPr>
          <w:rFonts w:ascii="Microsoft JhengHei" w:hAnsi="Microsoft JhengHei" w:eastAsia="Microsoft JhengHei"/>
          <w:b w:val="0"/>
          <w:sz w:val="22"/>
        </w:rPr>
        <w:t>• 烈火</w:t>
      </w:r>
    </w:p>
    <w:p>
      <w:r>
        <w:rPr>
          <w:rFonts w:ascii="Microsoft JhengHei" w:hAnsi="Microsoft JhengHei" w:eastAsia="Microsoft JhengHei"/>
          <w:b w:val="0"/>
          <w:sz w:val="22"/>
        </w:rPr>
        <w:t>• 微小的聲音</w:t>
      </w:r>
    </w:p>
    <w:p>
      <w:r>
        <w:rPr>
          <w:rFonts w:ascii="Microsoft JhengHei" w:hAnsi="Microsoft JhengHei" w:eastAsia="Microsoft JhengHei"/>
          <w:b/>
          <w:sz w:val="22"/>
        </w:rPr>
        <w:t>4. 神兩次問以利亞：「以利亞啊，你在這裏做＿＿＿？」</w:t>
      </w:r>
    </w:p>
    <w:p>
      <w:r>
        <w:rPr>
          <w:rFonts w:ascii="Microsoft JhengHei" w:hAnsi="Microsoft JhengHei" w:eastAsia="Microsoft JhengHei"/>
          <w:b w:val="0"/>
          <w:sz w:val="22"/>
        </w:rPr>
        <w:t>○ 甚麼　○ 功課　○ 生意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5. 以利亞兩次的回答都一樣，神於是責備他不夠信心。（對／錯）</w:t>
      </w:r>
    </w:p>
    <w:p>
      <w:r>
        <w:rPr>
          <w:rFonts w:ascii="Microsoft JhengHei" w:hAnsi="Microsoft JhengHei" w:eastAsia="Microsoft JhengHei"/>
          <w:b w:val="0"/>
          <w:sz w:val="22"/>
        </w:rPr>
        <w:t>□ 對</w:t>
      </w:r>
    </w:p>
    <w:p>
      <w:r>
        <w:rPr>
          <w:rFonts w:ascii="Microsoft JhengHei" w:hAnsi="Microsoft JhengHei" w:eastAsia="Microsoft JhengHei"/>
          <w:b w:val="0"/>
          <w:sz w:val="22"/>
        </w:rPr>
        <w:t>□ 錯</w:t>
      </w:r>
    </w:p>
    <w:p>
      <w:r>
        <w:rPr>
          <w:rFonts w:ascii="Microsoft JhengHei" w:hAnsi="Microsoft JhengHei" w:eastAsia="Microsoft JhengHei"/>
          <w:b/>
          <w:sz w:val="22"/>
        </w:rPr>
        <w:t>6. 耶穌說祂的羊聽祂的聲音。你覺得「認得一個人的聲音」需要甚麼？</w:t>
      </w:r>
    </w:p>
    <w:p>
      <w:r>
        <w:rPr>
          <w:rFonts w:ascii="Microsoft JhengHei" w:hAnsi="Microsoft JhengHei" w:eastAsia="Microsoft JhengHei"/>
          <w:b w:val="0"/>
          <w:sz w:val="22"/>
        </w:rPr>
        <w:t>○ 常常相處　○ 安靜聆聽　○ 信任對方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💭 給神的回答：神問我「你在這裏做甚麼？」我想誠實地說……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/>
          <w:sz w:val="22"/>
        </w:rPr>
        <w:t>🦶 這星期我選擇的一小步（可選一項，也可以不選）：</w:t>
      </w:r>
    </w:p>
    <w:p>
      <w:r>
        <w:rPr>
          <w:rFonts w:ascii="Microsoft JhengHei" w:hAnsi="Microsoft JhengHei" w:eastAsia="Microsoft JhengHei"/>
          <w:b w:val="0"/>
          <w:sz w:val="22"/>
        </w:rPr>
        <w:t>□ 安靜一分鐘，然後說「如果你在，請讓我知道」</w:t>
      </w:r>
    </w:p>
    <w:p>
      <w:r>
        <w:rPr>
          <w:rFonts w:ascii="Microsoft JhengHei" w:hAnsi="Microsoft JhengHei" w:eastAsia="Microsoft JhengHei"/>
          <w:b w:val="0"/>
          <w:sz w:val="22"/>
        </w:rPr>
        <w:t>□ 寫下一個想問神的問題，讀一段聖經</w:t>
      </w:r>
    </w:p>
    <w:p>
      <w:r>
        <w:rPr>
          <w:rFonts w:ascii="Microsoft JhengHei" w:hAnsi="Microsoft JhengHei" w:eastAsia="Microsoft JhengHei"/>
          <w:b w:val="0"/>
          <w:sz w:val="22"/>
        </w:rPr>
        <w:t>□ 每天十分鐘數碼安息</w:t>
      </w:r>
    </w:p>
    <w:p>
      <w:r>
        <w:rPr>
          <w:rFonts w:ascii="Microsoft JhengHei" w:hAnsi="Microsoft JhengHei" w:eastAsia="Microsoft JhengHei"/>
          <w:b w:val="0"/>
          <w:sz w:val="22"/>
        </w:rPr>
        <w:t>□ 安靜時數五次呼吸，心裏說「主，我在聽」</w:t>
      </w:r>
    </w:p>
    <w:p>
      <w:r>
        <w:rPr>
          <w:rFonts w:ascii="Microsoft JhengHei" w:hAnsi="Microsoft JhengHei" w:eastAsia="Microsoft JhengHei"/>
          <w:b w:val="0"/>
          <w:sz w:val="22"/>
        </w:rPr>
        <w:t>□ 選一晚睡前十分鐘不看手機</w:t>
      </w:r>
    </w:p>
    <w:p>
      <w:r>
        <w:rPr>
          <w:rFonts w:ascii="Microsoft JhengHei" w:hAnsi="Microsoft JhengHei" w:eastAsia="Microsoft JhengHei"/>
          <w:b/>
          <w:sz w:val="22"/>
        </w:rPr>
        <w:t>🙏 主，請說，我在聽。我想告訴你……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p>
      <w:r>
        <w:rPr>
          <w:rFonts w:ascii="Microsoft JhengHei" w:hAnsi="Microsoft JhengHei" w:eastAsia="Microsoft JhengHei"/>
          <w:b w:val="0"/>
          <w:color w:val="999999"/>
          <w:sz w:val="22"/>
        </w:rPr>
        <w:t>＿＿＿＿＿＿＿＿＿＿＿＿＿＿＿＿＿＿＿＿＿＿＿＿＿＿＿＿＿＿＿＿＿＿＿＿＿＿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