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42A4A"/>
          <w:sz w:val="34"/>
        </w:rPr>
        <w:t>跟以利亞聽神微聲 · 學生工作紙</w:t>
        <w:br/>
        <w:t>Follow Elijah · Student Worksheet</w:t>
      </w:r>
    </w:p>
    <w:p>
      <w:pPr>
        <w:jc w:val="center"/>
      </w:pPr>
      <w:r>
        <w:rPr>
          <w:i/>
          <w:color w:val="555555"/>
          <w:sz w:val="19"/>
        </w:rPr>
        <w:t>Reclaim2k Secondary School  [ 貴校請填上校名 · replace with your school name ]</w:t>
      </w:r>
    </w:p>
    <w:p>
      <w:r>
        <w:rPr>
          <w:sz w:val="21"/>
        </w:rPr>
        <w:t>姓名 Name: ______________　班別 Class: ______　組別 Group: ____　日期 Date: ________</w:t>
      </w:r>
    </w:p>
    <w:p>
      <w:r>
        <w:rPr>
          <w:b/>
          <w:color w:val="142A4A"/>
          <w:sz w:val="30"/>
        </w:rPr>
        <w:t>站 1 · 我的身體聽故事</w:t>
      </w:r>
    </w:p>
    <w:p>
      <w:r>
        <w:rPr>
          <w:b w:val="0"/>
          <w:i w:val="0"/>
          <w:sz w:val="21"/>
        </w:rPr>
        <w:t>跟螢幕做 11 個動作,行過以利亞的故事。哪一個動作 / 場景最觸動你?為甚麼?</w:t>
      </w:r>
    </w:p>
    <w:p>
      <w:r>
        <w:t>＿＿＿＿＿＿＿＿＿＿＿＿＿＿＿＿＿＿＿＿＿＿＿＿＿＿＿＿＿＿＿＿＿＿＿＿＿＿＿＿＿＿</w:t>
      </w:r>
    </w:p>
    <w:p>
      <w:r>
        <w:t>＿＿＿＿＿＿＿＿＿＿＿＿＿＿＿＿＿＿＿＿＿＿＿＿＿＿＿＿＿＿＿＿＿＿＿＿＿＿＿＿＿＿</w:t>
      </w:r>
    </w:p>
    <w:p>
      <w:r>
        <w:rPr>
          <w:b/>
          <w:color w:val="142A4A"/>
          <w:sz w:val="30"/>
        </w:rPr>
        <w:t>站 2 · 背經 + 自我默書</w:t>
      </w:r>
    </w:p>
    <w:p>
      <w:r>
        <w:rPr>
          <w:b w:val="0"/>
          <w:i w:val="0"/>
          <w:sz w:val="21"/>
        </w:rPr>
        <w:t>從下列金句揀最少一節,合上經文,憑記憶默寫(交老師):</w:t>
      </w:r>
    </w:p>
    <w:p>
      <w:r>
        <w:rPr>
          <w:b/>
          <w:color w:val="C2521A"/>
          <w:sz w:val="22"/>
        </w:rPr>
        <w:t>📗 列王紀上 19:11-12</w:t>
      </w:r>
    </w:p>
    <w:p>
      <w:pPr>
        <w:ind w:left="432"/>
      </w:pPr>
      <w:r>
        <w:rPr>
          <w:b/>
          <w:color w:val="197A73"/>
          <w:sz w:val="19"/>
        </w:rPr>
        <w:t>和合本：</w:t>
      </w:r>
      <w:r>
        <w:rPr>
          <w:sz w:val="19"/>
        </w:rPr>
        <w:t>耶和華說：「你出來站在山上，在我面前。」那時耶和華從那裏經過，在他面前有烈風大作，崩山碎石，耶和華卻不在風中；風後地震，耶和華卻不在其中；地震後有火，耶和華也不在火中；火後有微小的聲音。</w:t>
      </w:r>
    </w:p>
    <w:p>
      <w:pPr>
        <w:ind w:left="432"/>
      </w:pPr>
      <w:r>
        <w:rPr>
          <w:b/>
          <w:color w:val="197A73"/>
          <w:sz w:val="19"/>
        </w:rPr>
        <w:t>NIV：</w:t>
      </w:r>
      <w:r>
        <w:rPr>
          <w:sz w:val="19"/>
        </w:rPr>
        <w:t>The LORD said, “Go out and stand on the mountain in the presence of the LORD, for the LORD is about to pass by.” Then a great and powerful wind tore the mountains apart and shattered the rocks before the LORD, but the LORD was not in the wind. After the wind there was an earthquake, but the LORD was not in the earthquake. After the earthquake came a fire, but the LORD was not in the fire. And after the fire came a gentle whisper.</w:t>
      </w:r>
    </w:p>
    <w:p>
      <w:pPr>
        <w:ind w:left="432"/>
      </w:pPr>
      <w:r>
        <w:rPr>
          <w:b/>
          <w:color w:val="2F6FBF"/>
          <w:sz w:val="19"/>
        </w:rPr>
        <w:t>思高本：</w:t>
      </w:r>
      <w:r>
        <w:rPr>
          <w:sz w:val="19"/>
        </w:rPr>
        <w:t>上主說：「你出來，站在山上，立在上主面前。」那時，上主正經過，暴風大作，裂山碎石，但上主卻不在風中；風後有地震，但上主亦不在地震中；地震以後有烈火，但上主仍不在火中；烈火以後，有輕微細弱的風聲。</w:t>
      </w:r>
    </w:p>
    <w:p>
      <w:pPr>
        <w:ind w:left="432"/>
      </w:pPr>
      <w:r>
        <w:rPr>
          <w:b/>
          <w:color w:val="2F6FBF"/>
          <w:sz w:val="19"/>
        </w:rPr>
        <w:t>NABRE：</w:t>
      </w:r>
      <w:r>
        <w:rPr>
          <w:sz w:val="19"/>
        </w:rPr>
        <w:t>Then the LORD said: Go out and stand on the mountain before the LORD; the LORD will pass by. There was a strong and violent wind rending the mountains and crushing rocks before the LORD—but the LORD was not in the wind; after the wind, an earthquake—but the LORD was not in the earthquake; after the earthquake, fire—but the LORD was not in the fire; after the fire, a light silent sound.</w:t>
      </w:r>
    </w:p>
    <w:p>
      <w:r>
        <w:rPr>
          <w:b/>
          <w:color w:val="C2521A"/>
          <w:sz w:val="22"/>
        </w:rPr>
        <w:t>📗 約翰福音 10:27</w:t>
      </w:r>
    </w:p>
    <w:p>
      <w:pPr>
        <w:ind w:left="432"/>
      </w:pPr>
      <w:r>
        <w:rPr>
          <w:b/>
          <w:color w:val="197A73"/>
          <w:sz w:val="19"/>
        </w:rPr>
        <w:t>和合本：</w:t>
      </w:r>
      <w:r>
        <w:rPr>
          <w:sz w:val="19"/>
        </w:rPr>
        <w:t>我的羊聽我的聲音，我也認識他們，他們也跟着我。</w:t>
      </w:r>
    </w:p>
    <w:p>
      <w:pPr>
        <w:ind w:left="432"/>
      </w:pPr>
      <w:r>
        <w:rPr>
          <w:b/>
          <w:color w:val="197A73"/>
          <w:sz w:val="19"/>
        </w:rPr>
        <w:t>NIV：</w:t>
      </w:r>
      <w:r>
        <w:rPr>
          <w:sz w:val="19"/>
        </w:rPr>
        <w:t>My sheep listen to my voice; I know them, and they follow me.</w:t>
      </w:r>
    </w:p>
    <w:p>
      <w:pPr>
        <w:ind w:left="432"/>
      </w:pPr>
      <w:r>
        <w:rPr>
          <w:b/>
          <w:color w:val="2F6FBF"/>
          <w:sz w:val="19"/>
        </w:rPr>
        <w:t>思高本：</w:t>
      </w:r>
      <w:r>
        <w:rPr>
          <w:sz w:val="19"/>
        </w:rPr>
        <w:t>我的羊聽我的聲音，我也認識他們，他們也跟隨我。</w:t>
      </w:r>
    </w:p>
    <w:p>
      <w:pPr>
        <w:ind w:left="432"/>
      </w:pPr>
      <w:r>
        <w:rPr>
          <w:b/>
          <w:color w:val="2F6FBF"/>
          <w:sz w:val="19"/>
        </w:rPr>
        <w:t>NABRE：</w:t>
      </w:r>
      <w:r>
        <w:rPr>
          <w:sz w:val="19"/>
        </w:rPr>
        <w:t>My sheep hear my voice; I know them, and they follow me.</w:t>
      </w:r>
    </w:p>
    <w:p>
      <w:r>
        <w:rPr>
          <w:b/>
          <w:color w:val="C2521A"/>
          <w:sz w:val="22"/>
        </w:rPr>
        <w:t>📗 詩篇 46:10</w:t>
      </w:r>
    </w:p>
    <w:p>
      <w:pPr>
        <w:ind w:left="432"/>
      </w:pPr>
      <w:r>
        <w:rPr>
          <w:b/>
          <w:color w:val="197A73"/>
          <w:sz w:val="19"/>
        </w:rPr>
        <w:t>和合本：</w:t>
      </w:r>
      <w:r>
        <w:rPr>
          <w:sz w:val="19"/>
        </w:rPr>
        <w:t>你們要休息，要知道我是神！我必在外邦中被尊崇，在遍地上也被尊崇。</w:t>
      </w:r>
    </w:p>
    <w:p>
      <w:pPr>
        <w:ind w:left="432"/>
      </w:pPr>
      <w:r>
        <w:rPr>
          <w:b/>
          <w:color w:val="197A73"/>
          <w:sz w:val="19"/>
        </w:rPr>
        <w:t>NIV：</w:t>
      </w:r>
      <w:r>
        <w:rPr>
          <w:sz w:val="19"/>
        </w:rPr>
        <w:t>He says, “Be still, and know that I am God; I will be exalted among the nations, I will be exalted in the earth.”</w:t>
      </w:r>
    </w:p>
    <w:p>
      <w:pPr>
        <w:ind w:left="432"/>
      </w:pPr>
      <w:r>
        <w:rPr>
          <w:b/>
          <w:color w:val="2F6FBF"/>
          <w:sz w:val="19"/>
        </w:rPr>
        <w:t>思高本：</w:t>
      </w:r>
      <w:r>
        <w:rPr>
          <w:sz w:val="19"/>
        </w:rPr>
        <w:t>你們要停手！應承認我是天主，是萬民的至尊，是大地的至尊。（思高本編為 46:11）</w:t>
      </w:r>
    </w:p>
    <w:p>
      <w:pPr>
        <w:ind w:left="432"/>
      </w:pPr>
      <w:r>
        <w:rPr>
          <w:b/>
          <w:color w:val="2F6FBF"/>
          <w:sz w:val="19"/>
        </w:rPr>
        <w:t>NABRE：</w:t>
      </w:r>
      <w:r>
        <w:rPr>
          <w:sz w:val="19"/>
        </w:rPr>
        <w:t>“Be still and know that I am God! I am exalted among the nations, exalted on the earth.” (NABRE Ps 46:11)</w:t>
      </w:r>
    </w:p>
    <w:p>
      <w:r>
        <w:t>＿＿＿＿＿＿＿＿＿＿＿＿＿＿＿＿＿＿＿＿＿＿＿＿＿＿＿＿＿＿＿＿＿＿＿＿＿＿＿＿＿＿</w:t>
      </w:r>
    </w:p>
    <w:p>
      <w:r>
        <w:t>＿＿＿＿＿＿＿＿＿＿＿＿＿＿＿＿＿＿＿＿＿＿＿＿＿＿＿＿＿＿＿＿＿＿＿＿＿＿＿＿＿＿</w:t>
      </w:r>
    </w:p>
    <w:p>
      <w:r>
        <w:t>＿＿＿＿＿＿＿＿＿＿＿＿＿＿＿＿＿＿＿＿＿＿＿＿＿＿＿＿＿＿＿＿＿＿＿＿＿＿＿＿＿＿</w:t>
      </w:r>
    </w:p>
    <w:p>
      <w:r>
        <w:rPr>
          <w:b/>
          <w:color w:val="142A4A"/>
          <w:sz w:val="30"/>
        </w:rPr>
        <w:t>站 3 · 小組分享 + 與老師同禱</w:t>
      </w:r>
    </w:p>
    <w:p>
      <w:r>
        <w:rPr>
          <w:b w:val="0"/>
          <w:i w:val="0"/>
          <w:sz w:val="21"/>
        </w:rPr>
        <w:t>我想請老師 / 同學為我代禱的事:</w:t>
      </w:r>
    </w:p>
    <w:p>
      <w:r>
        <w:t>＿＿＿＿＿＿＿＿＿＿＿＿＿＿＿＿＿＿＿＿＿＿＿＿＿＿＿＿＿＿＿＿＿＿＿＿＿＿＿＿＿＿</w:t>
      </w:r>
    </w:p>
    <w:p>
      <w:r>
        <w:t>＿＿＿＿＿＿＿＿＿＿＿＿＿＿＿＿＿＿＿＿＿＿＿＿＿＿＿＿＿＿＿＿＿＿＿＿＿＿＿＿＿＿</w:t>
      </w:r>
    </w:p>
    <w:p>
      <w:r>
        <w:rPr>
          <w:b/>
          <w:color w:val="142A4A"/>
          <w:sz w:val="30"/>
        </w:rPr>
        <w:t>站 4 · 微小的聲音:回應 + 見證（功課）</w:t>
      </w:r>
    </w:p>
    <w:p>
      <w:r>
        <w:rPr>
          <w:b/>
          <w:i w:val="0"/>
          <w:sz w:val="21"/>
        </w:rPr>
        <w:t>① 短片(youtu.be/KLlqMj-_9FE)在講甚麼?用 1–2 句總結:</w:t>
      </w:r>
    </w:p>
    <w:p>
      <w:r>
        <w:t>＿＿＿＿＿＿＿＿＿＿＿＿＿＿＿＿＿＿＿＿＿＿＿＿＿＿＿＿＿＿＿＿＿＿＿＿＿＿＿＿＿＿</w:t>
      </w:r>
    </w:p>
    <w:p>
      <w:r>
        <w:t>＿＿＿＿＿＿＿＿＿＿＿＿＿＿＿＿＿＿＿＿＿＿＿＿＿＿＿＿＿＿＿＿＿＿＿＿＿＿＿＿＿＿</w:t>
      </w:r>
    </w:p>
    <w:p>
      <w:r>
        <w:rPr>
          <w:b/>
          <w:i w:val="0"/>
          <w:sz w:val="21"/>
        </w:rPr>
        <w:t>② 今日神向我說的『微小的聲音』是:</w:t>
      </w:r>
    </w:p>
    <w:p>
      <w:r>
        <w:t>＿＿＿＿＿＿＿＿＿＿＿＿＿＿＿＿＿＿＿＿＿＿＿＿＿＿＿＿＿＿＿＿＿＿＿＿＿＿＿＿＿＿</w:t>
      </w:r>
    </w:p>
    <w:p>
      <w:r>
        <w:t>＿＿＿＿＿＿＿＿＿＿＿＿＿＿＿＿＿＿＿＿＿＿＿＿＿＿＿＿＿＿＿＿＿＿＿＿＿＿＿＿＿＿</w:t>
      </w:r>
    </w:p>
    <w:p>
      <w:r>
        <w:rPr>
          <w:b/>
          <w:i w:val="0"/>
          <w:sz w:val="21"/>
        </w:rPr>
        <w:t>③ 我的見證(神曾如何向我說話 / 帶領,可選):</w:t>
      </w:r>
    </w:p>
    <w:p>
      <w:r>
        <w:t>＿＿＿＿＿＿＿＿＿＿＿＿＿＿＿＿＿＿＿＿＿＿＿＿＿＿＿＿＿＿＿＿＿＿＿＿＿＿＿＿＿＿</w:t>
      </w:r>
    </w:p>
    <w:p>
      <w:r>
        <w:t>＿＿＿＿＿＿＿＿＿＿＿＿＿＿＿＿＿＿＿＿＿＿＿＿＿＿＿＿＿＿＿＿＿＿＿＿＿＿＿＿＿＿</w:t>
      </w:r>
    </w:p>
    <w:p>
      <w:r>
        <w:rPr>
          <w:b/>
          <w:color w:val="142A4A"/>
          <w:sz w:val="30"/>
        </w:rPr>
        <w:t>跟進:靈修 + 敬拜（兩個聆聽神的途徑）</w:t>
      </w:r>
    </w:p>
    <w:p>
      <w:r>
        <w:rPr>
          <w:sz w:val="21"/>
        </w:rPr>
        <w:t xml:space="preserve">① 靈修 Devotion —《如何聆聽神的聲音》10 日靈修: </w:t>
      </w:r>
      <w:hyperlink r:id="rId9">
        <w:r>
          <w:rPr>
            <w:color w:val="1155CC"/>
            <w:u w:val="single"/>
            <w:sz w:val="21"/>
          </w:rPr>
          <w:t>reclaim2k.org/voice_of_god</w:t>
        </w:r>
      </w:hyperlink>
    </w:p>
    <w:p>
      <w:r>
        <w:rPr>
          <w:sz w:val="21"/>
        </w:rPr>
        <w:t xml:space="preserve">② 敬拜 Worship — App「🎵 AI 詩歌 · 敬拜頻道」聽敬拜詩歌,在音樂中親近神: </w:t>
      </w:r>
      <w:hyperlink r:id="rId10">
        <w:r>
          <w:rPr>
            <w:color w:val="1155CC"/>
            <w:u w:val="single"/>
            <w:sz w:val="21"/>
          </w:rPr>
          <w:t>app.reclaim2k.org</w:t>
        </w:r>
      </w:hyperlink>
    </w:p>
    <w:p>
      <w:r>
        <w:rPr>
          <w:b w:val="0"/>
          <w:i w:val="0"/>
          <w:sz w:val="21"/>
        </w:rPr>
        <w:t>我承諾未來 ___ 天,每日用靈修計劃或敬拜詩歌安靜聆聽神,並記錄我所聽見的。</w:t>
      </w:r>
    </w:p>
    <w:p>
      <w:r>
        <w:rPr>
          <w:sz w:val="21"/>
        </w:rPr>
        <w:t>簽名 Signed: 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TC" w:hAnsi="Noto Sans T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eclaim2k.org/voice_of_god" TargetMode="External"/><Relationship Id="rId10" Type="http://schemas.openxmlformats.org/officeDocument/2006/relationships/hyperlink" Target="https://app.reclaim2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