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E3A5F"/>
          <w:sz w:val="24"/>
        </w:rPr>
        <w:t>Reclaim2k Secondary School   [ 貴校請填上校名 · replace with your school name ]</w:t>
      </w:r>
    </w:p>
    <w:p>
      <w:pPr>
        <w:jc w:val="center"/>
      </w:pPr>
      <w:r>
        <w:rPr>
          <w:color w:val="666666"/>
          <w:sz w:val="18"/>
        </w:rPr>
        <w:t>Reclaim2K「AI 聖經課程」· 信心偉人堂 Hall of Faith</w:t>
      </w:r>
    </w:p>
    <w:p>
      <w:pPr>
        <w:jc w:val="center"/>
      </w:pPr>
      <w:r>
        <w:rPr>
          <w:b/>
          <w:color w:val="A8791F"/>
          <w:sz w:val="36"/>
        </w:rPr>
        <w:t>學生工作紙 Student Worksheet</w:t>
      </w:r>
    </w:p>
    <w:p>
      <w:pPr>
        <w:jc w:val="center"/>
      </w:pPr>
      <w:r>
        <w:rPr>
          <w:color w:val="666666"/>
          <w:sz w:val="21"/>
        </w:rPr>
        <w:t>Your Way's Better × 亞伯拉罕 — 我的信心之旅</w:t>
      </w:r>
    </w:p>
    <w:p>
      <w:r>
        <w:rPr>
          <w:color w:val="666666"/>
        </w:rPr>
        <w:t>------------------------------------------------------------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姓名 Name：____________</w:t>
            </w:r>
          </w:p>
        </w:tc>
        <w:tc>
          <w:tcPr>
            <w:tcW w:type="dxa" w:w="2880"/>
          </w:tcPr>
          <w:p>
            <w:r>
              <w:t>班別 Class：________</w:t>
            </w:r>
          </w:p>
        </w:tc>
        <w:tc>
          <w:tcPr>
            <w:tcW w:type="dxa" w:w="2880"/>
          </w:tcPr>
          <w:p>
            <w:r>
              <w:t>日期 Date：________</w:t>
            </w:r>
          </w:p>
        </w:tc>
      </w:tr>
    </w:tbl>
    <w:p/>
    <w:p>
      <w:r>
        <w:rPr>
          <w:i/>
          <w:color w:val="1E3A5F"/>
          <w:sz w:val="22"/>
        </w:rPr>
        <w:t>開場金句 · 希伯來書 12:1-2：「放下各樣的重擔……奔那擺在我們前頭的路程，仰望為我們信心創始成終的耶穌。」</w:t>
      </w:r>
    </w:p>
    <w:p>
      <w:pPr>
        <w:spacing w:after="100"/>
      </w:pPr>
      <w:r>
        <w:rPr>
          <w:b/>
          <w:color w:val="1E3A5F"/>
          <w:sz w:val="30"/>
        </w:rPr>
        <w:t>1. 認識 Forrest Frank</w:t>
      </w:r>
    </w:p>
    <w:p>
      <w:r>
        <w:rPr>
          <w:i w:val="0"/>
          <w:sz w:val="22"/>
        </w:rPr>
        <w:t>美國歌手，曾以組合 Surfaces 大紅（2020〈Sunday Best〉），後轉向做「日常又好聽」的基督教音樂，把敬拜帶進沙灘、健身房與 TikTok。</w:t>
      </w:r>
    </w:p>
    <w:p>
      <w:pPr>
        <w:spacing w:after="100"/>
      </w:pPr>
      <w:r>
        <w:rPr>
          <w:b/>
          <w:color w:val="1E3A5F"/>
          <w:sz w:val="26"/>
        </w:rPr>
        <w:t>2. 他的見證 His Testimony</w:t>
      </w:r>
    </w:p>
    <w:p>
      <w:r>
        <w:rPr>
          <w:i w:val="0"/>
          <w:sz w:val="22"/>
        </w:rPr>
        <w:t>Forrest Frank 最初以組合 Surfaces 爆紅（2020〈Sunday Best〉）。他自幼在德州基督教家庭長大，卻在 Baylor 大學時期一度遠離信仰、受焦慮困擾；一次校旁教會聚會令他重遇神。在 Surfaces 事業高峰，他和太太感到神叫他們向大量商業機會「說不」——就在那安靜的季節，他寫出〈Your Way's Better〉。他甚至宣布不再領取業界獎項，只為榮耀耶穌。（他亦曾見證從斷背中神蹟般康復——「神看顧我」。）</w:t>
      </w:r>
    </w:p>
    <w:p>
      <w:r>
        <w:rPr>
          <w:i/>
          <w:color w:val="666666"/>
          <w:sz w:val="20"/>
        </w:rPr>
        <w:t>Forrest Frank first rose to fame as one half of the indie-pop duo Surfaces (2020 hit “Sunday Best”). Raised in a Christian home in Texas, he drifted at Baylor University, struggling with anxiety; a church service near campus renewed his faith. At the peak of Surfaces, he and his wife felt God prompting them to say “no” to major opportunities — and in that quiet season he wrote “Your Way's Better.” His solo album Child of God topped the Billboard Christian chart; he stopped accepting industry awards, to glorify Jesus alone. He also testifies to a miraculous recovery from a broken back (“God's Got My Back”).</w:t>
      </w:r>
    </w:p>
    <w:p>
      <w:r>
        <w:rPr>
          <w:i w:val="0"/>
          <w:sz w:val="22"/>
        </w:rPr>
        <w:t>他的見證，哪一部分最觸動你？為甚麼？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spacing w:after="100"/>
      </w:pPr>
      <w:r>
        <w:rPr>
          <w:b/>
          <w:color w:val="1E3A5F"/>
          <w:sz w:val="26"/>
        </w:rPr>
        <w:t>3. 主打歌〈Your Way's Better〉</w:t>
      </w:r>
    </w:p>
    <w:p>
      <w:r>
        <w:rPr>
          <w:i w:val="0"/>
          <w:sz w:val="22"/>
        </w:rPr>
        <w:t>副歌金句（節錄 excerpt，版權屬 Forrest Frank）：</w:t>
      </w:r>
    </w:p>
    <w:p>
      <w:pPr>
        <w:ind w:left="432"/>
      </w:pPr>
      <w:r>
        <w:rPr>
          <w:i/>
        </w:rPr>
        <w:t>“I searched the world 'til my head hurt … just to find out Your way's better.”</w:t>
      </w:r>
    </w:p>
    <w:p>
      <w:pPr>
        <w:ind w:left="432"/>
      </w:pPr>
      <w:r>
        <w:rPr>
          <w:b/>
        </w:rPr>
        <w:t>「我踏遍全世界，直到頭都痛……先發現，原來祢的道路更美好。」</w:t>
      </w:r>
    </w:p>
    <w:p>
      <w:r>
        <w:rPr>
          <w:i w:val="0"/>
          <w:sz w:val="22"/>
        </w:rPr>
        <w:t>你在世界尋找甚麼來令自己開心 / 被接納？（例如：like 數、潮流、完美）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spacing w:after="100"/>
      </w:pPr>
      <w:r>
        <w:rPr>
          <w:b/>
          <w:color w:val="1E3A5F"/>
          <w:sz w:val="26"/>
        </w:rPr>
        <w:t>4. 這首歌為何爆紅 · Why so viral?</w:t>
      </w:r>
    </w:p>
    <w:p>
      <w:r>
        <w:rPr>
          <w:i w:val="0"/>
          <w:sz w:val="22"/>
        </w:rPr>
        <w:t>一個真誠禱告變成好聽又好跳的歌（3 小時寫成）；David Myers &amp; Bridgette Nicole 編舞，紅遍 TikTok（25 萬+ 影片）。成績：Billboard Hot 100 #61、#1 Hot Christian Songs、RIAA 金唱片（2025）、Dove 年度歌曲 + 年度藝人、官方 Lyric 片 70M+ 觀看。核心＝把控制權交給神——正對應歌詞，也與亞伯拉罕的信心一脈相承。</w:t>
      </w:r>
    </w:p>
    <w:p>
      <w:r>
        <w:rPr>
          <w:i/>
          <w:color w:val="666666"/>
          <w:sz w:val="20"/>
        </w:rPr>
        <w:t>真實見證/反應（回家跟進，請先得老師預覽）：YouTube 搜尋『Your Way's Better testimony / reaction』；『God's Got My Back』（Forrest 斷背康復見證）。</w:t>
      </w:r>
    </w:p>
    <w:p>
      <w:pPr>
        <w:spacing w:after="100"/>
      </w:pPr>
      <w:r>
        <w:rPr>
          <w:b/>
          <w:color w:val="1E3A5F"/>
          <w:sz w:val="26"/>
        </w:rPr>
        <w:t>5. 聖經：亞伯拉罕的信心 Abraham</w:t>
      </w:r>
    </w:p>
    <w:p>
      <w:r>
        <w:rPr>
          <w:i w:val="0"/>
          <w:sz w:val="22"/>
        </w:rPr>
        <w:t>讀 創世記 12:1-4 — 神叫亞伯蘭離開本地、本族、父家，往「我所要指示你的地」去（沒有 GPS，只有應許）。</w:t>
      </w:r>
    </w:p>
    <w:p>
      <w:r>
        <w:rPr>
          <w:i w:val="0"/>
          <w:sz w:val="22"/>
        </w:rPr>
        <w:t>讀 創世記 15:5-6 — 神叫他數點星宿；「亞伯蘭信耶和華，耶和華就以此為他的義。」</w:t>
      </w:r>
    </w:p>
    <w:p>
      <w:r>
        <w:rPr>
          <w:b/>
        </w:rPr>
        <w:t>金句（創 15:6）：</w:t>
      </w:r>
      <w:r>
        <w:t xml:space="preserve"> 「亞伯蘭信耶和華，耶和華就以此為他的義。」 / “Abram believed the LORD, and he credited it to him as righteousness.”</w:t>
      </w:r>
    </w:p>
    <w:p>
      <w:r>
        <w:rPr>
          <w:i w:val="0"/>
          <w:sz w:val="22"/>
        </w:rPr>
        <w:t>翻查你的聖經，抄下 創世記 12:1（你採用的版本；和合本 / 思高 / NIV / NABRE）：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pPr>
        <w:spacing w:after="100"/>
      </w:pPr>
      <w:r>
        <w:rPr>
          <w:b/>
          <w:color w:val="C02B6B"/>
          <w:sz w:val="26"/>
        </w:rPr>
        <w:t>6. Instagram 挑戰（合法版）· #YourWaysBetterChallenge</w:t>
      </w:r>
    </w:p>
    <w:p>
      <w:r>
        <w:rPr>
          <w:i w:val="0"/>
          <w:sz w:val="22"/>
        </w:rPr>
        <w:t>想公開你的舞？最簡單又合法的方法：用 Instagram 內置音樂庫（Meta 有整體授權），在個人、非商業的 Reel 安全使用〈Your Way's Better〉。</w:t>
      </w:r>
    </w:p>
    <w:p>
      <w:pPr>
        <w:pStyle w:val="ListBullet"/>
      </w:pPr>
      <w:r>
        <w:t>開 Instagram → ＋ → Reel，錄低你的舞。</w:t>
      </w:r>
    </w:p>
    <w:p>
      <w:pPr>
        <w:pStyle w:val="ListBullet"/>
      </w:pPr>
      <w:r>
        <w:t>撳 音樂/Audio 🎵 → 搜尋「Your Way's Better · Forrest Frank」→ 加入。</w:t>
      </w:r>
    </w:p>
    <w:p>
      <w:pPr>
        <w:pStyle w:val="ListBullet"/>
      </w:pPr>
      <w:r>
        <w:t>發佈，加 #YourWaysBetterChallenge，tag 朋友/老師（可設 close friends）。</w:t>
      </w:r>
    </w:p>
    <w:p>
      <w:r>
        <w:rPr>
          <w:i/>
          <w:color w:val="666666"/>
          <w:sz w:val="20"/>
        </w:rPr>
        <w:t>⚠️ 先問家長/監護人與老師；只作個人非商業用途；不透露個人資料；保持得體；用內置音樂庫，不要自己上載整首歌。</w:t>
      </w:r>
    </w:p>
    <w:p>
      <w:pPr>
        <w:spacing w:after="100"/>
      </w:pPr>
      <w:r>
        <w:rPr>
          <w:b/>
          <w:color w:val="A8791F"/>
          <w:sz w:val="26"/>
        </w:rPr>
        <w:t>7. 我的信心行動計劃 My Faith Action Plan</w:t>
      </w:r>
    </w:p>
    <w:p>
      <w:r>
        <w:rPr>
          <w:i w:val="0"/>
          <w:sz w:val="22"/>
        </w:rPr>
        <w:t>神的話啟發我的行動：像亞伯拉罕（創 12）——離開一個「吾珥」（一個你不斷回去的習慣/舒適）：</w:t>
      </w:r>
    </w:p>
    <w:p>
      <w:r>
        <w:t>我要離開 / I will leave：____________________________________________________________</w:t>
      </w:r>
    </w:p>
    <w:p>
      <w:r>
        <w:rPr>
          <w:i w:val="0"/>
          <w:sz w:val="22"/>
        </w:rPr>
        <w:t>像亞伯拉罕（創 15）——緊握一個你未看見的應許：</w:t>
      </w:r>
    </w:p>
    <w:p>
      <w:r>
        <w:t>我緊握的應許：____________________________________________________________</w:t>
      </w:r>
    </w:p>
    <w:p>
      <w:r>
        <w:rPr>
          <w:i w:val="0"/>
          <w:sz w:val="22"/>
        </w:rPr>
        <w:t>跳舞只是其中一種方式。選一個創意方式（或自己想一個）：</w:t>
      </w:r>
    </w:p>
    <w:p>
      <w:r>
        <w:t>[ ] 🙏 為 __________ 的得救禱告，並找機會分享福音</w:t>
      </w:r>
    </w:p>
    <w:p>
      <w:r>
        <w:t>[ ] 🎨 創作一首歌 / 一幅畫獻給神：__________</w:t>
      </w:r>
    </w:p>
    <w:p>
      <w:r>
        <w:t>[ ] 📱 拍一條 reel 分享我的信心</w:t>
      </w:r>
    </w:p>
    <w:p>
      <w:r>
        <w:t>[ ] 🤝 服侍 / 幫助 __________</w:t>
      </w:r>
    </w:p>
    <w:p>
      <w:r>
        <w:t>[ ] 💬 與 __________ 分享「祢的道路更美好」</w:t>
      </w:r>
    </w:p>
    <w:p>
      <w:r>
        <w:t>[ ] ✝️ 邀請 __________ 回教會 / 團契</w:t>
      </w:r>
    </w:p>
    <w:p>
      <w:r>
        <w:t>[ ] 📖 背熟希伯來書 12:1-2 / 創世記 15:6</w:t>
      </w:r>
    </w:p>
    <w:p>
      <w:r>
        <w:t>[ ] ❤️ 為 __________ 做一件善事</w:t>
      </w:r>
    </w:p>
    <w:p>
      <w:r>
        <w:t>[ ] 🎥 錄下〈Your Way's Better〉舞蹈交老師（換驚喜！）</w:t>
      </w:r>
    </w:p>
    <w:p>
      <w:r>
        <w:t>[ ] 其他 Other：__________</w:t>
      </w:r>
    </w:p>
    <w:p>
      <w:r>
        <w:t>我會在（日期）__________ 之前完成，並告訴（老師/朋友）__________。</w:t>
      </w:r>
    </w:p>
    <w:p>
      <w:pPr>
        <w:spacing w:after="100"/>
      </w:pPr>
      <w:r>
        <w:rPr>
          <w:b/>
          <w:color w:val="A8791F"/>
          <w:sz w:val="26"/>
        </w:rPr>
        <w:t>8. 結束禱告 Closing Prayer</w:t>
      </w:r>
    </w:p>
    <w:p>
      <w:pPr>
        <w:ind w:left="432"/>
      </w:pPr>
      <w:r>
        <w:rPr>
          <w:i/>
        </w:rPr>
        <w:t>「主耶穌，多謝祢像帶領亞伯拉罕一樣帶領我。今日我對祢說：祢的道路更美好。求祢幫我放下各樣的重擔，奔那擺在我前頭的路程，仰望祢——我信心創始成終的主。給我勇氣像亞伯拉罕與無數信心前輩，踏出一步跟隨祢。把 __________ 交給祢。奉主耶穌的名求，阿們。」（希伯來書 12:1-2）</w:t>
      </w:r>
    </w:p>
    <w:p>
      <w:r>
        <w:rPr>
          <w:i w:val="0"/>
          <w:sz w:val="22"/>
        </w:rPr>
        <w:t>我自己的禱告 My own prayer：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color w:val="666666"/>
        </w:rPr>
        <w:t>------------------------------------------------------------</w:t>
      </w:r>
    </w:p>
    <w:p>
      <w:r>
        <w:rPr>
          <w:i/>
          <w:color w:val="666666"/>
          <w:sz w:val="18"/>
        </w:rPr>
        <w:t>參考：Your Way's Better / Forrest Frank — Wikipedia；Billboard；Christianity Daily。見證以公開資料整理，請老師先預覽。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