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E3A5F"/>
          <w:sz w:val="24"/>
        </w:rPr>
        <w:t>Reclaim2k Secondary School   [ 貴校請填上校名 · replace with your school name ]</w:t>
      </w:r>
    </w:p>
    <w:p>
      <w:pPr>
        <w:jc w:val="center"/>
      </w:pPr>
      <w:r>
        <w:rPr>
          <w:color w:val="666666"/>
          <w:sz w:val="18"/>
        </w:rPr>
        <w:t>Reclaim2K「AI 聖經課程」· 信心偉人堂 Hall of Faith</w:t>
      </w:r>
    </w:p>
    <w:p>
      <w:pPr>
        <w:jc w:val="center"/>
      </w:pPr>
      <w:r>
        <w:rPr>
          <w:b/>
          <w:color w:val="A8791F"/>
          <w:sz w:val="36"/>
        </w:rPr>
        <w:t>教學計劃 Teaching Plan</w:t>
      </w:r>
    </w:p>
    <w:p>
      <w:pPr>
        <w:jc w:val="center"/>
      </w:pPr>
      <w:r>
        <w:rPr>
          <w:color w:val="666666"/>
          <w:sz w:val="21"/>
        </w:rPr>
        <w:t>信心偉人堂 · 第一課（亞伯拉罕）+ 第二課（Forrest Frank ×〈Your Way's Better〉）</w:t>
      </w:r>
    </w:p>
    <w:p>
      <w:r>
        <w:rPr>
          <w:color w:val="666666"/>
        </w:rPr>
        <w:t>------------------------------------------------------------</w:t>
      </w:r>
    </w:p>
    <w:p>
      <w:r>
        <w:rPr>
          <w:i/>
          <w:color w:val="1E3A5F"/>
          <w:sz w:val="22"/>
        </w:rPr>
        <w:t>開場與結束金句 Framing verse — 希伯來書 12:1-2（Hebrews 12:1-2）：「放下各樣的重擔……奔那擺在我們前頭的路程，仰望為我們信心創始成終的耶穌。」（動畫以此為始為終。）</w:t>
      </w:r>
    </w:p>
    <w:p>
      <w:pPr>
        <w:spacing w:after="100"/>
      </w:pPr>
      <w:r>
        <w:rPr>
          <w:b/>
          <w:color w:val="1E3A5F"/>
          <w:sz w:val="30"/>
        </w:rPr>
        <w:t>課程資料 Course Info</w:t>
      </w:r>
    </w:p>
    <w:p>
      <w:r>
        <w:rPr>
          <w:b/>
        </w:rPr>
        <w:t>科目：</w:t>
      </w:r>
      <w:r>
        <w:t>宗教教育 / 週會 / 團契</w:t>
      </w:r>
    </w:p>
    <w:p>
      <w:r>
        <w:rPr>
          <w:b/>
        </w:rPr>
        <w:t>對象：</w:t>
      </w:r>
      <w:r>
        <w:t>中一至中六 F.1–F.6（可調）</w:t>
      </w:r>
    </w:p>
    <w:p>
      <w:r>
        <w:rPr>
          <w:b/>
        </w:rPr>
        <w:t>時間：</w:t>
      </w:r>
      <w:r>
        <w:t>每課 40–50 分鐘</w:t>
      </w:r>
    </w:p>
    <w:p>
      <w:r>
        <w:rPr>
          <w:b/>
        </w:rPr>
        <w:t>形式：</w:t>
      </w:r>
      <w:r>
        <w:t>AI 互動聖經劇 + 體感（MediaPipe 全身動作）+ 投影互動</w:t>
      </w:r>
    </w:p>
    <w:p>
      <w:r>
        <w:rPr>
          <w:b/>
        </w:rPr>
        <w:t>器材：</w:t>
      </w:r>
      <w:r>
        <w:t>投影機、連鏡頭裝置、網絡</w:t>
      </w:r>
    </w:p>
    <w:p>
      <w:pPr>
        <w:spacing w:after="100"/>
      </w:pPr>
      <w:r>
        <w:rPr>
          <w:b/>
          <w:color w:val="1E3A5F"/>
          <w:sz w:val="26"/>
        </w:rPr>
        <w:t>網頁課程 Web lessons</w:t>
      </w:r>
    </w:p>
    <w:p>
      <w:pPr>
        <w:pStyle w:val="ListBullet"/>
      </w:pPr>
      <w:r>
        <w:t>第一課：reclaim2k.org/walk-with-faith-heroes（亞伯拉罕）</w:t>
      </w:r>
    </w:p>
    <w:p>
      <w:pPr>
        <w:pStyle w:val="ListBullet"/>
      </w:pPr>
      <w:r>
        <w:t>第二課：reclaim2k.org/faith-dance-sing（Your Way's Better）</w:t>
      </w:r>
    </w:p>
    <w:p>
      <w:r>
        <w:rPr>
          <w:i/>
          <w:color w:val="666666"/>
          <w:sz w:val="20"/>
        </w:rPr>
        <w:t>兩課都有：投影模式（學生輸入即時上牆）、經文四版本切換（和合本 / NIV / 思高 / NABRE = 基督教·天主教·中英）、🔧 校準與自我測試、以及「手動確認」後備。</w:t>
      </w:r>
    </w:p>
    <w:p>
      <w:pPr>
        <w:spacing w:after="100"/>
      </w:pPr>
      <w:r>
        <w:rPr>
          <w:b/>
          <w:color w:val="1E3A5F"/>
          <w:sz w:val="30"/>
        </w:rPr>
        <w:t>學習目標 Objectives</w:t>
      </w:r>
    </w:p>
    <w:p>
      <w:pPr>
        <w:pStyle w:val="ListBullet"/>
      </w:pPr>
      <w:r>
        <w:t>知識：亞伯拉罕的信心（創 12、15）與希伯來書 12:1-2「信心接力賽」。</w:t>
      </w:r>
    </w:p>
    <w:p>
      <w:pPr>
        <w:pStyle w:val="ListBullet"/>
      </w:pPr>
      <w:r>
        <w:t>技巧：用全身動作（高舉雙手、交叉→打開、T 字展翅）表達並記憶信心。</w:t>
      </w:r>
    </w:p>
    <w:p>
      <w:pPr>
        <w:pStyle w:val="ListBullet"/>
      </w:pPr>
      <w:r>
        <w:t>態度：像亞伯拉罕與 Forrest Frank，對神說「祢的道路更美好」，踏出一步。</w:t>
      </w:r>
    </w:p>
    <w:p>
      <w:r>
        <w:rPr>
          <w:color w:val="666666"/>
        </w:rPr>
        <w:t>------------------------------------------------------------</w:t>
      </w:r>
    </w:p>
    <w:p>
      <w:pPr>
        <w:spacing w:after="100"/>
      </w:pPr>
      <w:r>
        <w:rPr>
          <w:b/>
          <w:color w:val="1E3A5F"/>
          <w:sz w:val="26"/>
        </w:rPr>
        <w:t>第二課流程 Lesson 2 — Faith Dances &amp; Sings</w:t>
      </w:r>
    </w:p>
    <w:p>
      <w:r>
        <w:rPr>
          <w:b/>
        </w:rPr>
        <w:t xml:space="preserve">• 導入 5'  </w:t>
      </w:r>
      <w:r>
        <w:t>蒙眼藍圖；帶出「我們以為能自己規劃人生」。</w:t>
      </w:r>
    </w:p>
    <w:p>
      <w:r>
        <w:rPr>
          <w:b/>
        </w:rPr>
        <w:t xml:space="preserve">• 主打歌 8'  </w:t>
      </w:r>
      <w:r>
        <w:t>播〈Your Way's Better〉MV；一個變成旋律的禱告，3 小時寫成。</w:t>
      </w:r>
    </w:p>
    <w:p>
      <w:r>
        <w:rPr>
          <w:b/>
        </w:rPr>
        <w:t xml:space="preserve">• 三個全身動作（體感）12'  </w:t>
      </w:r>
      <w:r>
        <w:t>① 高舉雙手 Arms to Heaven（全臂向天）；② 交叉→打開 Cross→Open（交託）；③ T 字展翅 Wings out（放下重擔，希 12:1）。附「▶ 播放音樂」按鈕，邊聽邊跟住跳。</w:t>
      </w:r>
    </w:p>
    <w:p>
      <w:r>
        <w:rPr>
          <w:b/>
        </w:rPr>
        <w:t xml:space="preserve">• 病毒舞步 5'  </w:t>
      </w:r>
      <w:r>
        <w:t>David Myers &amp; Bridgette Nicole 編舞；25 萬+ TikTok 片；給教學片連結。</w:t>
      </w:r>
    </w:p>
    <w:p>
      <w:r>
        <w:rPr>
          <w:b/>
        </w:rPr>
        <w:t xml:space="preserve">• Instagram 挑戰 4'  </w:t>
      </w:r>
      <w:r>
        <w:t>用 IG 內置音樂庫（Meta 整體授權）合法加〈Your Way's Better〉到個人 Reel；#YourWaysBetterChallenge；先問家長/老師。</w:t>
      </w:r>
    </w:p>
    <w:p>
      <w:r>
        <w:rPr>
          <w:b/>
        </w:rPr>
        <w:t xml:space="preserve">• 見證 + 影響 8'  </w:t>
      </w:r>
      <w:r>
        <w:t>Forrest 見證；#1 Hot Christian、Hot 100 #61、RIAA 金唱片、Dove 年度歌曲+藝人、Lyric 片 70M+；核心＝把控制交給神，對應歌詞與亞伯拉罕。真實見證連結（請先預覽）。</w:t>
      </w:r>
    </w:p>
    <w:p>
      <w:r>
        <w:rPr>
          <w:b/>
        </w:rPr>
        <w:t xml:space="preserve">• 大挑戰 + 結束禱告 6'  </w:t>
      </w:r>
      <w:r>
        <w:t>錄舞交老師換驚喜，或創意方式活出信心（為朋友得救禱告等）；結束禱告以希伯來書 12:1-2 作結。</w:t>
      </w:r>
    </w:p>
    <w:p>
      <w:r>
        <w:rPr>
          <w:color w:val="666666"/>
        </w:rPr>
        <w:t>------------------------------------------------------------</w:t>
      </w:r>
    </w:p>
    <w:p>
      <w:pPr>
        <w:spacing w:after="100"/>
      </w:pPr>
      <w:r>
        <w:rPr>
          <w:b/>
          <w:color w:val="1E3A5F"/>
          <w:sz w:val="30"/>
        </w:rPr>
        <w:t>評估與跟進 Assessment &amp; Follow-up</w:t>
      </w:r>
    </w:p>
    <w:p>
      <w:pPr>
        <w:pStyle w:val="ListBullet"/>
      </w:pPr>
      <w:r>
        <w:t>投影牆：收集全班回應與承諾（即時、匿名）。</w:t>
      </w:r>
    </w:p>
    <w:p>
      <w:pPr>
        <w:pStyle w:val="ListBullet"/>
      </w:pPr>
      <w:r>
        <w:t>大挑戰：錄下〈Your Way's Better〉舞蹈交老師 → 老師的驚喜獎勵；願意者以 IG 挑戰公開。</w:t>
      </w:r>
    </w:p>
    <w:p>
      <w:pPr>
        <w:pStyle w:val="ListBullet"/>
      </w:pPr>
      <w:r>
        <w:t>信心行動計劃（見學生工作紙）：一週後回收、分享。</w:t>
      </w:r>
    </w:p>
    <w:p>
      <w:pPr>
        <w:spacing w:after="100"/>
      </w:pPr>
      <w:r>
        <w:rPr>
          <w:b/>
          <w:color w:val="1E3A5F"/>
          <w:sz w:val="26"/>
        </w:rPr>
        <w:t>聖經根據 Scripture</w:t>
      </w:r>
    </w:p>
    <w:p>
      <w:r>
        <w:rPr>
          <w:i w:val="0"/>
          <w:sz w:val="22"/>
        </w:rPr>
        <w:t>希伯來書 12:1-2；創世記 12:1-4、15:5-6（重點 15:6）、22:1-14。經文請以貴校版本（和合本/思高/NIV/NABRE）逐字為準。</w:t>
      </w:r>
    </w:p>
    <w:p>
      <w:pPr>
        <w:spacing w:after="100"/>
      </w:pPr>
      <w:r>
        <w:rPr>
          <w:b/>
          <w:color w:val="1E3A5F"/>
          <w:sz w:val="26"/>
        </w:rPr>
        <w:t>版權與提示 Notes</w:t>
      </w:r>
    </w:p>
    <w:p>
      <w:r>
        <w:rPr>
          <w:i/>
          <w:color w:val="666666"/>
          <w:sz w:val="20"/>
        </w:rPr>
        <w:t>歌詞只作簡短節錄教學用途（版權屬 Forrest Frank）；IG 只用內置音樂庫、個人非商業用途；見證以公開資料整理（Wikipedia / Billboard / Christianity Daily 等），請老師先預覽再使用。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