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4204A"/>
          <w:sz w:val="30"/>
        </w:rPr>
        <w:t>信仰與科學：瀕死經驗　功課（一頁）</w:t>
      </w:r>
    </w:p>
    <w:p>
      <w:pPr>
        <w:jc w:val="center"/>
      </w:pPr>
      <w:r>
        <w:rPr>
          <w:color w:val="555066"/>
          <w:sz w:val="18"/>
        </w:rPr>
        <w:t>中五聖經科 · reclaim2k.org/nde</w:t>
      </w:r>
    </w:p>
    <w:p>
      <w:pPr>
        <w:ind w:left="0"/>
      </w:pPr>
      <w:r>
        <w:rPr>
          <w:b w:val="0"/>
          <w:sz w:val="20"/>
        </w:rPr>
        <w:t>姓名：＿＿＿＿＿＿＿＿　班別：＿＿＿　學號：＿＿＿　日期：＿＿＿＿＿＿</w:t>
      </w:r>
    </w:p>
    <w:p>
      <w:pPr>
        <w:ind w:left="0"/>
      </w:pPr>
      <w:r>
        <w:rPr>
          <w:b/>
          <w:sz w:val="20"/>
        </w:rPr>
        <w:t>A. 選看一段短片（老師已預覽；可只看老師指定的片段）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4535"/>
          </w:tcPr>
          <w:p>
            <w:r/>
            <w:r>
              <w:rPr>
                <w:b/>
                <w:sz w:val="18"/>
              </w:rPr>
              <w:t>短片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角度</w:t>
            </w:r>
          </w:p>
        </w:tc>
        <w:tc>
          <w:tcPr>
            <w:tcW w:type="dxa" w:w="2551"/>
          </w:tcPr>
          <w:p>
            <w:r/>
            <w:r>
              <w:rPr>
                <w:b/>
                <w:sz w:val="18"/>
              </w:rPr>
              <w:t>連結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8"/>
              </w:rPr>
              <w:t>《彼岸的真相》作者約翰‧柏克牧師專訪（中文）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基督徒研究者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youtu.be/EGFp9wWtsM4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8"/>
              </w:rPr>
              <w:t>「天堂經歷」是真的嗎？（香港歸正福音頻道，4 分鐘）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基督徒的提醒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youtu.be/8KT2NbGpeQo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8"/>
              </w:rPr>
              <w:t>A Cardiologist and Life after Death（van Lommel，英文）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醫學研究者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youtu.be/YJSv6oBpQoY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8"/>
              </w:rPr>
              <w:t>《柳葉刀研究：兩個真實個案》（Reclaim2K 原創）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前瞻研究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reclaim2k.org/nde</w:t>
            </w:r>
          </w:p>
        </w:tc>
      </w:tr>
    </w:tbl>
    <w:p>
      <w:pPr>
        <w:ind w:left="0"/>
      </w:pPr>
      <w:r>
        <w:rPr>
          <w:b/>
          <w:sz w:val="20"/>
        </w:rPr>
        <w:t>B. 回答</w:t>
      </w:r>
    </w:p>
    <w:p>
      <w:pPr>
        <w:ind w:left="0"/>
      </w:pPr>
      <w:r>
        <w:rPr>
          <w:b w:val="0"/>
          <w:sz w:val="19"/>
        </w:rPr>
        <w:t>1. 短片提出的主要論點是甚麼？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sz w:val="19"/>
        </w:rPr>
        <w:t>2. 它用了甚麼證據？這些證據屬「前瞻研究」、「回顧研究」，還是個人見證？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sz w:val="19"/>
        </w:rPr>
        <w:t>3. 用分辨三問評估：與聖經一致嗎？焦點是耶穌嗎？帶來愛與悔改嗎？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/>
          <w:sz w:val="20"/>
        </w:rPr>
        <w:t>C. 150 字短文：「瀕死經驗可以證明甚麼？不能證明甚麼？基督徒的盼望建基於甚麼？」（請引用一節經文，例如林前15:20 或 約11:25）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評分（只作鼓勵）：① 清楚分辨科學證據與信仰詮釋　② 公平地評估不同觀點　③ 以經文說明基督徒的盼望</w:t>
      </w:r>
    </w:p>
    <w:sectPr w:rsidR="00FC693F" w:rsidRPr="0006063C" w:rsidSect="00034616">
      <w:pgSz w:w="12240" w:h="15840"/>
      <w:pgMar w:top="635" w:right="794" w:bottom="635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Microsoft JhengHei" w:hAnsi="Microsoft JhengHei" w:eastAsia="Microsoft Jheng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