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b/>
          <w:i w:val="0"/>
          <w:color w:val="1F6E6E"/>
          <w:sz w:val="40"/>
        </w:rPr>
        <w:t>學生工作紙</w:t>
      </w:r>
    </w:p>
    <w:p>
      <w:pPr>
        <w:spacing w:after="80"/>
        <w:jc w:val="center"/>
      </w:pPr>
      <w:r>
        <w:rPr>
          <w:rFonts w:ascii="Calibri" w:hAnsi="Calibri"/>
          <w:b w:val="0"/>
          <w:i/>
          <w:color w:val="4C5A70"/>
          <w:sz w:val="28"/>
        </w:rPr>
        <w:t>Student Worksheet · My Walk with Peter</w:t>
      </w:r>
    </w:p>
    <w:p>
      <w:pPr>
        <w:spacing w:after="200"/>
        <w:jc w:val="center"/>
      </w:pPr>
      <w:r>
        <w:rPr>
          <w:rFonts w:ascii="Calibri" w:hAnsi="Calibri"/>
          <w:b w:val="0"/>
          <w:i w:val="0"/>
          <w:color w:val="4C5A70"/>
          <w:sz w:val="24"/>
        </w:rPr>
        <w:t>需要對照 × SHINE 敬拜曲創作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姓名 Name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_______________________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班別 Class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學號 Reg. No.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_______________________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組別 Group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組員 Group members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________________________________________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日期 Date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🎧 節一：聽示範歌《Walk with Jesus》  </w:t>
      </w:r>
      <w:r>
        <w:rPr>
          <w:rFonts w:ascii="Calibri" w:hAnsi="Calibri"/>
          <w:b/>
          <w:i/>
          <w:color w:val="4C5A70"/>
          <w:sz w:val="28"/>
        </w:rPr>
        <w:t>🎧 Lesson 1: Listen to the Demo Song "Walk with Jesus"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20"/>
        </w:rPr>
        <w:t>在你們自己動手用 Gemini／Suno 之前，先聽一首真正做出來的歌——這首歌來自我們學校聖經科「Run To Jesus」專題 J.A.M. a song with Jesus 活動，由老師 + AI 一起創作。</w:t>
      </w:r>
    </w:p>
    <w:p>
      <w:pPr>
        <w:spacing w:after="120"/>
      </w:pPr>
      <w:r>
        <w:rPr>
          <w:rFonts w:ascii="Calibri" w:hAnsi="Calibri"/>
          <w:b w:val="0"/>
          <w:i/>
          <w:color w:val="7C8496"/>
          <w:sz w:val="19"/>
        </w:rPr>
        <w:t>Before you touch Gemini/Suno yourselves, listen to a real finished song — from our own school's Bible-subject "Run To Jesus" activity, J.A.M. a song with Jesus, made by a teacher + AI.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10224"/>
      </w:tblGrid>
      <w:tr>
        <w:tc>
          <w:tcPr>
            <w:tcW w:type="dxa" w:w="10224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6"/>
              </w:rPr>
              <w:t>Walk with Jesus</w:t>
            </w:r>
            <w:r>
              <w:rPr>
                <w:rFonts w:ascii="Calibri" w:hAnsi="Calibri"/>
                <w:b w:val="0"/>
                <w:i w:val="0"/>
                <w:color w:val="4C5A70"/>
                <w:sz w:val="22"/>
              </w:rPr>
              <w:t xml:space="preserve">  ·  他們說祢聽得見</w:t>
            </w:r>
          </w:p>
          <w:p>
            <w:r>
              <w:rPr>
                <w:rFonts w:ascii="Calibri" w:hAnsi="Calibri"/>
                <w:b w:val="0"/>
                <w:i/>
                <w:color w:val="7C8496"/>
                <w:sz w:val="19"/>
              </w:rPr>
              <w:t>🔗 suno.com/s/t3PoIPxziS8mwEMN</w:t>
            </w:r>
          </w:p>
        </w:tc>
      </w:tr>
    </w:tbl>
    <w:p>
      <w:pPr>
        <w:spacing w:after="20"/>
      </w:pPr>
      <w:r>
        <w:rPr>
          <w:rFonts w:ascii="Calibri" w:hAnsi="Calibri"/>
          <w:b/>
          <w:i w:val="0"/>
          <w:color w:val="1F6E6E"/>
          <w:sz w:val="19"/>
        </w:rPr>
        <w:t>[Verse 1]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他們說祢 聽得見  </w:t>
      </w:r>
      <w:r>
        <w:rPr>
          <w:rFonts w:ascii="Calibri" w:hAnsi="Calibri"/>
          <w:b w:val="0"/>
          <w:i/>
          <w:color w:val="7C8496"/>
          <w:sz w:val="17"/>
        </w:rPr>
        <w:t>(They say You can hear)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可是天空 只有雲煙  </w:t>
      </w:r>
      <w:r>
        <w:rPr>
          <w:rFonts w:ascii="Calibri" w:hAnsi="Calibri"/>
          <w:b w:val="0"/>
          <w:i/>
          <w:color w:val="7C8496"/>
          <w:sz w:val="17"/>
        </w:rPr>
        <w:t>(But the sky only has clouds/smoke)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讀書考試 壓力無限  </w:t>
      </w:r>
      <w:r>
        <w:rPr>
          <w:rFonts w:ascii="Calibri" w:hAnsi="Calibri"/>
          <w:b w:val="0"/>
          <w:i/>
          <w:color w:val="7C8496"/>
          <w:sz w:val="17"/>
        </w:rPr>
        <w:t>(Studying, exams, infinite pressure)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我的未來 誰能看見  </w:t>
      </w:r>
      <w:r>
        <w:rPr>
          <w:rFonts w:ascii="Calibri" w:hAnsi="Calibri"/>
          <w:b w:val="0"/>
          <w:i/>
          <w:color w:val="7C8496"/>
          <w:sz w:val="17"/>
        </w:rPr>
        <w:t>(Who can see my future?)</w:t>
      </w:r>
    </w:p>
    <w:p>
      <w:pPr>
        <w:spacing w:after="20"/>
      </w:pPr>
      <w:r>
        <w:rPr>
          <w:rFonts w:ascii="Calibri" w:hAnsi="Calibri"/>
          <w:b/>
          <w:i w:val="0"/>
          <w:color w:val="1F6E6E"/>
          <w:sz w:val="19"/>
        </w:rPr>
        <w:t>[Pre-Chorus]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走在海邊 風吹過臉  </w:t>
      </w:r>
      <w:r>
        <w:rPr>
          <w:rFonts w:ascii="Calibri" w:hAnsi="Calibri"/>
          <w:b w:val="0"/>
          <w:i/>
          <w:color w:val="7C8496"/>
          <w:sz w:val="17"/>
        </w:rPr>
        <w:t>(Walking by the sea, wind blows on my face)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試著抬頭 看這一片天  </w:t>
      </w:r>
      <w:r>
        <w:rPr>
          <w:rFonts w:ascii="Calibri" w:hAnsi="Calibri"/>
          <w:b w:val="0"/>
          <w:i/>
          <w:color w:val="7C8496"/>
          <w:sz w:val="17"/>
        </w:rPr>
        <w:t>(Trying to look up at this sky)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或許祢 真的存在  </w:t>
      </w:r>
      <w:r>
        <w:rPr>
          <w:rFonts w:ascii="Calibri" w:hAnsi="Calibri"/>
          <w:b w:val="0"/>
          <w:i/>
          <w:color w:val="7C8496"/>
          <w:sz w:val="17"/>
        </w:rPr>
        <w:t>(Maybe You really exist)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等待我 把心打開  </w:t>
      </w:r>
      <w:r>
        <w:rPr>
          <w:rFonts w:ascii="Calibri" w:hAnsi="Calibri"/>
          <w:b w:val="0"/>
          <w:i/>
          <w:color w:val="7C8496"/>
          <w:sz w:val="17"/>
        </w:rPr>
        <w:t>(Waiting for me to open my heart)</w:t>
      </w:r>
    </w:p>
    <w:p>
      <w:pPr>
        <w:spacing w:after="20"/>
      </w:pPr>
      <w:r>
        <w:rPr>
          <w:rFonts w:ascii="Calibri" w:hAnsi="Calibri"/>
          <w:b/>
          <w:i w:val="0"/>
          <w:color w:val="1F6E6E"/>
          <w:sz w:val="19"/>
        </w:rPr>
        <w:t>[Chorus]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So I walk, walk with Jesus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Show me that You care today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I need a Friend, I need a Way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Don't let me walk alone, I pray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Step by step, open my eyes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To see the love that never dies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So I walk, walk with Jesus (I walk with You)</w:t>
      </w:r>
    </w:p>
    <w:p>
      <w:pPr>
        <w:spacing w:after="20"/>
      </w:pPr>
      <w:r>
        <w:rPr>
          <w:rFonts w:ascii="Calibri" w:hAnsi="Calibri"/>
          <w:b/>
          <w:i w:val="0"/>
          <w:color w:val="1F6E6E"/>
          <w:sz w:val="19"/>
        </w:rPr>
        <w:t>[Verse 2]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雖然還是會有懷疑  </w:t>
      </w:r>
      <w:r>
        <w:rPr>
          <w:rFonts w:ascii="Calibri" w:hAnsi="Calibri"/>
          <w:b w:val="0"/>
          <w:i/>
          <w:color w:val="7C8496"/>
          <w:sz w:val="17"/>
        </w:rPr>
        <w:t>(Although there are still doubts)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此刻心裡 卻很安靜  </w:t>
      </w:r>
      <w:r>
        <w:rPr>
          <w:rFonts w:ascii="Calibri" w:hAnsi="Calibri"/>
          <w:b w:val="0"/>
          <w:i/>
          <w:color w:val="7C8496"/>
          <w:sz w:val="17"/>
        </w:rPr>
        <w:t>(But right now my heart is quiet)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祢懂我的 每個嘆息  </w:t>
      </w:r>
      <w:r>
        <w:rPr>
          <w:rFonts w:ascii="Calibri" w:hAnsi="Calibri"/>
          <w:b w:val="0"/>
          <w:i/>
          <w:color w:val="7C8496"/>
          <w:sz w:val="17"/>
        </w:rPr>
        <w:t>(You understand my every sigh)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原來祢從未離我有距離  </w:t>
      </w:r>
      <w:r>
        <w:rPr>
          <w:rFonts w:ascii="Calibri" w:hAnsi="Calibri"/>
          <w:b w:val="0"/>
          <w:i/>
          <w:color w:val="7C8496"/>
          <w:sz w:val="17"/>
        </w:rPr>
        <w:t>(Turns out You were never far from me)</w:t>
      </w:r>
    </w:p>
    <w:p>
      <w:pPr>
        <w:spacing w:after="20"/>
      </w:pPr>
      <w:r>
        <w:rPr>
          <w:rFonts w:ascii="Calibri" w:hAnsi="Calibri"/>
          <w:b/>
          <w:i w:val="0"/>
          <w:color w:val="1F6E6E"/>
          <w:sz w:val="19"/>
        </w:rPr>
        <w:t>[Bridge]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You say I am loved, You say I am Yours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 xml:space="preserve">原來祢 一直都在，從未離開  </w:t>
      </w:r>
      <w:r>
        <w:rPr>
          <w:rFonts w:ascii="Calibri" w:hAnsi="Calibri"/>
          <w:b w:val="0"/>
          <w:i/>
          <w:color w:val="7C8496"/>
          <w:sz w:val="17"/>
        </w:rPr>
        <w:t>(So You were always here, never left)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Your hand is holding mine</w:t>
      </w:r>
    </w:p>
    <w:p>
      <w:pPr>
        <w:spacing w:after="20"/>
      </w:pPr>
      <w:r>
        <w:rPr>
          <w:rFonts w:ascii="Calibri" w:hAnsi="Calibri"/>
          <w:b/>
          <w:i w:val="0"/>
          <w:color w:val="1F6E6E"/>
          <w:sz w:val="19"/>
        </w:rPr>
        <w:t>[Outro]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一步一步 (Step by step) 我與祢同行 (I walk with You)</w:t>
      </w:r>
    </w:p>
    <w:p>
      <w:pPr>
        <w:spacing w:after="20"/>
      </w:pPr>
      <w:r>
        <w:rPr>
          <w:rFonts w:ascii="Calibri" w:hAnsi="Calibri"/>
          <w:b w:val="0"/>
          <w:i w:val="0"/>
          <w:color w:val="182233"/>
          <w:sz w:val="19"/>
        </w:rPr>
        <w:t>Just Walk with Jesus. (Walk with Me...)</w:t>
      </w:r>
    </w:p>
    <w:p>
      <w:pPr>
        <w:spacing w:after="200"/>
      </w:pPr>
      <w:r>
        <w:rPr>
          <w:rFonts w:ascii="Calibri" w:hAnsi="Calibri"/>
          <w:b w:val="0"/>
          <w:i/>
          <w:color w:val="7C8496"/>
          <w:sz w:val="17"/>
        </w:rPr>
        <w:t>同一活動的另外兩首示範（由老師揀用）：Run to Jesus as Jesus is Running to Me · Walk Jesus? I Am Not Sure! （連結見教學計劃附件 F）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彼得故事庫一覽（需要對照 + 分組配對用）  </w:t>
      </w:r>
      <w:r>
        <w:rPr>
          <w:rFonts w:ascii="Calibri" w:hAnsi="Calibri"/>
          <w:b/>
          <w:i/>
          <w:color w:val="4C5A70"/>
          <w:sz w:val="28"/>
        </w:rPr>
        <w:t>The Peter Moments at a Glance (for needs-mapping + group allocation)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18"/>
        </w:rPr>
        <w:t>揀 Part 0 標籤之前，同埋知道你們組獲派哪個時刻之後，都可以看返這個表。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時刻 Moment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經文 Scripture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對應的掙扎 Struggle tag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建議曲風 Suggested style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1. 撇下網 · 呼召</w:t>
              <w:br/>
              <w:t>Leaving the Nets · The Calling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路加福音 5:1-11</w:t>
              <w:br/>
              <w:t>Luke 5:1-11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成就感落空・前路未明</w:t>
              <w:br/>
              <w:t>Empty achievement · an uncertain path ahead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福音流行 Gospel Pop — 明亮、由空虛轉盛滿，適合仍有盼望、想被鼓勵行動的組別。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2. 下沉與拯救 · 信心</w:t>
              <w:br/>
              <w:t>Sinking and Saved · Walking on Water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馬太福音 14:22-33</w:t>
              <w:br/>
              <w:t>Matthew 14:22-33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踏出一步的驚慌・突然的懷疑</w:t>
              <w:br/>
              <w:t>Fear of stepping out · sudden doubt under pressure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當代敬拜 Contemporary Worship — 由緊張逐步推向盛大，適合正經歷驚慌起伏的組別。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3. 大膽的宣告 · 你是基督</w:t>
              <w:br/>
              <w:t>The Bold Confession · You Are the Christ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馬太福音 16:13-20</w:t>
              <w:br/>
              <w:t>Matthew 16:13-20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安靜的信徒，準備好承認信仰</w:t>
              <w:br/>
              <w:t>The Quiet Believer, Ready to Own It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頌讚另類搖滾 Anthemic Alt-Rock — 由獨白式主歌推向全體大合唱，象徵由私下相信轉化為公開宣告。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4. 炭火旁 · 從自信到恢復</w:t>
              <w:br/>
              <w:t>The Charcoal Fire · From Confidence to Restoration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可 14:29-31 · 路 22:31-32 · 可 14:66-72 · 約 21:15-19</w:t>
              <w:br/>
              <w:t>Mark 14:29-31 · Luke 22:31-32 · Mark 14:66-72 · John 21:15-19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自視過高，然後跌到谷底・羞愧未散</w:t>
              <w:br/>
              <w:t>Overconfident, then fell hard · shame that lingers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民謠敬拜 Acoustic Folk — 由自信滿滿的木結他撥弦開始，中段忽然剝落成一句清唱（代表自信被戳破），再推向福音式盛大恢復。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5. 被充滿，放膽 · 五旬節與神蹟</w:t>
              <w:br/>
              <w:t>Filled &amp; Bold · Pentecost and a Miracle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使徒行傳 2:1-41 · 使徒行傳 3:1-10</w:t>
              <w:br/>
              <w:t>Acts 2:1-41 · Acts 3:1-10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驚開聲講信仰・覺得自己沒有事可以被人</w:t>
              <w:br/>
              <w:t>Afraid to speak up about faith · feeling I have nothing to offer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頌讚福音搖滾 Anthemic Gospel Rock / Festival Worship — 由細聲、拘謹的主歌，推向「風與火」的盛大高潮。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6. 打破偏見 · 約帕的異象</w:t>
              <w:br/>
              <w:t>Breaking Prejudice · The Vision at Joppa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使徒行傳 10:9-35</w:t>
              <w:br/>
              <w:t>Acts 10:9-35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難以接納同自己不同的人</w:t>
              <w:br/>
              <w:t>Struggling to accept people different from me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國/粵語敬拜 Cantopop / Mandopop Worship — 寬闊、溫暖，代表界線被打開。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7. 與耶穌傾饒恕 · 七十個七次</w:t>
              <w:br/>
              <w:t>The Forgiveness Conversation · Seventy Times Seven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馬太福音 18:21-35</w:t>
              <w:br/>
              <w:t>Matthew 18:21-35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真是被人所傷・覺得不原諒先是公道</w:t>
              <w:br/>
              <w:t>Genuinely wronged · certain that not forgiving is fair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柔和鋼琴敘事曲 Tender Piano Ballad → 提昇式木結他 Uplifted Acoustic — 由捏緊的拳頭，慢慢鬆開。</w:t>
            </w:r>
          </w:p>
        </w:tc>
      </w:tr>
    </w:tbl>
    <w:p>
      <w:pPr>
        <w:spacing w:after="80"/>
      </w:pP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第 0 部分：需要對照（個人・私密）  </w:t>
      </w:r>
      <w:r>
        <w:rPr>
          <w:rFonts w:ascii="Calibri" w:hAnsi="Calibri"/>
          <w:b/>
          <w:i/>
          <w:color w:val="4C5A70"/>
          <w:sz w:val="28"/>
        </w:rPr>
        <w:t>Part 0 · Needs-Mapping (individual, private)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20"/>
        </w:rPr>
        <w:t>呢部分只供你自己（及老師分組用）看，不需要同人分享。誠實揀選就好。</w:t>
      </w:r>
    </w:p>
    <w:p>
      <w:pPr>
        <w:spacing w:after="120"/>
      </w:pPr>
      <w:r>
        <w:rPr>
          <w:rFonts w:ascii="Calibri" w:hAnsi="Calibri"/>
          <w:b w:val="0"/>
          <w:i/>
          <w:color w:val="7C8496"/>
          <w:sz w:val="19"/>
        </w:rPr>
        <w:t>This part is for you (and the teacher's grouping) only — no need to share it aloud. Just be honest.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9"/>
              </w:rPr>
              <w:t>☐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9"/>
              </w:rPr>
              <w:t>掙扎標籤 Struggle tag</w:t>
            </w:r>
          </w:p>
        </w:tc>
      </w:tr>
      <w:tr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F6E6E"/>
                <w:sz w:val="24"/>
              </w:rPr>
              <w:t>☐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成就感落空・前路未明 / Empty achievement · an uncertain path ahead</w:t>
            </w:r>
          </w:p>
        </w:tc>
      </w:tr>
      <w:tr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F6E6E"/>
                <w:sz w:val="24"/>
              </w:rPr>
              <w:t>☐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踏出一步的驚慌・突然的懷疑 / Fear of stepping out · sudden doubt under pressure</w:t>
            </w:r>
          </w:p>
        </w:tc>
      </w:tr>
      <w:tr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F6E6E"/>
                <w:sz w:val="24"/>
              </w:rPr>
              <w:t>☐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安靜的信徒，準備好承認信仰 / The Quiet Believer, Ready to Own It</w:t>
            </w:r>
          </w:p>
        </w:tc>
      </w:tr>
      <w:tr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F6E6E"/>
                <w:sz w:val="24"/>
              </w:rPr>
              <w:t>☐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自視過高，然後跌到谷底・羞愧未散 / Overconfident, then fell hard · shame that lingers</w:t>
            </w:r>
          </w:p>
        </w:tc>
      </w:tr>
      <w:tr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F6E6E"/>
                <w:sz w:val="24"/>
              </w:rPr>
              <w:t>☐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驚開聲講信仰・覺得自己沒有事可以被人 / Afraid to speak up about faith · feeling I have nothing to offer</w:t>
            </w:r>
          </w:p>
        </w:tc>
      </w:tr>
      <w:tr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F6E6E"/>
                <w:sz w:val="24"/>
              </w:rPr>
              <w:t>☐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難以接納同自己不同的人 / Struggling to accept people different from me</w:t>
            </w:r>
          </w:p>
        </w:tc>
      </w:tr>
      <w:tr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F6E6E"/>
                <w:sz w:val="24"/>
              </w:rPr>
              <w:t>☐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真是被人所傷・覺得不原諒先是公道 / Genuinely wronged · certain that not forgiving is fair</w:t>
            </w:r>
          </w:p>
        </w:tc>
      </w:tr>
      <w:tr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F6E6E"/>
                <w:sz w:val="24"/>
              </w:rPr>
              <w:t>☐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其他（請說明）Other (please describe): ________________________</w:t>
            </w:r>
          </w:p>
        </w:tc>
      </w:tr>
    </w:tbl>
    <w:p>
      <w:pPr>
        <w:spacing w:after="40"/>
      </w:pPr>
      <w:r>
        <w:rPr>
          <w:rFonts w:ascii="Calibri" w:hAnsi="Calibri"/>
          <w:b/>
          <w:i w:val="0"/>
          <w:color w:val="0E1B2E"/>
          <w:sz w:val="20"/>
        </w:rPr>
        <w:t>我此刻的風浪／處境 My storm / situation right now: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80"/>
      </w:pPr>
      <w:r>
        <w:rPr>
          <w:rFonts w:ascii="Calibri" w:hAnsi="Calibri"/>
          <w:b w:val="0"/>
          <w:i w:val="0"/>
          <w:color w:val="4C5A70"/>
          <w:sz w:val="20"/>
        </w:rPr>
        <w:t>我在這個組會傾向 I tend to: ☐ 帶頭 lead ☐ 支援 support ☐ 安靜聆聽 listen quietly</w:t>
      </w:r>
    </w:p>
    <w:p>
      <w:pPr>
        <w:spacing w:after="160"/>
      </w:pPr>
      <w:r>
        <w:rPr>
          <w:rFonts w:ascii="Calibri" w:hAnsi="Calibri"/>
          <w:b w:val="0"/>
          <w:i w:val="0"/>
          <w:color w:val="4C5A70"/>
          <w:sz w:val="20"/>
        </w:rPr>
        <w:t>我目前追求信仰的心力 Where I am in my walk: ☐ 剛起步 just starting ☐ 持續 steady ☐ 火熱 on fire ☐ 疲累 tired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第 1 部分：分組卡  </w:t>
      </w:r>
      <w:r>
        <w:rPr>
          <w:rFonts w:ascii="Calibri" w:hAnsi="Calibri"/>
          <w:b/>
          <w:i/>
          <w:color w:val="4C5A70"/>
          <w:sz w:val="28"/>
        </w:rPr>
        <w:t>Part 1 · Group Assignment Card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19"/>
        </w:rPr>
        <w:t>老師配對後填寫：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9"/>
              </w:rPr>
              <w:t>我們獲配對的時刻 Our moment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________________________________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9"/>
              </w:rPr>
              <w:t>經文 Scripture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________________________________</w:t>
            </w:r>
          </w:p>
        </w:tc>
      </w:tr>
    </w:tbl>
    <w:p>
      <w:pPr>
        <w:spacing w:after="40"/>
      </w:pPr>
      <w:r>
        <w:rPr>
          <w:rFonts w:ascii="Calibri" w:hAnsi="Calibri"/>
          <w:b/>
          <w:i w:val="0"/>
          <w:color w:val="0E1B2E"/>
          <w:sz w:val="20"/>
        </w:rPr>
        <w:t>👑 耶穌是誰 Who is Jesus (抄下金句 copy the key verse):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0"/>
        </w:rPr>
        <w:t>🦶 信心的行動 Faith that acts (抄下金句 copy the key verse):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80"/>
      </w:pPr>
      <w:r>
        <w:rPr>
          <w:rFonts w:ascii="Calibri" w:hAnsi="Calibri"/>
          <w:b w:val="0"/>
          <w:i/>
          <w:color w:val="4C5A70"/>
          <w:sz w:val="20"/>
        </w:rPr>
        <w:t>這個時刻為甚麼適合我們組？Why does this moment fit our group?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第 2 部分：我的掙扎（各自填寫）  </w:t>
      </w:r>
      <w:r>
        <w:rPr>
          <w:rFonts w:ascii="Calibri" w:hAnsi="Calibri"/>
          <w:b/>
          <w:i/>
          <w:color w:val="4C5A70"/>
          <w:sz w:val="28"/>
        </w:rPr>
        <w:t>Part 2 · My Struggle (each member writes their own)</w:t>
      </w:r>
    </w:p>
    <w:p>
      <w:pPr>
        <w:spacing w:after="80"/>
      </w:pPr>
      <w:r>
        <w:rPr>
          <w:rFonts w:ascii="Calibri" w:hAnsi="Calibri"/>
          <w:b w:val="0"/>
          <w:i w:val="0"/>
          <w:color w:val="4C5A70"/>
          <w:sz w:val="20"/>
        </w:rPr>
        <w:t>這個時刻邊一句說話 / 哪一個處境最似我現在的生活？</w:t>
      </w:r>
    </w:p>
    <w:p>
      <w:pPr>
        <w:spacing w:after="80"/>
      </w:pPr>
      <w:r>
        <w:rPr>
          <w:rFonts w:ascii="Calibri" w:hAnsi="Calibri"/>
          <w:b w:val="0"/>
          <w:i/>
          <w:color w:val="7C8496"/>
          <w:sz w:val="19"/>
        </w:rPr>
        <w:t>Which line or situation in this moment feels most like my life right now?</w:t>
      </w:r>
    </w:p>
    <w:p>
      <w:pPr>
        <w:spacing w:after="40"/>
      </w:pPr>
      <w:r>
        <w:rPr>
          <w:rFonts w:ascii="Calibri" w:hAnsi="Calibri"/>
          <w:b/>
          <w:i w:val="0"/>
          <w:color w:val="1F6E6E"/>
          <w:sz w:val="19"/>
        </w:rPr>
        <w:t>組員 1 Member 1: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40"/>
      </w:pPr>
      <w:r>
        <w:rPr>
          <w:rFonts w:ascii="Calibri" w:hAnsi="Calibri"/>
          <w:b/>
          <w:i w:val="0"/>
          <w:color w:val="1F6E6E"/>
          <w:sz w:val="19"/>
        </w:rPr>
        <w:t>組員 2 Member 2: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40"/>
      </w:pPr>
      <w:r>
        <w:rPr>
          <w:rFonts w:ascii="Calibri" w:hAnsi="Calibri"/>
          <w:b/>
          <w:i w:val="0"/>
          <w:color w:val="1F6E6E"/>
          <w:sz w:val="19"/>
        </w:rPr>
        <w:t>組員 3 Member 3: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第 3 部分：親自搜經記錄 (SHINE 的 N)  </w:t>
      </w:r>
      <w:r>
        <w:rPr>
          <w:rFonts w:ascii="Calibri" w:hAnsi="Calibri"/>
          <w:b/>
          <w:i/>
          <w:color w:val="4C5A70"/>
          <w:sz w:val="28"/>
        </w:rPr>
        <w:t>Part 3 · My Verse Search Log (SHINE's N)</w:t>
      </w:r>
    </w:p>
    <w:p>
      <w:pPr>
        <w:spacing w:after="80"/>
      </w:pPr>
      <w:r>
        <w:rPr>
          <w:rFonts w:ascii="Calibri" w:hAnsi="Calibri"/>
          <w:b/>
          <w:i w:val="0"/>
          <w:color w:val="A14833"/>
          <w:sz w:val="20"/>
        </w:rPr>
        <w:t>⚠️ 這一步不可以問 AI 幫手尋找經文——請用真實聖經或 Bible App 的「搜尋／主題」功能，親自尋找一節經文，展現「相遇耶穌的能力」如何照進你現在的處境。</w:t>
      </w:r>
    </w:p>
    <w:p>
      <w:pPr>
        <w:spacing w:after="120"/>
      </w:pPr>
      <w:r>
        <w:rPr>
          <w:rFonts w:ascii="Calibri" w:hAnsi="Calibri"/>
          <w:b w:val="0"/>
          <w:i/>
          <w:color w:val="7C8496"/>
          <w:sz w:val="19"/>
        </w:rPr>
        <w:t>⚠️ AI must NOT find this verse for you — use a real Bible or a Bible App's search/topic feature to personally find a verse showing the power of meeting Jesus shining into your situation.</w:t>
      </w:r>
    </w:p>
    <w:p>
      <w:pPr>
        <w:spacing w:after="80"/>
      </w:pPr>
      <w:r>
        <w:rPr>
          <w:rFonts w:ascii="Calibri" w:hAnsi="Calibri"/>
          <w:b w:val="0"/>
          <w:i w:val="0"/>
          <w:color w:val="4C5A70"/>
          <w:sz w:val="20"/>
        </w:rPr>
        <w:t>我用了的搜尋方法 My search method (e.g. YouVersion 主題搜尋 / 經文索引 / 問老師):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80"/>
      </w:pPr>
      <w:r>
        <w:rPr>
          <w:rFonts w:ascii="Calibri" w:hAnsi="Calibri"/>
          <w:b w:val="0"/>
          <w:i w:val="0"/>
          <w:color w:val="4C5A70"/>
          <w:sz w:val="20"/>
        </w:rPr>
        <w:t>我考慮過的經文（至少 2 節）Candidate verses considered (at least 2):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0"/>
        </w:rPr>
        <w:t>我們組最終選用的經文 Our final chosen verse (書卷 章:節 book chapter:verse):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80"/>
      </w:pPr>
      <w:r>
        <w:rPr>
          <w:rFonts w:ascii="Calibri" w:hAnsi="Calibri"/>
          <w:b w:val="0"/>
          <w:i/>
          <w:color w:val="4C5A70"/>
          <w:sz w:val="20"/>
        </w:rPr>
        <w:t>呢節經文怎樣顯明「相遇耶穌的能力」在我的處境裡面？</w:t>
      </w:r>
    </w:p>
    <w:p>
      <w:pPr>
        <w:spacing w:after="80"/>
      </w:pPr>
      <w:r>
        <w:rPr>
          <w:rFonts w:ascii="Calibri" w:hAnsi="Calibri"/>
          <w:b w:val="0"/>
          <w:i/>
          <w:color w:val="7C8496"/>
          <w:sz w:val="19"/>
        </w:rPr>
        <w:t>How does this verse show the power of meeting Jesus in my situation?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第 4 部分：SHINE 歌曲清單  </w:t>
      </w:r>
      <w:r>
        <w:rPr>
          <w:rFonts w:ascii="Calibri" w:hAnsi="Calibri"/>
          <w:b/>
          <w:i/>
          <w:color w:val="4C5A70"/>
          <w:sz w:val="28"/>
        </w:rPr>
        <w:t>Part 4 · The SHINE Song Checklist</w:t>
      </w:r>
    </w:p>
    <w:p>
      <w:pPr>
        <w:spacing w:after="20"/>
      </w:pPr>
      <w:r>
        <w:rPr>
          <w:rFonts w:ascii="Calibri" w:hAnsi="Calibri"/>
          <w:b/>
          <w:i w:val="0"/>
          <w:color w:val="1F6E6E"/>
          <w:sz w:val="21"/>
        </w:rPr>
        <w:t>S · Style</w:t>
      </w:r>
    </w:p>
    <w:p>
      <w:pPr>
        <w:spacing w:after="40"/>
      </w:pPr>
      <w:r>
        <w:rPr>
          <w:rFonts w:ascii="Calibri" w:hAnsi="Calibri"/>
          <w:b w:val="0"/>
          <w:i/>
          <w:color w:val="7C8496"/>
          <w:sz w:val="19"/>
        </w:rPr>
        <w:t>我們揀的曲風 + 一句理由 Our style + one-sentence reason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20"/>
      </w:pPr>
      <w:r>
        <w:rPr>
          <w:rFonts w:ascii="Calibri" w:hAnsi="Calibri"/>
          <w:b/>
          <w:i w:val="0"/>
          <w:color w:val="1F6E6E"/>
          <w:sz w:val="21"/>
        </w:rPr>
        <w:t>H · His words</w:t>
      </w:r>
    </w:p>
    <w:p>
      <w:pPr>
        <w:spacing w:after="40"/>
      </w:pPr>
      <w:r>
        <w:rPr>
          <w:rFonts w:ascii="Calibri" w:hAnsi="Calibri"/>
          <w:b w:val="0"/>
          <w:i/>
          <w:color w:val="7C8496"/>
          <w:sz w:val="19"/>
        </w:rPr>
        <w:t>取材自彼得說話的歌詞句子 Lyric line drawn from Peter's words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20"/>
      </w:pPr>
      <w:r>
        <w:rPr>
          <w:rFonts w:ascii="Calibri" w:hAnsi="Calibri"/>
          <w:b/>
          <w:i w:val="0"/>
          <w:color w:val="1F6E6E"/>
          <w:sz w:val="21"/>
        </w:rPr>
        <w:t>I · I struggle…</w:t>
      </w:r>
    </w:p>
    <w:p>
      <w:pPr>
        <w:spacing w:after="40"/>
      </w:pPr>
      <w:r>
        <w:rPr>
          <w:rFonts w:ascii="Calibri" w:hAnsi="Calibri"/>
          <w:b w:val="0"/>
          <w:i/>
          <w:color w:val="7C8496"/>
          <w:sz w:val="19"/>
        </w:rPr>
        <w:t>我們的掙扎歌詞（第一身）Our struggle stanza (first person)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20"/>
      </w:pPr>
      <w:r>
        <w:rPr>
          <w:rFonts w:ascii="Calibri" w:hAnsi="Calibri"/>
          <w:b/>
          <w:i w:val="0"/>
          <w:color w:val="1F6E6E"/>
          <w:sz w:val="21"/>
        </w:rPr>
        <w:t>N · New verse</w:t>
      </w:r>
    </w:p>
    <w:p>
      <w:pPr>
        <w:spacing w:after="40"/>
      </w:pPr>
      <w:r>
        <w:rPr>
          <w:rFonts w:ascii="Calibri" w:hAnsi="Calibri"/>
          <w:b w:val="0"/>
          <w:i/>
          <w:color w:val="7C8496"/>
          <w:sz w:val="19"/>
        </w:rPr>
        <w:t>我們自己找到的經文（見第 3 部分）Our own-found verse (see Part 3)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20"/>
      </w:pPr>
      <w:r>
        <w:rPr>
          <w:rFonts w:ascii="Calibri" w:hAnsi="Calibri"/>
          <w:b/>
          <w:i w:val="0"/>
          <w:color w:val="1F6E6E"/>
          <w:sz w:val="21"/>
        </w:rPr>
        <w:t>E · Elevate in prayer</w:t>
      </w:r>
    </w:p>
    <w:p>
      <w:pPr>
        <w:spacing w:after="40"/>
      </w:pPr>
      <w:r>
        <w:rPr>
          <w:rFonts w:ascii="Calibri" w:hAnsi="Calibri"/>
          <w:b w:val="0"/>
          <w:i/>
          <w:color w:val="7C8496"/>
          <w:sz w:val="19"/>
        </w:rPr>
        <w:t>結尾的禱告歌詞 Our closing prayer stanza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9"/>
              </w:rPr>
              <w:t>歌名 Title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________________________________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9"/>
              </w:rPr>
              <w:t>曲風 Style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________________________________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9"/>
              </w:rPr>
              <w:t>Suno 連結 Suno URL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________________________________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第 5 部分：我們的定格畫面 + 禱告邀請  </w:t>
      </w:r>
      <w:r>
        <w:rPr>
          <w:rFonts w:ascii="Calibri" w:hAnsi="Calibri"/>
          <w:b/>
          <w:i/>
          <w:color w:val="4C5A70"/>
          <w:sz w:val="28"/>
        </w:rPr>
        <w:t>Part 5 · Our Tableau + Prayer Invitation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20"/>
        </w:rPr>
        <w:t>這個不只是表演——是一場邀請全班一起祈禱的定格戲劇。流程：凝定 → 全班猜想 → 揭曉 + 播歌 → 帶領禱告邀請。</w:t>
      </w:r>
    </w:p>
    <w:p>
      <w:pPr>
        <w:spacing w:after="120"/>
      </w:pPr>
      <w:r>
        <w:rPr>
          <w:rFonts w:ascii="Calibri" w:hAnsi="Calibri"/>
          <w:b w:val="0"/>
          <w:i/>
          <w:color w:val="7C8496"/>
          <w:sz w:val="19"/>
        </w:rPr>
        <w:t>This isn't just a performance — it's a tableau that invites the whole class to pray. Flow: freeze → class guesses → reveal + song → lead a prayer invitation.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0"/>
        </w:rPr>
        <w:t>我們的定格畫面（形容哪個人正在做咩、站在邊、表情是點）：</w:t>
      </w:r>
    </w:p>
    <w:p>
      <w:pPr>
        <w:spacing w:after="80"/>
      </w:pPr>
      <w:r>
        <w:rPr>
          <w:rFonts w:ascii="Calibri" w:hAnsi="Calibri"/>
          <w:b w:val="0"/>
          <w:i/>
          <w:color w:val="7C8496"/>
          <w:sz w:val="19"/>
        </w:rPr>
        <w:t>Our tableau (describe who does what, where they stand, their expression):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80"/>
      </w:pPr>
      <w:r>
        <w:rPr>
          <w:rFonts w:ascii="Calibri" w:hAnsi="Calibri"/>
          <w:b w:val="0"/>
          <w:i w:val="0"/>
          <w:color w:val="4C5A70"/>
          <w:sz w:val="20"/>
        </w:rPr>
        <w:t>我們想全班在猜想時想到的方向（提示用，不告訴他們）：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0"/>
        </w:rPr>
        <w:t>我們的 30 秒禱告邀請（可參考老師範例，改成我們自己的版本）：</w:t>
      </w:r>
    </w:p>
    <w:p>
      <w:pPr>
        <w:spacing w:after="80"/>
      </w:pPr>
      <w:r>
        <w:rPr>
          <w:rFonts w:ascii="Calibri" w:hAnsi="Calibri"/>
          <w:b w:val="0"/>
          <w:i/>
          <w:color w:val="7C8496"/>
          <w:sz w:val="19"/>
        </w:rPr>
        <w:t>Our 30-second prayer invitation (adapt the teacher's example into our own words):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80"/>
      </w:pPr>
      <w:r>
        <w:rPr>
          <w:rFonts w:ascii="Calibri" w:hAnsi="Calibri"/>
          <w:b w:val="0"/>
          <w:i w:val="0"/>
          <w:color w:val="4C5A70"/>
          <w:sz w:val="20"/>
        </w:rPr>
        <w:t>哪一位組員負責：定格 / 揭曉講解 / 播歌 / 帶領禱告？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</w:r>
      <w:r>
        <w:rPr>
          <w:rFonts w:ascii="Calibri" w:hAnsi="Calibri"/>
          <w:b w:val="0"/>
          <w:i/>
          <w:color w:val="7C8496"/>
          <w:sz w:val="20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r>
        <w:br w:type="page"/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收結部分：定格展演 + 我的見證  </w:t>
      </w:r>
      <w:r>
        <w:rPr>
          <w:rFonts w:ascii="Calibri" w:hAnsi="Calibri"/>
          <w:b/>
          <w:i/>
          <w:color w:val="4C5A70"/>
          <w:sz w:val="28"/>
        </w:rPr>
        <w:t>Capstone: Tableau Showcase + My Testimony</w:t>
      </w:r>
    </w:p>
    <w:p>
      <w:pPr>
        <w:spacing w:after="80"/>
      </w:pPr>
      <w:r>
        <w:rPr>
          <w:rFonts w:ascii="Calibri" w:hAnsi="Calibri"/>
          <w:b w:val="0"/>
          <w:i w:val="0"/>
          <w:color w:val="4C5A70"/>
          <w:sz w:val="20"/>
        </w:rPr>
        <w:t>在其他組定格展演時，試下心裡默默估他們想邀請大家為咩祈禱；揭曉後記低他們的時刻，同你欣賞的一點：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組別 Group</w:t>
            </w:r>
          </w:p>
        </w:tc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他們的時刻 Their moment</w:t>
            </w:r>
          </w:p>
        </w:tc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我欣賞的一點 What I appreciated</w:t>
            </w:r>
          </w:p>
        </w:tc>
      </w:tr>
      <w:tr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</w:tr>
      <w:tr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</w:tr>
      <w:tr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</w:tr>
      <w:tr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________________</w:t>
            </w:r>
          </w:p>
        </w:tc>
      </w:tr>
    </w:tbl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  <w:t>★ 見證短文 (150–250 字) ★ Testimony (150-250 words) ★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20"/>
        </w:rPr>
        <w:t>參照我們組的時刻（可加埋另一組聽到的時刻），寫一篇見證：我曾在哪裡像彼得這樣掙扎，耶穌又怎樣在嗰一刻遇見我？</w:t>
      </w:r>
    </w:p>
    <w:p>
      <w:pPr>
        <w:spacing w:after="80"/>
      </w:pPr>
      <w:r>
        <w:rPr>
          <w:rFonts w:ascii="Calibri" w:hAnsi="Calibri"/>
          <w:b w:val="0"/>
          <w:i/>
          <w:color w:val="7C8496"/>
          <w:sz w:val="19"/>
        </w:rPr>
        <w:t>Referencing our group's moment (and optionally another group's): where have I struggled like Peter, and how did Jesus meet me in that moment?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2"/>
        </w:rPr>
        <w:t>我的見證</w:t>
      </w:r>
      <w:r>
        <w:rPr>
          <w:rFonts w:ascii="Calibri" w:hAnsi="Calibri"/>
          <w:b w:val="0"/>
          <w:i/>
          <w:color w:val="7C8496"/>
          <w:sz w:val="20"/>
        </w:rPr>
        <w:t xml:space="preserve">   My testimony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97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12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0"/>
        </w:rPr>
        <w:t>同意分享 Consent to share (在 Reclaim2K 詩歌庫 / 早會，畫 ✓):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☐ 願意 (真實姓名) Yes, with my real name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☐ 願意 (筆名) Yes, with a pen name: ______________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☐ 暫不願意 Not at this time</w:t>
      </w:r>
    </w:p>
    <w:p>
      <w:pPr>
        <w:spacing w:after="80"/>
      </w:pPr>
      <w:r>
        <w:rPr>
          <w:rFonts w:ascii="Calibri" w:hAnsi="Calibri"/>
          <w:b/>
          <w:i w:val="0"/>
          <w:color w:val="0E1B2E"/>
          <w:sz w:val="22"/>
        </w:rPr>
        <w:t>★ 獎勵自我檢查 ★ Award self-check ★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9"/>
              </w:rPr>
              <w:t>等級 Tier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9"/>
              </w:rPr>
              <w:t>我已完成 What I've completed (✓)</w:t>
            </w:r>
          </w:p>
        </w:tc>
      </w:tr>
      <w:tr>
        <w:tc>
          <w:tcPr>
            <w:tcW w:type="dxa" w:w="5112"/>
            <w:shd w:fill="FDEFC7" w:val="clear"/>
          </w:tcPr>
          <w:p>
            <w:r/>
            <w:r>
              <w:rPr>
                <w:rFonts w:ascii="Calibri" w:hAnsi="Calibri"/>
                <w:b/>
                <w:i w:val="0"/>
                <w:color w:val="B07B0E"/>
                <w:sz w:val="19"/>
              </w:rPr>
              <w:t>👑 冠冕 Crown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☐ SHINE 5/5 ☐ 定格展演 + 帶領禱告邀請 ☐ 見證 ☐ 已獲教師批准</w:t>
            </w:r>
          </w:p>
        </w:tc>
      </w:tr>
      <w:tr>
        <w:tc>
          <w:tcPr>
            <w:tcW w:type="dxa" w:w="5112"/>
            <w:shd w:fill="FDEFC7" w:val="clear"/>
          </w:tcPr>
          <w:p>
            <w:r/>
            <w:r>
              <w:rPr>
                <w:rFonts w:ascii="Calibri" w:hAnsi="Calibri"/>
                <w:b/>
                <w:i w:val="0"/>
                <w:color w:val="B07B0E"/>
                <w:sz w:val="19"/>
              </w:rPr>
              <w:t>🥇 金 Gold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☐ SHINE 5/5 ☐ 定格展演 + 帶領禱告邀請 ☐ 見證</w:t>
            </w:r>
          </w:p>
        </w:tc>
      </w:tr>
      <w:tr>
        <w:tc>
          <w:tcPr>
            <w:tcW w:type="dxa" w:w="5112"/>
            <w:shd w:fill="FDEFC7" w:val="clear"/>
          </w:tcPr>
          <w:p>
            <w:r/>
            <w:r>
              <w:rPr>
                <w:rFonts w:ascii="Calibri" w:hAnsi="Calibri"/>
                <w:b/>
                <w:i w:val="0"/>
                <w:color w:val="B07B0E"/>
                <w:sz w:val="19"/>
              </w:rPr>
              <w:t>🥈 銀 Silver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☐ SHINE 4/5 ☐ 定格展演 ☐ 全部反思</w:t>
            </w:r>
          </w:p>
        </w:tc>
      </w:tr>
      <w:tr>
        <w:tc>
          <w:tcPr>
            <w:tcW w:type="dxa" w:w="5112"/>
            <w:shd w:fill="FDEFC7" w:val="clear"/>
          </w:tcPr>
          <w:p>
            <w:r/>
            <w:r>
              <w:rPr>
                <w:rFonts w:ascii="Calibri" w:hAnsi="Calibri"/>
                <w:b/>
                <w:i w:val="0"/>
                <w:color w:val="B07B0E"/>
                <w:sz w:val="19"/>
              </w:rPr>
              <w:t>🥉 銅 Bronze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☐ SHINE 3/5 ☐ 必填部分</w:t>
            </w:r>
          </w:p>
        </w:tc>
      </w:tr>
    </w:tbl>
    <w:p>
      <w:pPr>
        <w:spacing w:before="320"/>
      </w:pPr>
      <w:r>
        <w:rPr>
          <w:rFonts w:ascii="Calibri" w:hAnsi="Calibri"/>
          <w:b w:val="0"/>
          <w:i/>
          <w:color w:val="7C8496"/>
          <w:sz w:val="17"/>
        </w:rPr>
        <w:t>Reclaim2K.org · 與彼得同行 · 學生工作紙</w:t>
      </w:r>
    </w:p>
    <w:sectPr w:rsidR="00FC693F" w:rsidRPr="0006063C" w:rsidSect="00034616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