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 w:before="0" w:line="269" w:lineRule="auto"/>
        <w:jc w:val="center"/>
      </w:pPr>
      <w:r>
        <w:rPr>
          <w:rFonts w:ascii="Microsoft JhengHei" w:hAnsi="Microsoft JhengHei" w:eastAsia="Microsoft JhengHei"/>
          <w:b/>
          <w:i w:val="0"/>
          <w:color w:val="0F2342"/>
          <w:sz w:val="36"/>
        </w:rPr>
        <w:t>Reclaim2K · 重奪二千</w:t>
      </w:r>
    </w:p>
    <w:p>
      <w:pPr>
        <w:spacing w:after="20" w:before="0" w:line="269" w:lineRule="auto"/>
        <w:jc w:val="center"/>
      </w:pPr>
      <w:r>
        <w:rPr>
          <w:rFonts w:ascii="Microsoft JhengHei" w:hAnsi="Microsoft JhengHei" w:eastAsia="Microsoft JhengHei"/>
          <w:b w:val="0"/>
          <w:i/>
          <w:color w:val="B07A1E"/>
          <w:sz w:val="19"/>
        </w:rPr>
        <w:t>透過默想聖經建立數字健康  ·  Building Digital Wellness Through Biblical Meditation</w:t>
      </w:r>
    </w:p>
    <w:p>
      <w:pPr>
        <w:spacing w:after="160" w:before="0" w:line="269" w:lineRule="auto"/>
        <w:jc w:val="center"/>
      </w:pPr>
      <w:r>
        <w:rPr>
          <w:rFonts w:ascii="Microsoft JhengHei" w:hAnsi="Microsoft JhengHei" w:eastAsia="Microsoft JhengHei"/>
          <w:b w:val="0"/>
          <w:i w:val="0"/>
          <w:color w:val="556070"/>
          <w:sz w:val="18"/>
        </w:rPr>
        <w:t>中華傳道會劉永生中學  CNEC Lau Wing Sang Secondary School</w:t>
      </w:r>
    </w:p>
    <w:p>
      <w:pPr>
        <w:spacing w:after="80"/>
      </w:pPr>
      <w:r>
        <w:rPr>
          <w:rFonts w:ascii="Microsoft JhengHei" w:hAnsi="Microsoft JhengHei" w:eastAsia="Microsoft JhengHei"/>
          <w:b w:val="0"/>
          <w:i w:val="0"/>
          <w:color w:val="B07A1E"/>
          <w:sz w:val="16"/>
        </w:rPr>
        <w:t>──────────────────────────────────────────────</w:t>
      </w:r>
    </w:p>
    <w:p>
      <w:pPr>
        <w:spacing w:after="20" w:before="0" w:line="269" w:lineRule="auto"/>
        <w:jc w:val="center"/>
      </w:pPr>
      <w:r>
        <w:rPr>
          <w:rFonts w:ascii="Microsoft JhengHei" w:hAnsi="Microsoft JhengHei" w:eastAsia="Microsoft JhengHei"/>
          <w:b/>
          <w:i w:val="0"/>
          <w:color w:val="0F2342"/>
          <w:sz w:val="30"/>
        </w:rPr>
        <w:t>家長資料通知 · 數字健康問卷（不記名）</w:t>
      </w:r>
    </w:p>
    <w:p>
      <w:pPr>
        <w:spacing w:after="20" w:before="0" w:line="269" w:lineRule="auto"/>
        <w:jc w:val="center"/>
      </w:pPr>
      <w:r>
        <w:rPr>
          <w:rFonts w:ascii="Microsoft JhengHei" w:hAnsi="Microsoft JhengHei" w:eastAsia="Microsoft JhengHei"/>
          <w:b w:val="0"/>
          <w:i/>
          <w:color w:val="556070"/>
          <w:sz w:val="20"/>
        </w:rPr>
        <w:t>Parent Information Notice · Anonymous Digital-Wellbeing Survey</w:t>
      </w:r>
    </w:p>
    <w:p>
      <w:pPr>
        <w:spacing w:after="160" w:before="0" w:line="269" w:lineRule="auto"/>
        <w:jc w:val="center"/>
      </w:pPr>
      <w:r>
        <w:rPr>
          <w:rFonts w:ascii="Microsoft JhengHei" w:hAnsi="Microsoft JhengHei" w:eastAsia="Microsoft JhengHei"/>
          <w:b w:val="0"/>
          <w:i/>
          <w:color w:val="556070"/>
          <w:sz w:val="17"/>
        </w:rPr>
        <w:t>（如有需要方使用 · use only if your school wishes to notify parents）</w:t>
      </w:r>
    </w:p>
    <w:p>
      <w:pPr>
        <w:spacing w:after="20" w:before="0" w:line="269" w:lineRule="auto"/>
      </w:pPr>
      <w:r>
        <w:rPr>
          <w:rFonts w:ascii="Microsoft JhengHei" w:hAnsi="Microsoft JhengHei" w:eastAsia="Microsoft JhengHei"/>
          <w:b/>
          <w:i w:val="0"/>
          <w:color w:val="0F2342"/>
          <w:sz w:val="21"/>
        </w:rPr>
        <w:t>致家長／監護人：</w:t>
      </w:r>
    </w:p>
    <w:p>
      <w:pPr>
        <w:spacing w:after="120" w:before="0" w:line="269" w:lineRule="auto"/>
      </w:pPr>
      <w:r>
        <w:rPr>
          <w:rFonts w:ascii="Microsoft JhengHei" w:hAnsi="Microsoft JhengHei" w:eastAsia="Microsoft JhengHei"/>
          <w:b w:val="0"/>
          <w:i/>
          <w:color w:val="556070"/>
          <w:sz w:val="20"/>
        </w:rPr>
        <w:t>Dear Parent / Guardian,</w:t>
      </w:r>
    </w:p>
    <w:p>
      <w:pPr>
        <w:spacing w:after="20" w:before="0" w:line="269" w:lineRule="auto"/>
      </w:pPr>
      <w:r>
        <w:rPr>
          <w:rFonts w:ascii="Microsoft JhengHei" w:hAnsi="Microsoft JhengHei" w:eastAsia="Microsoft JhengHei"/>
          <w:b w:val="0"/>
          <w:i w:val="0"/>
          <w:color w:val="0F2342"/>
          <w:sz w:val="21"/>
        </w:rPr>
        <w:t>貴子弟的學校正使用「Reclaim2K」數字健康應用程式。程式內設有一份「選用」的不記名數字健康問卷，學生可自由選擇是否於應用程式內作答（作答前須在程式內確認家長同意及本人同意）。所有數據均不記名（以研究編號連結，並無姓名）；對外只以彙總或匿名形式，用於了解成效、支持優質教育基金（QEF）申請及本校研究，並依《個人資料（私隱）條例》（第 486 章）處理。</w:t>
      </w:r>
    </w:p>
    <w:p>
      <w:pPr>
        <w:spacing w:after="160" w:before="0" w:line="269" w:lineRule="auto"/>
      </w:pPr>
      <w:r>
        <w:rPr>
          <w:rFonts w:ascii="Microsoft JhengHei" w:hAnsi="Microsoft JhengHei" w:eastAsia="Microsoft JhengHei"/>
          <w:b w:val="0"/>
          <w:i/>
          <w:color w:val="556070"/>
          <w:sz w:val="20"/>
        </w:rPr>
        <w:t>Your child’s school uses the Reclaim2K digital-wellbeing app. It contains an OPTIONAL anonymous digital-wellbeing survey that students may freely choose to take in the app (confirming your consent and their own assent in the app first). All data is anonymous (linked by a study ID, never a name); externally it is used only in aggregate/anonymous form to understand impact and to support a Quality Education Fund (QEF) application and our research, handled under the Personal Data (Privacy) Ordinance (Cap. 486).</w:t>
      </w:r>
    </w:p>
    <w:p>
      <w:pPr>
        <w:spacing w:after="20" w:before="0" w:line="269" w:lineRule="auto"/>
      </w:pPr>
      <w:r>
        <w:rPr>
          <w:rFonts w:ascii="Microsoft JhengHei" w:hAnsi="Microsoft JhengHei" w:eastAsia="Microsoft JhengHei"/>
          <w:b w:val="0"/>
          <w:i w:val="0"/>
          <w:color w:val="0F2342"/>
          <w:sz w:val="21"/>
        </w:rPr>
        <w:t>參與純屬自願。由於同意已在應用程式內處理，一般無須家長另行簽署。如您「不希望」子女的不記名數據被納入分析，請填妥下方退出欄，於 ________ 前交回班主任（或電郵 reclaim2k@lws.edu.hk）。不參與不影響子女使用應用程式或任何校內安排。</w:t>
      </w:r>
    </w:p>
    <w:p>
      <w:pPr>
        <w:spacing w:after="160" w:before="0" w:line="269" w:lineRule="auto"/>
      </w:pPr>
      <w:r>
        <w:rPr>
          <w:rFonts w:ascii="Microsoft JhengHei" w:hAnsi="Microsoft JhengHei" w:eastAsia="Microsoft JhengHei"/>
          <w:b w:val="0"/>
          <w:i/>
          <w:color w:val="556070"/>
          <w:sz w:val="20"/>
        </w:rPr>
        <w:t>Participation is voluntary. As consent is handled in the app, no separate parent signature is usually needed. If you do NOT wish your child’s anonymous data to be included, please complete the opt-out slip below and return it to the class teacher (or email reclaim2k@lws.edu.hk) by ________. Opting out does not affect your child’s use of the app or any school arrangement.</w:t>
      </w:r>
    </w:p>
    <w:p>
      <w:pPr>
        <w:spacing w:after="80"/>
      </w:pPr>
      <w:r>
        <w:rPr>
          <w:rFonts w:ascii="Microsoft JhengHei" w:hAnsi="Microsoft JhengHei" w:eastAsia="Microsoft JhengHei"/>
          <w:b w:val="0"/>
          <w:i w:val="0"/>
          <w:color w:val="B07A1E"/>
          <w:sz w:val="16"/>
        </w:rPr>
        <w:t>──────────────────────────────────────────────</w:t>
      </w:r>
    </w:p>
    <w:p>
      <w:pPr>
        <w:spacing w:after="80" w:before="0" w:line="269" w:lineRule="auto"/>
      </w:pPr>
      <w:r>
        <w:rPr>
          <w:rFonts w:ascii="Microsoft JhengHei" w:hAnsi="Microsoft JhengHei" w:eastAsia="Microsoft JhengHei"/>
          <w:b/>
          <w:i w:val="0"/>
          <w:color w:val="0F2342"/>
          <w:sz w:val="21"/>
        </w:rPr>
        <w:t>退出欄（只在不希望參與時填寫）  ·  OPT-OUT SLIP (only if you do NOT wish to take part)</w:t>
      </w:r>
    </w:p>
    <w:p>
      <w:pPr>
        <w:spacing w:after="20" w:before="0" w:line="269" w:lineRule="auto"/>
      </w:pPr>
      <w:r>
        <w:rPr>
          <w:rFonts w:ascii="Microsoft JhengHei" w:hAnsi="Microsoft JhengHei" w:eastAsia="Microsoft JhengHei"/>
          <w:b w:val="0"/>
          <w:i w:val="0"/>
          <w:color w:val="0F2342"/>
          <w:sz w:val="21"/>
        </w:rPr>
        <w:t>☐  本人不希望子女的不記名問卷數據被用於成效評估／研究。</w:t>
      </w:r>
    </w:p>
    <w:p>
      <w:pPr>
        <w:spacing w:after="120" w:before="0" w:line="269" w:lineRule="auto"/>
      </w:pPr>
      <w:r>
        <w:rPr>
          <w:rFonts w:ascii="Microsoft JhengHei" w:hAnsi="Microsoft JhengHei" w:eastAsia="Microsoft JhengHei"/>
          <w:b w:val="0"/>
          <w:i/>
          <w:color w:val="556070"/>
          <w:sz w:val="20"/>
        </w:rPr>
        <w:t>☐  I do NOT wish my child’s anonymous survey data to be used for the evaluation / research.</w:t>
      </w:r>
    </w:p>
    <w:p>
      <w:pPr>
        <w:spacing w:after="100" w:before="0" w:line="269" w:lineRule="auto"/>
      </w:pPr>
      <w:r>
        <w:rPr>
          <w:rFonts w:ascii="Microsoft JhengHei" w:hAnsi="Microsoft JhengHei" w:eastAsia="Microsoft JhengHei"/>
          <w:b w:val="0"/>
          <w:i w:val="0"/>
          <w:color w:val="0F2342"/>
          <w:sz w:val="20"/>
        </w:rPr>
        <w:t>學生姓名 Student name：____________________     班別 Class：________</w:t>
      </w:r>
    </w:p>
    <w:p>
      <w:pPr>
        <w:spacing w:after="100" w:before="0" w:line="269" w:lineRule="auto"/>
      </w:pPr>
      <w:r>
        <w:rPr>
          <w:rFonts w:ascii="Microsoft JhengHei" w:hAnsi="Microsoft JhengHei" w:eastAsia="Microsoft JhengHei"/>
          <w:b w:val="0"/>
          <w:i w:val="0"/>
          <w:color w:val="0F2342"/>
          <w:sz w:val="20"/>
        </w:rPr>
        <w:t>家長／監護人姓名 Parent / Guardian name：____________________</w:t>
      </w:r>
    </w:p>
    <w:p>
      <w:pPr>
        <w:spacing w:after="160" w:before="0" w:line="269" w:lineRule="auto"/>
      </w:pPr>
      <w:r>
        <w:rPr>
          <w:rFonts w:ascii="Microsoft JhengHei" w:hAnsi="Microsoft JhengHei" w:eastAsia="Microsoft JhengHei"/>
          <w:b w:val="0"/>
          <w:i w:val="0"/>
          <w:color w:val="0F2342"/>
          <w:sz w:val="20"/>
        </w:rPr>
        <w:t>簽署 Signature：____________________     日期 Date：____________</w:t>
      </w:r>
    </w:p>
    <w:p>
      <w:pPr>
        <w:spacing w:after="20" w:before="0" w:line="269" w:lineRule="auto"/>
      </w:pPr>
      <w:r>
        <w:rPr>
          <w:rFonts w:ascii="Microsoft JhengHei" w:hAnsi="Microsoft JhengHei" w:eastAsia="Microsoft JhengHei"/>
          <w:b w:val="0"/>
          <w:i/>
          <w:color w:val="556070"/>
          <w:sz w:val="16"/>
        </w:rPr>
        <w:t>資料控制者：中華傳道會劉永生中學（Reclaim2K 計劃），日後轉移予 Reclaim2K 非牟利機構。  Data controller: CNEC Lau Wing Sang Secondary School (Reclaim2K), to transfer to the Reclaim2K non-profit once registered.</w:t>
      </w:r>
    </w:p>
    <w:sectPr w:rsidR="00FC693F" w:rsidRPr="0006063C" w:rsidSect="00034616">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