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42A4A"/>
          <w:sz w:val="44"/>
        </w:rPr>
        <w:t>Reclaim2K</w:t>
        <w:br/>
        <w:t>教師及學校管理員手冊</w:t>
        <w:br/>
        <w:t>Teacher &amp; School-Admin Manual</w:t>
      </w:r>
    </w:p>
    <w:p>
      <w:pPr>
        <w:jc w:val="center"/>
      </w:pPr>
      <w:r>
        <w:rPr>
          <w:color w:val="C2521A"/>
          <w:sz w:val="22"/>
        </w:rPr>
        <w:t>教師介面功能總覽 + 設定指南（含：如何為每班設定密碼）</w:t>
        <w:br/>
        <w:t>All teacher functions + setup guide (incl. how to set a password for each class)</w:t>
      </w:r>
    </w:p>
    <w:p>
      <w:pPr>
        <w:jc w:val="center"/>
      </w:pPr>
      <w:r>
        <w:rPr>
          <w:i/>
          <w:color w:val="555555"/>
          <w:sz w:val="18"/>
        </w:rPr>
        <w:t>由 CNEC 中華傳道會劉永生中學製作 · 查詢 reclaim2k@lws.edu.hk · 核對日期 Audited 2026-07-18</w:t>
      </w:r>
    </w:p>
    <w:p>
      <w:r>
        <w:rPr>
          <w:b w:val="0"/>
          <w:i w:val="0"/>
          <w:sz w:val="21"/>
        </w:rPr>
        <w:t>本手冊給學校管理員（校長 / 副校長 / 宗教科統籌 / IT）及班級老師使用,說明:(1) 系統架構、(2) 五種登入憑證、(3) 如何進入教師介面、(4) 教師介面的每一項功能、(5) 逐步設定 —— 特別是「如何為每班設定密碼」、(6) 學校可自行處理 vs 需要本校協助的部分、(7) Google Sheet 分頁參考、(8) 保安須知與常見問題。</w:t>
      </w:r>
    </w:p>
    <w:p>
      <w:r>
        <w:rPr>
          <w:b/>
          <w:color w:val="142A4A"/>
          <w:sz w:val="30"/>
        </w:rPr>
        <w:t>1 · 系統架構（一分鐘看懂）· How it fits together</w:t>
      </w:r>
    </w:p>
    <w:p>
      <w:r>
        <w:rPr>
          <w:b w:val="0"/>
          <w:i w:val="0"/>
          <w:sz w:val="21"/>
        </w:rPr>
        <w:t>Reclaim2K 用 Google Sheet 作後台,分兩層:</w:t>
      </w:r>
    </w:p>
    <w:p>
      <w:pPr>
        <w:pStyle w:val="ListBullet"/>
      </w:pPr>
      <w:r>
        <w:rPr>
          <w:b w:val="0"/>
          <w:i w:val="0"/>
          <w:sz w:val="21"/>
        </w:rPr>
        <w:t>中央目錄（本校 CNEC 管理）—— 一個總表,存放所有學校名單、每校的 4 位數「學校密碼」、以及指向各校自己 Sheet 的連結。學校要出現在 App 的下拉選單,必須先在此登記。</w:t>
      </w:r>
    </w:p>
    <w:p>
      <w:pPr>
        <w:pStyle w:val="ListBullet"/>
      </w:pPr>
      <w:r>
        <w:rPr>
          <w:b w:val="0"/>
          <w:i w:val="0"/>
          <w:sz w:val="21"/>
        </w:rPr>
        <w:t>每校自己的 Google Sheet —— 每間學校有自己的 Sheet(+ 一份部署好的 Apps Script Web App)。你的老師密碼、班級密碼、學生名冊全部存喺呢度,由學校自己掌管。</w:t>
      </w:r>
    </w:p>
    <w:p>
      <w:pPr>
        <w:ind w:left="216"/>
      </w:pPr>
      <w:r>
        <w:rPr>
          <w:b/>
          <w:color w:val="B53A2B"/>
          <w:sz w:val="21"/>
        </w:rPr>
        <w:t xml:space="preserve">重點: </w:t>
      </w:r>
      <w:r>
        <w:rPr>
          <w:sz w:val="21"/>
        </w:rPr>
        <w:t>4 位數「學校密碼」由本校 CNEC 發出（中央目錄）;老師密碼、班級密碼、學生名冊則由貴校在自己的 Sheet 設定。</w:t>
      </w:r>
    </w:p>
    <w:p>
      <w:r>
        <w:rPr>
          <w:b/>
          <w:color w:val="142A4A"/>
          <w:sz w:val="30"/>
        </w:rPr>
        <w:t>2 · 五種登入憑證 · The five credentials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736"/>
          </w:tcPr>
          <w:p>
            <w:r/>
            <w:r>
              <w:rPr>
                <w:b/>
                <w:color w:val="142A4A"/>
                <w:sz w:val="19"/>
              </w:rPr>
              <w:t>憑證 Credential</w:t>
            </w:r>
          </w:p>
        </w:tc>
        <w:tc>
          <w:tcPr>
            <w:tcW w:type="dxa" w:w="2160"/>
          </w:tcPr>
          <w:p>
            <w:r/>
            <w:r>
              <w:rPr>
                <w:b/>
                <w:color w:val="142A4A"/>
                <w:sz w:val="19"/>
              </w:rPr>
              <w:t>邊個用 Who</w:t>
            </w:r>
          </w:p>
        </w:tc>
        <w:tc>
          <w:tcPr>
            <w:tcW w:type="dxa" w:w="2880"/>
          </w:tcPr>
          <w:p>
            <w:r/>
            <w:r>
              <w:rPr>
                <w:b/>
                <w:color w:val="142A4A"/>
                <w:sz w:val="19"/>
              </w:rPr>
              <w:t>點驗證 How verified</w:t>
            </w:r>
          </w:p>
        </w:tc>
        <w:tc>
          <w:tcPr>
            <w:tcW w:type="dxa" w:w="2304"/>
          </w:tcPr>
          <w:p>
            <w:r/>
            <w:r>
              <w:rPr>
                <w:b/>
                <w:color w:val="142A4A"/>
                <w:sz w:val="19"/>
              </w:rPr>
              <w:t>邊度設定 Where set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① 學校 4 位數密碼 School access code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所有人(每部裝置入一次)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對中央目錄逐字比對(明文)</w:t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  <w:t>本校 CNEC 發出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② 老師密碼 Teacher PIN(全校/管理員)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學校管理員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瀏覽器 SHA-256 → 對本校 Sheet</w:t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  <w:t>貴校自設(App 或 Sheet 選單)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③ 班級密碼 Class PIN(每班一個)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班級 / 宗教科老師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SHA-256 → 對本校 Sheet(班級範圍)</w:t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  <w:t>管理員在教師介面設定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④ 清除密碼 Erase PIN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學校管理員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SHA-256 → 對本校 Sheet</w:t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  <w:t>貴校自設(與老師密碼不同)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⑤ 學生登入(班別+學號+出生日期)</w:t>
            </w:r>
          </w:p>
        </w:tc>
        <w:tc>
          <w:tcPr>
            <w:tcW w:type="dxa" w:w="2160"/>
          </w:tcPr>
          <w:p>
            <w:r/>
            <w:r>
              <w:rPr>
                <w:sz w:val="18"/>
              </w:rPr>
              <w:t>學生 / 家長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對學生名冊核對出生日期(無密碼)</w:t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  <w:t>貴校在 Students 分頁輸入</w:t>
            </w:r>
          </w:p>
        </w:tc>
      </w:tr>
    </w:tbl>
    <w:p>
      <w:r>
        <w:rPr>
          <w:b w:val="0"/>
          <w:i w:val="0"/>
          <w:color w:val="555555"/>
          <w:sz w:val="19"/>
        </w:rPr>
        <w:t>另有:超級管理員權杖 super_admin_token（本校 CNEC 為每校產生的復原碼,用來重設忘記的密碼);以及可選的登入電郵 2FA（在 Sheet 加一行 2fa_email 即啟用,登入時發 6 位數電郵驗證碼,10 分鐘有效)。</w:t>
      </w:r>
    </w:p>
    <w:p>
      <w:r>
        <w:rPr>
          <w:b/>
          <w:color w:val="142A4A"/>
          <w:sz w:val="30"/>
        </w:rPr>
        <w:t>3 · 如何進入教師介面 · Getting to the teacher screen</w:t>
      </w:r>
    </w:p>
    <w:p>
      <w:pPr>
        <w:pStyle w:val="ListNumber"/>
      </w:pPr>
      <w:r>
        <w:rPr>
          <w:b w:val="0"/>
          <w:i w:val="0"/>
          <w:sz w:val="21"/>
        </w:rPr>
        <w:t>開啟 App → 揀學校 → 輸入 4 位數學校密碼(每部裝置一次)。</w:t>
      </w:r>
    </w:p>
    <w:p>
      <w:pPr>
        <w:pStyle w:val="ListNumber"/>
      </w:pPr>
      <w:r>
        <w:rPr>
          <w:b w:val="0"/>
          <w:i w:val="0"/>
          <w:sz w:val="21"/>
        </w:rPr>
        <w:t>喺登入頁,打開「教師入口 Teacher Portal」(如未見,連按底部版本號 5 下即會出現)。</w:t>
      </w:r>
    </w:p>
    <w:p>
      <w:pPr>
        <w:pStyle w:val="ListNumber"/>
      </w:pPr>
      <w:r>
        <w:rPr>
          <w:b w:val="0"/>
          <w:i w:val="0"/>
          <w:sz w:val="21"/>
        </w:rPr>
        <w:t>揀你的角色:</w:t>
      </w:r>
    </w:p>
    <w:p>
      <w:pPr>
        <w:pStyle w:val="ListBullet"/>
        <w:ind w:left="504"/>
      </w:pPr>
      <w:r>
        <w:rPr>
          <w:b w:val="0"/>
          <w:i w:val="0"/>
          <w:sz w:val="21"/>
        </w:rPr>
        <w:t>學校管理員 School Administrator —— 全校範圍,可設班級密碼、清除資料。</w:t>
      </w:r>
    </w:p>
    <w:p>
      <w:pPr>
        <w:pStyle w:val="ListBullet"/>
        <w:ind w:left="504"/>
      </w:pPr>
      <w:r>
        <w:rPr>
          <w:b w:val="0"/>
          <w:i w:val="0"/>
          <w:sz w:val="21"/>
        </w:rPr>
        <w:t>班級 / 宗教科老師 Class / RS Teacher —— 只看自己一班。</w:t>
      </w:r>
    </w:p>
    <w:p>
      <w:pPr>
        <w:pStyle w:val="ListBullet"/>
        <w:ind w:left="504"/>
      </w:pPr>
      <w:r>
        <w:rPr>
          <w:b w:val="0"/>
          <w:i w:val="0"/>
          <w:sz w:val="21"/>
        </w:rPr>
        <w:t>靈修小組 Devotion Group —— 教會 / 朋輩 / 家長小組長模式(與學校登入無關)。</w:t>
      </w:r>
    </w:p>
    <w:p>
      <w:pPr>
        <w:pStyle w:val="ListNumber"/>
      </w:pPr>
      <w:r>
        <w:rPr>
          <w:b w:val="0"/>
          <w:i w:val="0"/>
          <w:sz w:val="21"/>
        </w:rPr>
        <w:t>輸入密碼登入。管理員入②老師密碼;班級老師入③班級密碼(用同一個密碼欄,系統自動分辨範圍)。</w:t>
      </w:r>
    </w:p>
    <w:p>
      <w:pPr>
        <w:ind w:left="216"/>
      </w:pPr>
      <w:r>
        <w:rPr>
          <w:b/>
          <w:color w:val="2F6FBF"/>
          <w:sz w:val="21"/>
        </w:rPr>
        <w:t xml:space="preserve">首次設定: </w:t>
      </w:r>
      <w:r>
        <w:rPr>
          <w:sz w:val="21"/>
        </w:rPr>
        <w:t>若學校未設老師密碼,登入時 App 會自動帶你到「首次設定」,要求同時設定「老師密碼」和「清除密碼」(兩者不可相同,各需 8 位以上,含大細楷 + 數字)。</w:t>
      </w:r>
    </w:p>
    <w:p>
      <w:pPr>
        <w:ind w:left="216"/>
      </w:pPr>
      <w:r>
        <w:rPr>
          <w:b/>
          <w:color w:val="2F6FBF"/>
          <w:sz w:val="21"/>
        </w:rPr>
        <w:t xml:space="preserve">忘記密碼: </w:t>
      </w:r>
      <w:r>
        <w:rPr>
          <w:sz w:val="21"/>
        </w:rPr>
        <w:t>用本校 CNEC 提供的 super_admin_token 經「忘記密碼」重設;或由管理員在 Sheet 的 Credentials 分頁清空該密碼格。</w:t>
      </w:r>
    </w:p>
    <w:p>
      <w:r>
        <w:rPr>
          <w:b/>
          <w:color w:val="142A4A"/>
          <w:sz w:val="30"/>
        </w:rPr>
        <w:t>4 · 教師介面全部功能 · Every function on the teacher dashboard</w:t>
      </w:r>
    </w:p>
    <w:p>
      <w:r>
        <w:rPr>
          <w:b w:val="0"/>
          <w:i w:val="0"/>
          <w:sz w:val="21"/>
        </w:rPr>
        <w:t>登入後是一頁式儀表板(向下捲動,無分頁)。由上而下:</w:t>
      </w:r>
    </w:p>
    <w:p>
      <w:r>
        <w:rPr>
          <w:b/>
          <w:i w:val="0"/>
          <w:color w:val="142A4A"/>
          <w:sz w:val="21"/>
        </w:rPr>
        <w:t>密碼年齡提示 PIN-age banner</w:t>
      </w:r>
    </w:p>
    <w:p>
      <w:pPr>
        <w:ind w:left="288"/>
      </w:pPr>
      <w:r>
        <w:rPr>
          <w:b w:val="0"/>
          <w:i w:val="0"/>
          <w:sz w:val="21"/>
        </w:rPr>
        <w:t>若密碼已用超過 90 日,頂部顯示提示,建議更換。</w:t>
      </w:r>
    </w:p>
    <w:p>
      <w:r>
        <w:rPr>
          <w:b/>
          <w:i w:val="0"/>
          <w:color w:val="142A4A"/>
          <w:sz w:val="21"/>
        </w:rPr>
        <w:t>統計列 Stats row</w:t>
      </w:r>
    </w:p>
    <w:p>
      <w:pPr>
        <w:ind w:left="288"/>
      </w:pPr>
      <w:r>
        <w:rPr>
          <w:b w:val="0"/>
          <w:i w:val="0"/>
          <w:sz w:val="21"/>
        </w:rPr>
        <w:t>四格:全校 HFC 總額、學生總數、已參與人數(HFC&gt;0)、平均 HFC。班級老師只看自己一班。</w:t>
      </w:r>
    </w:p>
    <w:p>
      <w:r>
        <w:rPr>
          <w:b/>
          <w:i w:val="0"/>
          <w:color w:val="142A4A"/>
          <w:sz w:val="21"/>
        </w:rPr>
        <w:t>幸福感問卷 Well-being Survey（研究)</w:t>
      </w:r>
    </w:p>
    <w:p>
      <w:pPr>
        <w:ind w:left="288"/>
      </w:pPr>
      <w:r>
        <w:rPr>
          <w:b w:val="0"/>
          <w:i w:val="0"/>
          <w:sz w:val="21"/>
        </w:rPr>
        <w:t>前測 / 後測分享連結(可複製、可預覽,WHO-5 + SAS-SV 量表);「查看結果」讀取 Sheet,顯示去識別化的前後測平均值、螢幕時間、幫助度。</w:t>
      </w:r>
    </w:p>
    <w:p>
      <w:r>
        <w:rPr>
          <w:b/>
          <w:i w:val="0"/>
          <w:color w:val="142A4A"/>
          <w:sz w:val="21"/>
        </w:rPr>
        <w:t>頒發獎勵 Award HFC</w:t>
      </w:r>
    </w:p>
    <w:p>
      <w:pPr>
        <w:ind w:left="288"/>
      </w:pPr>
      <w:r>
        <w:rPr>
          <w:b w:val="0"/>
          <w:i w:val="0"/>
          <w:sz w:val="21"/>
        </w:rPr>
        <w:t>揀學生 → 揀金額(20/50/100/200)→ 頒發。受每人每日 HFC 上限限制,寫入 Sheet。這是老師版的「鼓勵」;貼紙功能屬家長專用。</w:t>
      </w:r>
    </w:p>
    <w:p>
      <w:r>
        <w:rPr>
          <w:b/>
          <w:i w:val="0"/>
          <w:color w:val="142A4A"/>
          <w:sz w:val="21"/>
        </w:rPr>
        <w:t>學生一覽 Student Overview</w:t>
      </w:r>
    </w:p>
    <w:p>
      <w:pPr>
        <w:ind w:left="288"/>
      </w:pPr>
      <w:r>
        <w:rPr>
          <w:b w:val="0"/>
          <w:i w:val="0"/>
          <w:sz w:val="21"/>
        </w:rPr>
        <w:t>班別篩選 + 中文姓名搜尋;表格顯示排名 / 班別 / 學號 / 姓名 / HFC(按 HFC 排序,最多 100 行)。</w:t>
      </w:r>
    </w:p>
    <w:p>
      <w:r>
        <w:rPr>
          <w:b/>
          <w:i w:val="0"/>
          <w:color w:val="142A4A"/>
          <w:sz w:val="21"/>
        </w:rPr>
        <w:t>AI 相關教案 AI Lesson Plans</w:t>
      </w:r>
    </w:p>
    <w:p>
      <w:pPr>
        <w:ind w:left="288"/>
      </w:pPr>
      <w:r>
        <w:rPr>
          <w:b w:val="0"/>
          <w:i w:val="0"/>
          <w:sz w:val="21"/>
        </w:rPr>
        <w:t>EDB「AI 賦能教育」計劃(EDBCM 25/221)指引資訊頁 —— 年度計劃樣本、6 個 AI 教學示例、公開課、分享會、學生 AI 活動。純資訊,不涉 Sheet。</w:t>
      </w:r>
    </w:p>
    <w:p>
      <w:r>
        <w:rPr>
          <w:b/>
          <w:i w:val="0"/>
          <w:color w:val="142A4A"/>
          <w:sz w:val="21"/>
        </w:rPr>
        <w:t>班級 / 宗教科老師密碼 Class PIN 管理（僅管理員)</w:t>
      </w:r>
    </w:p>
    <w:p>
      <w:pPr>
        <w:ind w:left="288"/>
      </w:pPr>
      <w:r>
        <w:rPr>
          <w:b w:val="0"/>
          <w:i w:val="0"/>
          <w:sz w:val="21"/>
        </w:rPr>
        <w:t>為每班設 / 移除班級密碼 —— 見第 5 節。</w:t>
      </w:r>
    </w:p>
    <w:p>
      <w:r>
        <w:rPr>
          <w:b/>
          <w:i w:val="0"/>
          <w:color w:val="142A4A"/>
          <w:sz w:val="21"/>
        </w:rPr>
        <w:t>更改密碼 Change PIN</w:t>
      </w:r>
    </w:p>
    <w:p>
      <w:pPr>
        <w:ind w:left="288"/>
      </w:pPr>
      <w:r>
        <w:rPr>
          <w:b w:val="0"/>
          <w:i w:val="0"/>
          <w:sz w:val="21"/>
        </w:rPr>
        <w:t>兩個分頁:🔐 老師密碼、🔴 清除密碼;輸入舊密碼 + 新密碼即更改。</w:t>
      </w:r>
    </w:p>
    <w:p>
      <w:r>
        <w:rPr>
          <w:b/>
          <w:i w:val="0"/>
          <w:color w:val="142A4A"/>
          <w:sz w:val="21"/>
        </w:rPr>
        <w:t>數據保護 · 清除所有資料 Erase All Data（僅管理員)</w:t>
      </w:r>
    </w:p>
    <w:p>
      <w:pPr>
        <w:ind w:left="288"/>
      </w:pPr>
      <w:r>
        <w:rPr>
          <w:b w:val="0"/>
          <w:i w:val="0"/>
          <w:sz w:val="21"/>
        </w:rPr>
        <w:t>需輸入④清除密碼 + 兩次確認,方可清空本校進度資料。</w:t>
      </w:r>
    </w:p>
    <w:p>
      <w:r>
        <w:rPr>
          <w:b/>
          <w:i w:val="0"/>
          <w:color w:val="142A4A"/>
          <w:sz w:val="21"/>
        </w:rPr>
        <w:t>登出 Logout</w:t>
      </w:r>
    </w:p>
    <w:p>
      <w:pPr>
        <w:ind w:left="288"/>
      </w:pPr>
      <w:r>
        <w:rPr>
          <w:b w:val="0"/>
          <w:i w:val="0"/>
          <w:sz w:val="21"/>
        </w:rPr>
        <w:t>返回登入頁。</w:t>
      </w:r>
    </w:p>
    <w:p>
      <w:r>
        <w:rPr>
          <w:b/>
          <w:color w:val="C2521A"/>
          <w:sz w:val="24"/>
        </w:rPr>
        <w:t>另一種角色:靈修小組長模式 Devotion-Group leader（獨立)</w:t>
      </w:r>
    </w:p>
    <w:p>
      <w:r>
        <w:rPr>
          <w:b w:val="0"/>
          <w:i w:val="0"/>
          <w:sz w:val="21"/>
        </w:rPr>
        <w:t>由「靈修小組」登入卡進入(非學校管理員儀表板)。可建立小組、產生 6 位數邀請碼、分享 WhatsApp 邀請、查看成員、給成員鼓勵貼紙。適合教會 / 朋輩 / 家長 / 師友小組,沒有超級管理員監督反思內容。</w:t>
      </w:r>
    </w:p>
    <w:p>
      <w:r>
        <w:rPr>
          <w:b/>
          <w:color w:val="C2521A"/>
          <w:sz w:val="24"/>
        </w:rPr>
        <w:t>不在教師介面內的功能（在 Sheet 或由本校 CNEC 處理)</w:t>
      </w:r>
    </w:p>
    <w:p>
      <w:pPr>
        <w:pStyle w:val="ListBullet"/>
      </w:pPr>
      <w:r>
        <w:rPr>
          <w:b w:val="0"/>
          <w:i w:val="0"/>
          <w:sz w:val="21"/>
        </w:rPr>
        <w:t>編輯 F.1–F.6 靈修 / 默書計劃 —— 在 Sheet 的 Dictation 分頁直接編輯(非 App 內)。</w:t>
      </w:r>
    </w:p>
    <w:p>
      <w:pPr>
        <w:pStyle w:val="ListBullet"/>
      </w:pPr>
      <w:r>
        <w:rPr>
          <w:b w:val="0"/>
          <w:i w:val="0"/>
          <w:sz w:val="21"/>
        </w:rPr>
        <w:t>推送通知 —— Sheet 內編輯(school-editable,由本校授權)。</w:t>
      </w:r>
    </w:p>
    <w:p>
      <w:pPr>
        <w:pStyle w:val="ListBullet"/>
      </w:pPr>
      <w:r>
        <w:rPr>
          <w:b w:val="0"/>
          <w:i w:val="0"/>
          <w:sz w:val="21"/>
        </w:rPr>
        <w:t>家長活動 ParentTalks —— Sheet 內設定,家長端顯示。</w:t>
      </w:r>
    </w:p>
    <w:p>
      <w:pPr>
        <w:pStyle w:val="ListBullet"/>
      </w:pPr>
      <w:r>
        <w:rPr>
          <w:b w:val="0"/>
          <w:i w:val="0"/>
          <w:sz w:val="21"/>
        </w:rPr>
        <w:t>社群作品審批(Suno 歌、遊戲、見證)—— 由本校 CNEC 超級管理員審批後才公開。</w:t>
      </w:r>
    </w:p>
    <w:p>
      <w:r>
        <w:rPr>
          <w:b/>
          <w:color w:val="142A4A"/>
          <w:sz w:val="30"/>
        </w:rPr>
        <w:t>5 · 如何為每班設定密碼 · How to set a password for each class</w:t>
      </w:r>
    </w:p>
    <w:p>
      <w:pPr>
        <w:ind w:left="216"/>
      </w:pPr>
      <w:r>
        <w:rPr>
          <w:b/>
          <w:color w:val="146E66"/>
          <w:sz w:val="21"/>
        </w:rPr>
        <w:t xml:space="preserve">這是學校最常問的一項 —— 功能真實存在。 </w:t>
      </w:r>
      <w:r>
        <w:rPr>
          <w:sz w:val="21"/>
        </w:rPr>
        <w:t>一個班一個密碼:班級老師用該密碼登入後,只看到自己一班的學生。</w:t>
      </w:r>
    </w:p>
    <w:p>
      <w:r>
        <w:rPr>
          <w:b/>
          <w:color w:val="C2521A"/>
          <w:sz w:val="24"/>
        </w:rPr>
        <w:t>設定步驟 Steps</w:t>
      </w:r>
    </w:p>
    <w:p>
      <w:pPr>
        <w:pStyle w:val="ListNumber"/>
      </w:pPr>
      <w:r>
        <w:rPr>
          <w:b w:val="0"/>
          <w:i w:val="0"/>
          <w:sz w:val="21"/>
        </w:rPr>
        <w:t>以「學校管理員」身分登入(必須是全校範圍;班級密碼管理只對管理員顯示)。</w:t>
      </w:r>
    </w:p>
    <w:p>
      <w:pPr>
        <w:pStyle w:val="ListNumber"/>
      </w:pPr>
      <w:r>
        <w:rPr>
          <w:b w:val="0"/>
          <w:i w:val="0"/>
          <w:sz w:val="21"/>
        </w:rPr>
        <w:t>在儀表板找到「📚 班級 / 宗教科老師密碼 Class / RS Teacher PIN」卡。</w:t>
      </w:r>
    </w:p>
    <w:p>
      <w:pPr>
        <w:pStyle w:val="ListNumber"/>
      </w:pPr>
      <w:r>
        <w:rPr>
          <w:b w:val="0"/>
          <w:i w:val="0"/>
          <w:sz w:val="21"/>
        </w:rPr>
        <w:t>剔選一個或多個班別(例如 1A、1B)。</w:t>
      </w:r>
    </w:p>
    <w:p>
      <w:pPr>
        <w:pStyle w:val="ListNumber"/>
      </w:pPr>
      <w:r>
        <w:rPr>
          <w:b w:val="0"/>
          <w:i w:val="0"/>
          <w:sz w:val="21"/>
        </w:rPr>
        <w:t>輸入密碼(8 位以上,含大細楷 + 數字),或按「自動 Auto」產生(格式如 1AT4821)。</w:t>
      </w:r>
    </w:p>
    <w:p>
      <w:pPr>
        <w:pStyle w:val="ListNumber"/>
      </w:pPr>
      <w:r>
        <w:rPr>
          <w:b w:val="0"/>
          <w:i w:val="0"/>
          <w:sz w:val="21"/>
        </w:rPr>
        <w:t>按「確認設定 Set PIN」。系統會把密碼(只存雜湊)寫入本校 Sheet,並在畫面顯示一次明文密碼 —— 抄低交畀該班老師。</w:t>
      </w:r>
    </w:p>
    <w:p>
      <w:pPr>
        <w:pStyle w:val="ListNumber"/>
      </w:pPr>
      <w:r>
        <w:rPr>
          <w:b w:val="0"/>
          <w:i w:val="0"/>
          <w:sz w:val="21"/>
        </w:rPr>
        <w:t>該班老師之後在教師登入頁,用這個班級密碼登入,就只看到自己一班。</w:t>
      </w:r>
    </w:p>
    <w:p>
      <w:r>
        <w:rPr>
          <w:b/>
          <w:color w:val="C2521A"/>
          <w:sz w:val="24"/>
        </w:rPr>
        <w:t>要每班不同密碼?</w:t>
      </w:r>
    </w:p>
    <w:p>
      <w:r>
        <w:rPr>
          <w:b w:val="0"/>
          <w:i w:val="0"/>
          <w:sz w:val="21"/>
        </w:rPr>
        <w:t>若一次剔選多班並用同一個密碼欄,系統會把「相同」密碼寫入每一班。想每班不同,請逐班(或逐批)分開設定不同密碼。</w:t>
      </w:r>
    </w:p>
    <w:p>
      <w:r>
        <w:rPr>
          <w:b/>
          <w:color w:val="C2521A"/>
          <w:sz w:val="24"/>
        </w:rPr>
        <w:t>查看 / 移除班級密碼</w:t>
      </w:r>
    </w:p>
    <w:p>
      <w:r>
        <w:rPr>
          <w:b w:val="0"/>
          <w:i w:val="0"/>
          <w:sz w:val="21"/>
        </w:rPr>
        <w:t>同一張卡會列出已設定的班級密碼;每行有「移除 Remove」可刪除該班密碼。</w:t>
      </w:r>
    </w:p>
    <w:p>
      <w:pPr>
        <w:ind w:left="216"/>
      </w:pPr>
      <w:r>
        <w:rPr>
          <w:b/>
          <w:color w:val="555555"/>
          <w:sz w:val="21"/>
        </w:rPr>
        <w:t xml:space="preserve">儲存位置: </w:t>
      </w:r>
      <w:r>
        <w:rPr>
          <w:sz w:val="21"/>
        </w:rPr>
        <w:t>班級密碼以 &lt;班別&gt;_pin_hash（例如 1A_pin_hash）存於本校 Sheet 的 Credentials 分頁,只存雜湊,永不存明文。</w:t>
      </w:r>
    </w:p>
    <w:p>
      <w:r>
        <w:rPr>
          <w:b/>
          <w:color w:val="142A4A"/>
          <w:sz w:val="30"/>
        </w:rPr>
        <w:t>6 · 設定 / 更改 老師密碼與清除密碼</w:t>
      </w:r>
    </w:p>
    <w:p>
      <w:pPr>
        <w:pStyle w:val="ListBullet"/>
      </w:pPr>
      <w:r>
        <w:rPr>
          <w:b w:val="0"/>
          <w:i w:val="0"/>
          <w:sz w:val="21"/>
        </w:rPr>
        <w:t>App 內:儀表板「更改密碼 Change PIN」→ 揀「老師密碼」或「清除密碼」分頁 → 輸入舊 + 新密碼 → 更改。</w:t>
      </w:r>
    </w:p>
    <w:p>
      <w:pPr>
        <w:pStyle w:val="ListBullet"/>
      </w:pPr>
      <w:r>
        <w:rPr>
          <w:b w:val="0"/>
          <w:i w:val="0"/>
          <w:sz w:val="21"/>
        </w:rPr>
        <w:t>Sheet 內(另一途徑):打開學校 Sheet → 選單「🛠 Reclaim2K → ② 設定老師密碼」,系統會加密後寫入 teacher_pin_hash。</w:t>
      </w:r>
    </w:p>
    <w:p>
      <w:pPr>
        <w:pStyle w:val="ListBullet"/>
      </w:pPr>
      <w:r>
        <w:rPr>
          <w:b w:val="0"/>
          <w:i w:val="0"/>
          <w:sz w:val="21"/>
        </w:rPr>
        <w:t>首次設定:見第 3 節(同時設老師密碼 + 清除密碼)。</w:t>
      </w:r>
    </w:p>
    <w:p>
      <w:r>
        <w:rPr>
          <w:b/>
          <w:color w:val="142A4A"/>
          <w:sz w:val="30"/>
        </w:rPr>
        <w:t>7 · 學校自行處理 vs 需要本校 CNEC 協助</w:t>
      </w:r>
    </w:p>
    <w:p>
      <w:r>
        <w:rPr>
          <w:b/>
          <w:color w:val="C2521A"/>
          <w:sz w:val="24"/>
        </w:rPr>
        <w:t>需要本校 CNEC(中央)協助的一次性開通</w:t>
      </w:r>
    </w:p>
    <w:p>
      <w:pPr>
        <w:pStyle w:val="ListBullet"/>
      </w:pPr>
      <w:r>
        <w:rPr>
          <w:b w:val="0"/>
          <w:i w:val="0"/>
          <w:sz w:val="21"/>
        </w:rPr>
        <w:t>發出 4 位數「學校密碼」。</w:t>
      </w:r>
    </w:p>
    <w:p>
      <w:pPr>
        <w:pStyle w:val="ListBullet"/>
      </w:pPr>
      <w:r>
        <w:rPr>
          <w:b w:val="0"/>
          <w:i w:val="0"/>
          <w:sz w:val="21"/>
        </w:rPr>
        <w:t>把學校加入 App 下拉目錄(active=TRUE)。</w:t>
      </w:r>
    </w:p>
    <w:p>
      <w:pPr>
        <w:pStyle w:val="ListBullet"/>
      </w:pPr>
      <w:r>
        <w:rPr>
          <w:b w:val="0"/>
          <w:i w:val="0"/>
          <w:sz w:val="21"/>
        </w:rPr>
        <w:t>為學校建立專屬 Google Sheet,並部署 Apps Script Web App(執行身分:我;存取:任何人),把連結記錄在中央目錄。</w:t>
      </w:r>
    </w:p>
    <w:p>
      <w:pPr>
        <w:pStyle w:val="ListBullet"/>
      </w:pPr>
      <w:r>
        <w:rPr>
          <w:b w:val="0"/>
          <w:i w:val="0"/>
          <w:sz w:val="21"/>
        </w:rPr>
        <w:t>產生 super_admin_token(復原碼)。</w:t>
      </w:r>
    </w:p>
    <w:p>
      <w:r>
        <w:rPr>
          <w:b/>
          <w:color w:val="146E66"/>
          <w:sz w:val="24"/>
        </w:rPr>
        <w:t>學校可自行處理（Sheet 及密碼建立後)</w:t>
      </w:r>
    </w:p>
    <w:p>
      <w:pPr>
        <w:pStyle w:val="ListBullet"/>
      </w:pPr>
      <w:r>
        <w:rPr>
          <w:b w:val="0"/>
          <w:i w:val="0"/>
          <w:sz w:val="21"/>
        </w:rPr>
        <w:t>一鍵建立所有分頁:Sheet 選單「🛠 Reclaim2K → ① 建立 / 修復所有分頁」—— 自動建立 Students、Credentials 等,連標題 + 說明 + 隱藏示例,無需手動開欄。</w:t>
      </w:r>
    </w:p>
    <w:p>
      <w:pPr>
        <w:pStyle w:val="ListBullet"/>
      </w:pPr>
      <w:r>
        <w:rPr>
          <w:b w:val="0"/>
          <w:i w:val="0"/>
          <w:sz w:val="21"/>
        </w:rPr>
        <w:t>設定 / 更換 老師密碼、清除密碼。</w:t>
      </w:r>
    </w:p>
    <w:p>
      <w:pPr>
        <w:pStyle w:val="ListBullet"/>
      </w:pPr>
      <w:r>
        <w:rPr>
          <w:b w:val="0"/>
          <w:i w:val="0"/>
          <w:sz w:val="21"/>
        </w:rPr>
        <w:t>為每班設定 / 移除密碼(第 5 節)。</w:t>
      </w:r>
    </w:p>
    <w:p>
      <w:pPr>
        <w:pStyle w:val="ListBullet"/>
      </w:pPr>
      <w:r>
        <w:rPr>
          <w:b w:val="0"/>
          <w:i w:val="0"/>
          <w:sz w:val="21"/>
        </w:rPr>
        <w:t>輸入學生名冊(Students 分頁)。</w:t>
      </w:r>
    </w:p>
    <w:p>
      <w:pPr>
        <w:pStyle w:val="ListBullet"/>
      </w:pPr>
      <w:r>
        <w:rPr>
          <w:b w:val="0"/>
          <w:i w:val="0"/>
          <w:sz w:val="21"/>
        </w:rPr>
        <w:t>可選:加 2fa_email 啟用登入 2FA。</w:t>
      </w:r>
    </w:p>
    <w:p>
      <w:pPr>
        <w:ind w:left="216"/>
      </w:pPr>
      <w:r>
        <w:rPr>
          <w:b/>
          <w:color w:val="2F6FBF"/>
          <w:sz w:val="21"/>
        </w:rPr>
        <w:t xml:space="preserve">想加入 Reclaim2K? </w:t>
      </w:r>
      <w:r>
        <w:rPr>
          <w:sz w:val="21"/>
        </w:rPr>
        <w:t>電郵 reclaim2k@lws.edu.hk(App 內「電郵申請加入」按鈕會自動開啟一封已填好範本的電郵)。個別學校難以自行用 Google 表單完成 Sheet 設定,故一律改用電郵,由本校協助開通。</w:t>
      </w:r>
    </w:p>
    <w:p>
      <w:r>
        <w:rPr>
          <w:b/>
          <w:color w:val="142A4A"/>
          <w:sz w:val="30"/>
        </w:rPr>
        <w:t>8 · Google Sheet 分頁參考 · Sheet tabs reference</w:t>
      </w:r>
    </w:p>
    <w:p>
      <w:r>
        <w:rPr>
          <w:b/>
          <w:color w:val="C2521A"/>
          <w:sz w:val="24"/>
        </w:rPr>
        <w:t>Credentials 分頁(key | value)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736"/>
          </w:tcPr>
          <w:p>
            <w:r/>
            <w:r>
              <w:rPr>
                <w:b/>
                <w:color w:val="142A4A"/>
                <w:sz w:val="19"/>
              </w:rPr>
              <w:t>key</w:t>
            </w:r>
          </w:p>
        </w:tc>
        <w:tc>
          <w:tcPr>
            <w:tcW w:type="dxa" w:w="6048"/>
          </w:tcPr>
          <w:p>
            <w:r/>
            <w:r>
              <w:rPr>
                <w:b/>
                <w:color w:val="142A4A"/>
                <w:sz w:val="19"/>
              </w:rPr>
              <w:t>意思 Meaning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teacher_pin_hash</w:t>
            </w:r>
          </w:p>
        </w:tc>
        <w:tc>
          <w:tcPr>
            <w:tcW w:type="dxa" w:w="6048"/>
          </w:tcPr>
          <w:p>
            <w:r/>
            <w:r>
              <w:rPr>
                <w:sz w:val="18"/>
              </w:rPr>
              <w:t>全校老師密碼(雜湊)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erase_pin_hash</w:t>
            </w:r>
          </w:p>
        </w:tc>
        <w:tc>
          <w:tcPr>
            <w:tcW w:type="dxa" w:w="6048"/>
          </w:tcPr>
          <w:p>
            <w:r/>
            <w:r>
              <w:rPr>
                <w:sz w:val="18"/>
              </w:rPr>
              <w:t>清除密碼(雜湊)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&lt;班別&gt;_pin_hash</w:t>
            </w:r>
          </w:p>
        </w:tc>
        <w:tc>
          <w:tcPr>
            <w:tcW w:type="dxa" w:w="6048"/>
          </w:tcPr>
          <w:p>
            <w:r/>
            <w:r>
              <w:rPr>
                <w:sz w:val="18"/>
              </w:rPr>
              <w:t>班級密碼,如 1A_pin_hash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*_pin_set_at</w:t>
            </w:r>
          </w:p>
        </w:tc>
        <w:tc>
          <w:tcPr>
            <w:tcW w:type="dxa" w:w="6048"/>
          </w:tcPr>
          <w:p>
            <w:r/>
            <w:r>
              <w:rPr>
                <w:sz w:val="18"/>
              </w:rPr>
              <w:t>各密碼設定時間(供年齡 / 輪換)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mentor_pin_hash</w:t>
            </w:r>
          </w:p>
        </w:tc>
        <w:tc>
          <w:tcPr>
            <w:tcW w:type="dxa" w:w="6048"/>
          </w:tcPr>
          <w:p>
            <w:r/>
            <w:r>
              <w:rPr>
                <w:sz w:val="18"/>
              </w:rPr>
              <w:t>師友小組長密碼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super_admin_token</w:t>
            </w:r>
          </w:p>
        </w:tc>
        <w:tc>
          <w:tcPr>
            <w:tcW w:type="dxa" w:w="6048"/>
          </w:tcPr>
          <w:p>
            <w:r/>
            <w:r>
              <w:rPr>
                <w:sz w:val="18"/>
              </w:rPr>
              <w:t>復原碼(由中央推送)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8"/>
              </w:rPr>
              <w:t>2fa_email</w:t>
            </w:r>
          </w:p>
        </w:tc>
        <w:tc>
          <w:tcPr>
            <w:tcW w:type="dxa" w:w="6048"/>
          </w:tcPr>
          <w:p>
            <w:r/>
            <w:r>
              <w:rPr>
                <w:sz w:val="18"/>
              </w:rPr>
              <w:t>可選:登入 2FA 電郵</w:t>
            </w:r>
          </w:p>
        </w:tc>
      </w:tr>
    </w:tbl>
    <w:p>
      <w:pPr>
        <w:ind w:left="216"/>
      </w:pPr>
      <w:r>
        <w:rPr>
          <w:b/>
          <w:color w:val="B53A2B"/>
          <w:sz w:val="21"/>
        </w:rPr>
        <w:t xml:space="preserve">重要: </w:t>
      </w:r>
      <w:r>
        <w:rPr>
          <w:sz w:val="21"/>
        </w:rPr>
        <w:t>Credentials 只存雜湊,永不存明文密碼。用 App 或 Sheet 選單設定,不要自己填明文。</w:t>
      </w:r>
    </w:p>
    <w:p>
      <w:r>
        <w:rPr>
          <w:b/>
          <w:color w:val="C2521A"/>
          <w:sz w:val="24"/>
        </w:rPr>
        <w:t>Students 分頁(登入必需)</w:t>
      </w:r>
    </w:p>
    <w:p>
      <w:r>
        <w:rPr>
          <w:b w:val="0"/>
          <w:i w:val="0"/>
          <w:sz w:val="21"/>
        </w:rPr>
        <w:t>欄位:reg｜name_chi｜name_eng｜class｜num｜dob｜email。class 例 1A / 2B;dob 格式 YYYY-MM-DD(學生 / 家長登入靠 班別 + 學號 + 出生日期 核對,務必準確)。</w:t>
      </w:r>
    </w:p>
    <w:p>
      <w:r>
        <w:rPr>
          <w:b/>
          <w:color w:val="142A4A"/>
          <w:sz w:val="30"/>
        </w:rPr>
        <w:t>9 · 保安須知 · Security notes</w:t>
      </w:r>
    </w:p>
    <w:p>
      <w:pPr>
        <w:pStyle w:val="ListBullet"/>
      </w:pPr>
      <w:r>
        <w:rPr>
          <w:b w:val="0"/>
          <w:i w:val="0"/>
          <w:sz w:val="21"/>
        </w:rPr>
        <w:t>密碼以 SHA-256 在瀏覽器加密後才傳送,Sheet 只存雜湊。</w:t>
      </w:r>
    </w:p>
    <w:p>
      <w:pPr>
        <w:pStyle w:val="ListBullet"/>
      </w:pPr>
      <w:r>
        <w:rPr>
          <w:b w:val="0"/>
          <w:i w:val="0"/>
          <w:sz w:val="21"/>
        </w:rPr>
        <w:t>4 位數學校密碼以明文存於中央目錄,且長度短 —— 屬「裝置關卡」,不是強力保安;請提醒師生不要公開張貼。</w:t>
      </w:r>
    </w:p>
    <w:p>
      <w:pPr>
        <w:pStyle w:val="ListBullet"/>
      </w:pPr>
      <w:r>
        <w:rPr>
          <w:b w:val="0"/>
          <w:i w:val="0"/>
          <w:sz w:val="21"/>
        </w:rPr>
        <w:t>老師 / 班級 / 清除密碼建議 8 位以上,含大細楷 + 數字;定期更換(超過 90 日會提示)。</w:t>
      </w:r>
    </w:p>
    <w:p>
      <w:pPr>
        <w:pStyle w:val="ListBullet"/>
      </w:pPr>
      <w:r>
        <w:rPr>
          <w:b w:val="0"/>
          <w:i w:val="0"/>
          <w:sz w:val="21"/>
        </w:rPr>
        <w:t>學生出生日期是唯一的學生身分核對,請確保名冊準確、不外洩。</w:t>
      </w:r>
    </w:p>
    <w:p>
      <w:r>
        <w:rPr>
          <w:b/>
          <w:color w:val="142A4A"/>
          <w:sz w:val="30"/>
        </w:rPr>
        <w:t>10 · 常見問題與陷阱 · Troubleshooting</w:t>
      </w:r>
    </w:p>
    <w:p>
      <w:pPr>
        <w:ind w:left="216"/>
      </w:pPr>
      <w:r>
        <w:rPr>
          <w:b/>
          <w:color w:val="B53A2B"/>
          <w:sz w:val="21"/>
        </w:rPr>
        <w:t xml:space="preserve">⚠ 更新 Apps Script 後「沒有反應」? </w:t>
      </w:r>
      <w:r>
        <w:rPr>
          <w:sz w:val="21"/>
        </w:rPr>
        <w:t>最常見原因是用了「New deployment(新部署)」產生新網址,App 仍指向舊網址。正確做法:Apps Script →「管理部署 Manage deployments → 編輯(鉛筆)→ 版本:新版本 New version → 部署」,保持同一網址。若有多個部署,全部更新。</w:t>
      </w:r>
    </w:p>
    <w:p>
      <w:pPr>
        <w:pStyle w:val="ListBullet"/>
      </w:pPr>
      <w:r>
        <w:rPr>
          <w:b w:val="0"/>
          <w:i w:val="0"/>
          <w:sz w:val="21"/>
        </w:rPr>
        <w:t>班級老師看不到學生?→ 確認已用「班級密碼」登入(而非全校老師密碼),且該班在 Students 名冊有資料。</w:t>
      </w:r>
    </w:p>
    <w:p>
      <w:pPr>
        <w:pStyle w:val="ListBullet"/>
      </w:pPr>
      <w:r>
        <w:rPr>
          <w:b w:val="0"/>
          <w:i w:val="0"/>
          <w:sz w:val="21"/>
        </w:rPr>
        <w:t>學生無法登入?→ 檢查 Students 名冊的 class / num / dob 是否與學生輸入一致(dob 必須 YYYY-MM-DD)。</w:t>
      </w:r>
    </w:p>
    <w:p>
      <w:pPr>
        <w:pStyle w:val="ListBullet"/>
      </w:pPr>
      <w:r>
        <w:rPr>
          <w:b w:val="0"/>
          <w:i w:val="0"/>
          <w:sz w:val="21"/>
        </w:rPr>
        <w:t>忘記老師密碼?→ 用本校提供的 super_admin_token 經「忘記密碼」重設,或在 Credentials 清空該格。</w:t>
      </w:r>
    </w:p>
    <w:p>
      <w:pPr>
        <w:pStyle w:val="ListBullet"/>
      </w:pPr>
      <w:r>
        <w:rPr>
          <w:b w:val="0"/>
          <w:i w:val="0"/>
          <w:sz w:val="21"/>
        </w:rPr>
        <w:t>學校不在下拉選單?→ 未加入中央目錄(active=TRUE);請電郵 reclaim2k@lws.edu.hk。</w:t>
      </w:r>
    </w:p>
    <w:p>
      <w:r>
        <w:rPr>
          <w:b/>
          <w:color w:val="142A4A"/>
          <w:sz w:val="30"/>
        </w:rPr>
        <w:t>聯絡 · Contacts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456"/>
          </w:tcPr>
          <w:p>
            <w:r/>
            <w:r>
              <w:rPr>
                <w:b/>
                <w:color w:val="142A4A"/>
                <w:sz w:val="19"/>
              </w:rPr>
              <w:t>用途 Purpose</w:t>
            </w:r>
          </w:p>
        </w:tc>
        <w:tc>
          <w:tcPr>
            <w:tcW w:type="dxa" w:w="5328"/>
          </w:tcPr>
          <w:p>
            <w:r/>
            <w:r>
              <w:rPr>
                <w:b/>
                <w:color w:val="142A4A"/>
                <w:sz w:val="19"/>
              </w:rPr>
              <w:t>聯絡 Contact</w:t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  <w:t>加入 / 開通學校 Onboarding</w:t>
            </w:r>
          </w:p>
        </w:tc>
        <w:tc>
          <w:tcPr>
            <w:tcW w:type="dxa" w:w="5328"/>
          </w:tcPr>
          <w:p>
            <w:r/>
            <w:r>
              <w:rPr>
                <w:sz w:val="18"/>
              </w:rPr>
              <w:t>reclaim2k@lws.edu.hk</w:t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  <w:t>App 支援 / 錯誤回報 Support</w:t>
            </w:r>
          </w:p>
        </w:tc>
        <w:tc>
          <w:tcPr>
            <w:tcW w:type="dxa" w:w="5328"/>
          </w:tcPr>
          <w:p>
            <w:r/>
            <w:r>
              <w:rPr>
                <w:sz w:val="18"/>
              </w:rPr>
              <w:t>feedback@reclaim2k.org</w:t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  <w:t>專案負責人 Project lead</w:t>
            </w:r>
          </w:p>
        </w:tc>
        <w:tc>
          <w:tcPr>
            <w:tcW w:type="dxa" w:w="5328"/>
          </w:tcPr>
          <w:p>
            <w:r/>
            <w:r>
              <w:rPr>
                <w:sz w:val="18"/>
              </w:rPr>
              <w:t>盧維中副校長 Mr Lo Wai Chung · vincent@lws.edu.hk</w:t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  <w:t>網頁 Landing / App</w:t>
            </w:r>
          </w:p>
        </w:tc>
        <w:tc>
          <w:tcPr>
            <w:tcW w:type="dxa" w:w="5328"/>
          </w:tcPr>
          <w:p>
            <w:r/>
            <w:r>
              <w:rPr>
                <w:sz w:val="18"/>
              </w:rPr>
              <w:t>reclaim2k.org · app.reclaim2k.org</w:t>
            </w:r>
          </w:p>
        </w:tc>
      </w:tr>
    </w:tbl>
    <w:p>
      <w:r>
        <w:rPr>
          <w:b w:val="0"/>
          <w:i w:val="0"/>
          <w:color w:val="555555"/>
          <w:sz w:val="17"/>
        </w:rPr>
        <w:t>本手冊按 2026-07-18 App 版本核對編寫。功能或會更新;如有出入,請以 App 內實際畫面為準,並電郵 feedback@reclaim2k.org 告知。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TC" w:hAnsi="Noto Sans T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