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用聲音和 Gemini 一起備課：一頁指南</w:t>
      </w:r>
    </w:p>
    <w:p>
      <w:r>
        <w:t>Reclaim2K 教師學習圈 · 2026 年 11 月 13 日 · 主線不變：幫助學生與耶穌建立真實的關係</w:t>
      </w:r>
    </w:p>
    <w:p>
      <w:pPr>
        <w:pStyle w:val="Heading1"/>
      </w:pPr>
      <w:r>
        <w:rPr>
          <w:color w:val="B85C0E"/>
        </w:rPr>
        <w:t>① 準備（1 分鐘）</w:t>
      </w:r>
    </w:p>
    <w:p>
      <w:pPr>
        <w:pStyle w:val="ListBullet"/>
      </w:pPr>
      <w:r>
        <w:t>手機：打開 Gemini App，按「Live」或麥克風。</w:t>
      </w:r>
    </w:p>
    <w:p>
      <w:pPr>
        <w:pStyle w:val="ListBullet"/>
      </w:pPr>
      <w:r>
        <w:t>電腦：打開 gemini.google.com；聽寫可用 Typeless、Windows「Win + H」或 Mac「聽寫」。</w:t>
      </w:r>
    </w:p>
    <w:p>
      <w:pPr>
        <w:pStyle w:val="ListBullet"/>
      </w:pPr>
      <w:r>
        <w:t>下載「Reclaim2K 顧問團」：reclaim2k.org/downloads/Reclaim2K-Gemini-顧問團.txt，全部貼入 Gemini（或建立一個 Gem）。</w:t>
      </w:r>
    </w:p>
    <w:p>
      <w:pPr>
        <w:pStyle w:val="Heading1"/>
      </w:pPr>
      <w:r>
        <w:rPr>
          <w:color w:val="B85C0E"/>
        </w:rPr>
        <w:t>② 像開會一樣說話（10 分鐘）</w:t>
      </w:r>
    </w:p>
    <w:p>
      <w:pPr>
        <w:pStyle w:val="ListBullet"/>
      </w:pPr>
      <w:r>
        <w:t>「我想下星期教路加福音 24 章，中三全班三十人，學生大多未信。請總監先開會。」</w:t>
      </w:r>
    </w:p>
    <w:p>
      <w:pPr>
        <w:pStyle w:val="ListBullet"/>
      </w:pPr>
      <w:r>
        <w:t>「請神學博看看這個方向。」「請課程博給我兩個互動活動。」「請關顧博提醒我要留意甚麼。」</w:t>
      </w:r>
    </w:p>
    <w:p>
      <w:pPr>
        <w:pStyle w:val="ListBullet"/>
      </w:pPr>
      <w:r>
        <w:t>「請跟進博推介一個 Reclaim2K App 七天靈修。」</w:t>
      </w:r>
    </w:p>
    <w:p>
      <w:pPr>
        <w:pStyle w:val="Heading1"/>
      </w:pPr>
      <w:r>
        <w:rPr>
          <w:color w:val="B85C0E"/>
        </w:rPr>
        <w:t>③ 變成互動課堂（20 分鐘）</w:t>
      </w:r>
    </w:p>
    <w:p>
      <w:pPr>
        <w:pStyle w:val="ListBullet"/>
      </w:pPr>
      <w:r>
        <w:t>說：「請整理成製作檔答案」。</w:t>
      </w:r>
    </w:p>
    <w:p>
      <w:pPr>
        <w:pStyle w:val="ListBullet"/>
      </w:pPr>
      <w:r>
        <w:t>打開 reclaim2k.org/agent-room →「🛠️ Gemini 畫布製作」，貼入答案 → 下載製作檔。</w:t>
      </w:r>
    </w:p>
    <w:p>
      <w:pPr>
        <w:pStyle w:val="ListBullet"/>
      </w:pPr>
      <w:r>
        <w:t>Gemini 選「畫布 / Canvas」→ 上載製作檔 → 貼上開場提示 → 完成後把程式碼貼回討論室檢查及預覽。</w:t>
      </w:r>
    </w:p>
    <w:p>
      <w:pPr>
        <w:pStyle w:val="ListBullet"/>
      </w:pPr>
      <w:r>
        <w:t>按「分享 / Share」，把連結貼到 reclaim2k.org/edb1113 作品牆。</w:t>
      </w:r>
    </w:p>
    <w:p>
      <w:pPr>
        <w:pStyle w:val="Heading1"/>
      </w:pPr>
      <w:r>
        <w:rPr>
          <w:color w:val="B85C0E"/>
        </w:rPr>
        <w:t>④ 連結生活</w:t>
      </w:r>
    </w:p>
    <w:p>
      <w:pPr>
        <w:pStyle w:val="ListBullet"/>
      </w:pPr>
      <w:r>
        <w:t>課堂最後放入 App 七天靈修：app.reclaim2k.org/#go=devote&amp;plan=plan_jesus_friend（或其他計劃）。</w:t>
      </w:r>
    </w:p>
    <w:p>
      <w:pPr>
        <w:pStyle w:val="ListBullet"/>
      </w:pPr>
      <w:r>
        <w:t>參考網站相關課堂：reclaim2k.org/bible-lessons-teachers。</w:t>
      </w:r>
    </w:p>
    <w:p>
      <w:pPr>
        <w:pStyle w:val="Heading1"/>
      </w:pPr>
      <w:r>
        <w:rPr>
          <w:color w:val="B85C0E"/>
        </w:rPr>
        <w:t>守則</w:t>
      </w:r>
    </w:p>
    <w:p>
      <w:pPr>
        <w:pStyle w:val="ListBullet"/>
      </w:pPr>
      <w:r>
        <w:t>不說學生姓名；不上載學生資料。</w:t>
      </w:r>
    </w:p>
    <w:p>
      <w:pPr>
        <w:pStyle w:val="ListBullet"/>
      </w:pPr>
      <w:r>
        <w:t>經文只寫出處，文字由 FHL 載入；不加入未核實的影片。</w:t>
      </w:r>
    </w:p>
    <w:p>
      <w:pPr>
        <w:pStyle w:val="ListBullet"/>
      </w:pPr>
      <w:r>
        <w:t>祂是誰？信心的行動？學生怎樣與耶穌建立關係？每一課都要回答。</w:t>
      </w:r>
    </w:p>
    <w:p>
      <w:r>
        <w:rPr>
          <w:sz w:val="18"/>
        </w:rPr>
        <w:t>密碼：Agent 討論室 john1515 · 學習圈頁面 1113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