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before="0"/>
      </w:pPr>
      <w:r>
        <w:rPr>
          <w:rFonts w:ascii="Microsoft JhengHei" w:hAnsi="Microsoft JhengHei" w:eastAsia="Microsoft JhengHei"/>
          <w:b/>
          <w:i w:val="0"/>
          <w:color w:val="A86B1F"/>
          <w:sz w:val="44"/>
        </w:rPr>
        <w:t>誰在看我？爬上桑樹，找到耶穌眼中的我</w:t>
      </w:r>
    </w:p>
    <w:p>
      <w:pPr>
        <w:spacing w:after="200"/>
      </w:pPr>
      <w:r>
        <w:rPr>
          <w:rFonts w:ascii="Microsoft JhengHei" w:hAnsi="Microsoft JhengHei" w:eastAsia="Microsoft JhengHei"/>
          <w:b w:val="0"/>
          <w:i w:val="0"/>
          <w:color w:val="6B7280"/>
          <w:sz w:val="26"/>
        </w:rPr>
        <w:t>Who Is Looking at Me? Climbing the Tree to Find How Jesus Sees Me</w:t>
      </w:r>
    </w:p>
    <w:p>
      <w:pPr>
        <w:spacing w:after="80"/>
      </w:pPr>
      <w:r>
        <w:rPr>
          <w:rFonts w:ascii="Microsoft JhengHei" w:hAnsi="Microsoft JhengHei" w:eastAsia="Microsoft JhengHei"/>
          <w:b w:val="0"/>
          <w:i w:val="0"/>
          <w:color w:val="6B7280"/>
          <w:sz w:val="20"/>
        </w:rPr>
        <w:t>《從聖經到課堂，在生活中遇見復活主》多層次 AI Agent 教案 · Reclaim2K</w:t>
      </w:r>
    </w:p>
    <w:tbl>
      <w:tblPr>
        <w:tblStyle w:val="TableGrid"/>
        <w:tblW w:type="auto" w:w="0"/>
        <w:tblLook w:firstColumn="1" w:firstRow="1" w:lastColumn="0" w:lastRow="0" w:noHBand="0" w:noVBand="1" w:val="04A0"/>
      </w:tblPr>
      <w:tblGrid>
        <w:gridCol w:w="4986"/>
        <w:gridCol w:w="4986"/>
      </w:tblGrid>
      <w:tr>
        <w:tc>
          <w:tcPr>
            <w:tcW w:type="dxa" w:w="2268"/>
            <w:shd w:val="clear" w:fill="EFE7D6"/>
          </w:tcPr>
          <w:p>
            <w:r/>
            <w:r>
              <w:rPr>
                <w:rFonts w:ascii="Microsoft JhengHei" w:hAnsi="Microsoft JhengHei" w:eastAsia="Microsoft JhengHei"/>
                <w:b/>
                <w:i w:val="0"/>
                <w:color w:val="222A36"/>
                <w:sz w:val="20"/>
              </w:rPr>
              <w:t>項目</w:t>
            </w:r>
          </w:p>
        </w:tc>
        <w:tc>
          <w:tcPr>
            <w:tcW w:type="dxa" w:w="6803"/>
            <w:shd w:val="clear" w:fill="EFE7D6"/>
          </w:tcPr>
          <w:p>
            <w:r/>
            <w:r>
              <w:rPr>
                <w:rFonts w:ascii="Microsoft JhengHei" w:hAnsi="Microsoft JhengHei" w:eastAsia="Microsoft JhengHei"/>
                <w:b/>
                <w:i w:val="0"/>
                <w:color w:val="222A36"/>
                <w:sz w:val="20"/>
              </w:rPr>
              <w:t>設定</w:t>
            </w:r>
          </w:p>
        </w:tc>
      </w:tr>
      <w:tr>
        <w:tc>
          <w:tcPr>
            <w:tcW w:type="dxa" w:w="2268"/>
          </w:tcPr>
          <w:p>
            <w:r/>
            <w:r>
              <w:rPr>
                <w:rFonts w:ascii="Microsoft JhengHei" w:hAnsi="Microsoft JhengHei" w:eastAsia="Microsoft JhengHei"/>
                <w:b w:val="0"/>
                <w:i w:val="0"/>
                <w:color w:val="222A36"/>
                <w:sz w:val="20"/>
              </w:rPr>
              <w:t>宗派軌道</w:t>
            </w:r>
          </w:p>
        </w:tc>
        <w:tc>
          <w:tcPr>
            <w:tcW w:type="dxa" w:w="6803"/>
          </w:tcPr>
          <w:p>
            <w:r/>
            <w:r>
              <w:rPr>
                <w:rFonts w:ascii="Microsoft JhengHei" w:hAnsi="Microsoft JhengHei" w:eastAsia="Microsoft JhengHei"/>
                <w:b w:val="0"/>
                <w:i w:val="0"/>
                <w:color w:val="222A36"/>
                <w:sz w:val="20"/>
              </w:rPr>
              <w:t>基督教</w:t>
            </w:r>
          </w:p>
        </w:tc>
      </w:tr>
      <w:tr>
        <w:tc>
          <w:tcPr>
            <w:tcW w:type="dxa" w:w="2268"/>
          </w:tcPr>
          <w:p>
            <w:r/>
            <w:r>
              <w:rPr>
                <w:rFonts w:ascii="Microsoft JhengHei" w:hAnsi="Microsoft JhengHei" w:eastAsia="Microsoft JhengHei"/>
                <w:b w:val="0"/>
                <w:i w:val="0"/>
                <w:color w:val="222A36"/>
                <w:sz w:val="20"/>
              </w:rPr>
              <w:t>學生階段</w:t>
            </w:r>
          </w:p>
        </w:tc>
        <w:tc>
          <w:tcPr>
            <w:tcW w:type="dxa" w:w="6803"/>
          </w:tcPr>
          <w:p>
            <w:r/>
            <w:r>
              <w:rPr>
                <w:rFonts w:ascii="Microsoft JhengHei" w:hAnsi="Microsoft JhengHei" w:eastAsia="Microsoft JhengHei"/>
                <w:b w:val="0"/>
                <w:i w:val="0"/>
                <w:color w:val="222A36"/>
                <w:sz w:val="20"/>
              </w:rPr>
              <w:t>中三至中四</w:t>
            </w:r>
          </w:p>
        </w:tc>
      </w:tr>
      <w:tr>
        <w:tc>
          <w:tcPr>
            <w:tcW w:type="dxa" w:w="2268"/>
          </w:tcPr>
          <w:p>
            <w:r/>
            <w:r>
              <w:rPr>
                <w:rFonts w:ascii="Microsoft JhengHei" w:hAnsi="Microsoft JhengHei" w:eastAsia="Microsoft JhengHei"/>
                <w:b w:val="0"/>
                <w:i w:val="0"/>
                <w:color w:val="222A36"/>
                <w:sz w:val="20"/>
              </w:rPr>
              <w:t>課堂活動歡樂度</w:t>
            </w:r>
          </w:p>
        </w:tc>
        <w:tc>
          <w:tcPr>
            <w:tcW w:type="dxa" w:w="6803"/>
          </w:tcPr>
          <w:p>
            <w:r/>
            <w:r>
              <w:rPr>
                <w:rFonts w:ascii="Microsoft JhengHei" w:hAnsi="Microsoft JhengHei" w:eastAsia="Microsoft JhengHei"/>
                <w:b w:val="0"/>
                <w:i w:val="0"/>
                <w:color w:val="222A36"/>
                <w:sz w:val="20"/>
              </w:rPr>
              <w:t>3 / 5</w:t>
            </w:r>
          </w:p>
        </w:tc>
      </w:tr>
      <w:tr>
        <w:tc>
          <w:tcPr>
            <w:tcW w:type="dxa" w:w="2268"/>
          </w:tcPr>
          <w:p>
            <w:r/>
            <w:r>
              <w:rPr>
                <w:rFonts w:ascii="Microsoft JhengHei" w:hAnsi="Microsoft JhengHei" w:eastAsia="Microsoft JhengHei"/>
                <w:b w:val="0"/>
                <w:i w:val="0"/>
                <w:color w:val="222A36"/>
                <w:sz w:val="20"/>
              </w:rPr>
              <w:t>牧養標籤</w:t>
            </w:r>
          </w:p>
        </w:tc>
        <w:tc>
          <w:tcPr>
            <w:tcW w:type="dxa" w:w="6803"/>
          </w:tcPr>
          <w:p>
            <w:r/>
            <w:r>
              <w:rPr>
                <w:rFonts w:ascii="Microsoft JhengHei" w:hAnsi="Microsoft JhengHei" w:eastAsia="Microsoft JhengHei"/>
                <w:b w:val="0"/>
                <w:i w:val="0"/>
                <w:color w:val="222A36"/>
                <w:sz w:val="20"/>
              </w:rPr>
              <w:t>無</w:t>
            </w:r>
          </w:p>
        </w:tc>
      </w:tr>
      <w:tr>
        <w:tc>
          <w:tcPr>
            <w:tcW w:type="dxa" w:w="2268"/>
          </w:tcPr>
          <w:p>
            <w:r/>
            <w:r>
              <w:rPr>
                <w:rFonts w:ascii="Microsoft JhengHei" w:hAnsi="Microsoft JhengHei" w:eastAsia="Microsoft JhengHei"/>
                <w:b w:val="0"/>
                <w:i w:val="0"/>
                <w:color w:val="222A36"/>
                <w:sz w:val="20"/>
              </w:rPr>
              <w:t>課堂時間</w:t>
            </w:r>
          </w:p>
        </w:tc>
        <w:tc>
          <w:tcPr>
            <w:tcW w:type="dxa" w:w="6803"/>
          </w:tcPr>
          <w:p>
            <w:r/>
            <w:r>
              <w:rPr>
                <w:rFonts w:ascii="Microsoft JhengHei" w:hAnsi="Microsoft JhengHei" w:eastAsia="Microsoft JhengHei"/>
                <w:b w:val="0"/>
                <w:i w:val="0"/>
                <w:color w:val="222A36"/>
                <w:sz w:val="20"/>
              </w:rPr>
              <w:t>單堂 45 分鐘（一系列 2 課之第 1 課）</w:t>
            </w:r>
          </w:p>
        </w:tc>
      </w:tr>
      <w:tr>
        <w:tc>
          <w:tcPr>
            <w:tcW w:type="dxa" w:w="2268"/>
          </w:tcPr>
          <w:p>
            <w:r/>
            <w:r>
              <w:rPr>
                <w:rFonts w:ascii="Microsoft JhengHei" w:hAnsi="Microsoft JhengHei" w:eastAsia="Microsoft JhengHei"/>
                <w:b w:val="0"/>
                <w:i w:val="0"/>
                <w:color w:val="222A36"/>
                <w:sz w:val="20"/>
              </w:rPr>
              <w:t>參考教案範本</w:t>
            </w:r>
          </w:p>
        </w:tc>
        <w:tc>
          <w:tcPr>
            <w:tcW w:type="dxa" w:w="6803"/>
          </w:tcPr>
          <w:p>
            <w:r/>
            <w:r>
              <w:rPr>
                <w:rFonts w:ascii="Microsoft JhengHei" w:hAnsi="Microsoft JhengHei" w:eastAsia="Microsoft JhengHei"/>
                <w:b w:val="0"/>
                <w:i w:val="0"/>
                <w:color w:val="222A36"/>
                <w:sz w:val="20"/>
              </w:rPr>
              <w:t>沒有</w:t>
            </w:r>
          </w:p>
        </w:tc>
      </w:tr>
      <w:tr>
        <w:tc>
          <w:tcPr>
            <w:tcW w:type="dxa" w:w="2268"/>
          </w:tcPr>
          <w:p>
            <w:r/>
            <w:r>
              <w:rPr>
                <w:rFonts w:ascii="Microsoft JhengHei" w:hAnsi="Microsoft JhengHei" w:eastAsia="Microsoft JhengHei"/>
                <w:b w:val="0"/>
                <w:i w:val="0"/>
                <w:color w:val="222A36"/>
                <w:sz w:val="20"/>
              </w:rPr>
              <w:t>生活實踐形態</w:t>
            </w:r>
          </w:p>
        </w:tc>
        <w:tc>
          <w:tcPr>
            <w:tcW w:type="dxa" w:w="6803"/>
          </w:tcPr>
          <w:p>
            <w:r/>
            <w:r>
              <w:rPr>
                <w:rFonts w:ascii="Microsoft JhengHei" w:hAnsi="Microsoft JhengHei" w:eastAsia="Microsoft JhengHei"/>
                <w:b w:val="0"/>
                <w:i w:val="0"/>
                <w:color w:val="222A36"/>
                <w:sz w:val="20"/>
              </w:rPr>
              <w:t>免交作業（自由心證）</w:t>
            </w:r>
          </w:p>
        </w:tc>
      </w:tr>
      <w:tr>
        <w:tc>
          <w:tcPr>
            <w:tcW w:type="dxa" w:w="2268"/>
          </w:tcPr>
          <w:p>
            <w:r/>
            <w:r>
              <w:rPr>
                <w:rFonts w:ascii="Microsoft JhengHei" w:hAnsi="Microsoft JhengHei" w:eastAsia="Microsoft JhengHei"/>
                <w:b w:val="0"/>
                <w:i w:val="0"/>
                <w:color w:val="222A36"/>
                <w:sz w:val="20"/>
              </w:rPr>
              <w:t>L0 終審</w:t>
            </w:r>
          </w:p>
        </w:tc>
        <w:tc>
          <w:tcPr>
            <w:tcW w:type="dxa" w:w="6803"/>
          </w:tcPr>
          <w:p>
            <w:r/>
            <w:r>
              <w:rPr>
                <w:rFonts w:ascii="Microsoft JhengHei" w:hAnsi="Microsoft JhengHei" w:eastAsia="Microsoft JhengHei"/>
                <w:b w:val="0"/>
                <w:i w:val="0"/>
                <w:color w:val="222A36"/>
                <w:sz w:val="20"/>
              </w:rPr>
              <w:t>✅ 合乎航道</w:t>
            </w:r>
          </w:p>
        </w:tc>
      </w:tr>
    </w:tbl>
    <w:p/>
    <w:tbl>
      <w:tblPr>
        <w:tblStyle w:val="TableGrid"/>
        <w:tblW w:type="auto" w:w="0"/>
        <w:tblLook w:firstColumn="1" w:firstRow="1" w:lastColumn="0" w:lastRow="0" w:noHBand="0" w:noVBand="1" w:val="04A0"/>
      </w:tblPr>
      <w:tblGrid>
        <w:gridCol w:w="9972"/>
      </w:tblGrid>
      <w:tr>
        <w:tc>
          <w:tcPr>
            <w:tcW w:type="dxa" w:w="9972"/>
            <w:shd w:val="clear" w:fill="FBF1DC"/>
          </w:tcPr>
          <w:p>
            <w:r/>
            <w:r>
              <w:rPr>
                <w:rFonts w:ascii="Microsoft JhengHei" w:hAnsi="Microsoft JhengHei" w:eastAsia="Microsoft JhengHei"/>
                <w:b/>
                <w:i w:val="0"/>
                <w:color w:val="A86B1F"/>
                <w:sz w:val="22"/>
              </w:rPr>
              <w:t>✝️ 總監的核心異象：每一份教案不可替代的目的</w:t>
            </w:r>
          </w:p>
          <w:p>
            <w:r>
              <w:rPr>
                <w:rFonts w:ascii="Microsoft JhengHei" w:hAnsi="Microsoft JhengHei" w:eastAsia="Microsoft JhengHei"/>
                <w:b w:val="0"/>
                <w:i w:val="0"/>
                <w:color w:val="222A36"/>
                <w:sz w:val="22"/>
              </w:rPr>
              <w:t>總監（L0）自始至終存在，不需選出，也不需呼喚。由聖經、到課堂、到生活，整個循環式教案都必須引領學生遇見愛他們的主，並與主建立更親密的關係。每一個 Bot 及每一位參與的老師，都以此為不可替代的目的；其他設計如有衝突，以此為準。</w:t>
            </w:r>
          </w:p>
          <w:p>
            <w:r>
              <w:rPr>
                <w:rFonts w:ascii="Microsoft JhengHei" w:hAnsi="Microsoft JhengHei" w:eastAsia="Microsoft JhengHei"/>
                <w:b w:val="0"/>
                <w:i w:val="0"/>
                <w:color w:val="222A36"/>
                <w:sz w:val="22"/>
              </w:rPr>
            </w:r>
          </w:p>
          <w:p>
            <w:r>
              <w:rPr>
                <w:rFonts w:ascii="Microsoft JhengHei" w:hAnsi="Microsoft JhengHei" w:eastAsia="Microsoft JhengHei"/>
                <w:b w:val="0"/>
                <w:i w:val="0"/>
                <w:color w:val="222A36"/>
                <w:sz w:val="22"/>
              </w:rPr>
              <w:t>1. 認識耶穌愛他：耶穌為他被釘十字架，並關心他生活中的每一個細節。</w:t>
            </w:r>
          </w:p>
          <w:p>
            <w:r>
              <w:rPr>
                <w:rFonts w:ascii="Microsoft JhengHei" w:hAnsi="Microsoft JhengHei" w:eastAsia="Microsoft JhengHei"/>
                <w:b w:val="0"/>
                <w:i w:val="0"/>
                <w:color w:val="222A36"/>
                <w:sz w:val="22"/>
              </w:rPr>
              <w:t>2. 引導學生更親近主：嘗嘗主恩的滋味，看見祂是何等美善，以致願意憑信心禱告、行動及順服天主，與主建立更親密的關係。</w:t>
            </w:r>
          </w:p>
        </w:tc>
      </w:tr>
    </w:tbl>
    <w:p/>
    <w:tbl>
      <w:tblPr>
        <w:tblStyle w:val="TableGrid"/>
        <w:tblW w:type="auto" w:w="0"/>
        <w:tblLook w:firstColumn="1" w:firstRow="1" w:lastColumn="0" w:lastRow="0" w:noHBand="0" w:noVBand="1" w:val="04A0"/>
      </w:tblPr>
      <w:tblGrid>
        <w:gridCol w:w="3324"/>
        <w:gridCol w:w="3324"/>
        <w:gridCol w:w="3324"/>
      </w:tblGrid>
      <w:tr>
        <w:tc>
          <w:tcPr>
            <w:tcW w:type="dxa" w:w="1814"/>
            <w:shd w:val="clear" w:fill="EFE7D6"/>
          </w:tcPr>
          <w:p>
            <w:r/>
            <w:r>
              <w:rPr>
                <w:rFonts w:ascii="Microsoft JhengHei" w:hAnsi="Microsoft JhengHei" w:eastAsia="Microsoft JhengHei"/>
                <w:b/>
                <w:i w:val="0"/>
                <w:color w:val="222A36"/>
                <w:sz w:val="20"/>
              </w:rPr>
              <w:t>核心經文</w:t>
            </w:r>
          </w:p>
        </w:tc>
        <w:tc>
          <w:tcPr>
            <w:tcW w:type="dxa" w:w="2438"/>
            <w:shd w:val="clear" w:fill="EFE7D6"/>
          </w:tcPr>
          <w:p>
            <w:r/>
            <w:r>
              <w:rPr>
                <w:rFonts w:ascii="Microsoft JhengHei" w:hAnsi="Microsoft JhengHei" w:eastAsia="Microsoft JhengHei"/>
                <w:b/>
                <w:i w:val="0"/>
                <w:color w:val="222A36"/>
                <w:sz w:val="20"/>
              </w:rPr>
              <w:t>主題</w:t>
            </w:r>
          </w:p>
        </w:tc>
        <w:tc>
          <w:tcPr>
            <w:tcW w:type="dxa" w:w="5102"/>
            <w:shd w:val="clear" w:fill="EFE7D6"/>
          </w:tcPr>
          <w:p>
            <w:r/>
            <w:r>
              <w:rPr>
                <w:rFonts w:ascii="Microsoft JhengHei" w:hAnsi="Microsoft JhengHei" w:eastAsia="Microsoft JhengHei"/>
                <w:b/>
                <w:i w:val="0"/>
                <w:color w:val="222A36"/>
                <w:sz w:val="20"/>
              </w:rPr>
              <w:t>經文（和合本）</w:t>
            </w:r>
          </w:p>
        </w:tc>
      </w:tr>
      <w:tr>
        <w:tc>
          <w:tcPr>
            <w:tcW w:type="dxa" w:w="1814"/>
          </w:tcPr>
          <w:p>
            <w:r/>
            <w:r>
              <w:rPr>
                <w:rFonts w:ascii="Microsoft JhengHei" w:hAnsi="Microsoft JhengHei" w:eastAsia="Microsoft JhengHei"/>
                <w:b w:val="0"/>
                <w:i w:val="0"/>
                <w:color w:val="222A36"/>
                <w:sz w:val="20"/>
              </w:rPr>
              <w:t>加拉太書 2:20</w:t>
            </w:r>
          </w:p>
        </w:tc>
        <w:tc>
          <w:tcPr>
            <w:tcW w:type="dxa" w:w="2438"/>
          </w:tcPr>
          <w:p>
            <w:r/>
            <w:r>
              <w:rPr>
                <w:rFonts w:ascii="Microsoft JhengHei" w:hAnsi="Microsoft JhengHei" w:eastAsia="Microsoft JhengHei"/>
                <w:b w:val="0"/>
                <w:i w:val="0"/>
                <w:color w:val="222A36"/>
                <w:sz w:val="20"/>
              </w:rPr>
              <w:t>祂愛我，為我捨己</w:t>
            </w:r>
          </w:p>
        </w:tc>
        <w:tc>
          <w:tcPr>
            <w:tcW w:type="dxa" w:w="5102"/>
          </w:tcPr>
          <w:p>
            <w:r/>
            <w:r>
              <w:rPr>
                <w:rFonts w:ascii="Microsoft JhengHei" w:hAnsi="Microsoft JhengHei" w:eastAsia="Microsoft JhengHei"/>
                <w:b w:val="0"/>
                <w:i w:val="0"/>
                <w:color w:val="222A36"/>
                <w:sz w:val="20"/>
              </w:rPr>
              <w:t>我已經與基督同釘十字架，現在活著的不再是我，乃是基督在我裡面活著；並且我如今在肉身活著，是因信 神的兒子而活；他是愛我，為我捨己。</w:t>
            </w:r>
          </w:p>
        </w:tc>
      </w:tr>
      <w:tr>
        <w:tc>
          <w:tcPr>
            <w:tcW w:type="dxa" w:w="1814"/>
          </w:tcPr>
          <w:p>
            <w:r/>
            <w:r>
              <w:rPr>
                <w:rFonts w:ascii="Microsoft JhengHei" w:hAnsi="Microsoft JhengHei" w:eastAsia="Microsoft JhengHei"/>
                <w:b w:val="0"/>
                <w:i w:val="0"/>
                <w:color w:val="222A36"/>
                <w:sz w:val="20"/>
              </w:rPr>
              <w:t>羅馬書 5:8</w:t>
            </w:r>
          </w:p>
        </w:tc>
        <w:tc>
          <w:tcPr>
            <w:tcW w:type="dxa" w:w="2438"/>
          </w:tcPr>
          <w:p>
            <w:r/>
            <w:r>
              <w:rPr>
                <w:rFonts w:ascii="Microsoft JhengHei" w:hAnsi="Microsoft JhengHei" w:eastAsia="Microsoft JhengHei"/>
                <w:b w:val="0"/>
                <w:i w:val="0"/>
                <w:color w:val="222A36"/>
                <w:sz w:val="20"/>
              </w:rPr>
              <w:t>十字架顯明祂的愛</w:t>
            </w:r>
          </w:p>
        </w:tc>
        <w:tc>
          <w:tcPr>
            <w:tcW w:type="dxa" w:w="5102"/>
          </w:tcPr>
          <w:p>
            <w:r/>
            <w:r>
              <w:rPr>
                <w:rFonts w:ascii="Microsoft JhengHei" w:hAnsi="Microsoft JhengHei" w:eastAsia="Microsoft JhengHei"/>
                <w:b w:val="0"/>
                <w:i w:val="0"/>
                <w:color w:val="222A36"/>
                <w:sz w:val="20"/>
              </w:rPr>
              <w:t>惟有基督在我們還作罪人的時候為我們死， 神的愛就在此向我們顯明了。</w:t>
            </w:r>
          </w:p>
        </w:tc>
      </w:tr>
      <w:tr>
        <w:tc>
          <w:tcPr>
            <w:tcW w:type="dxa" w:w="1814"/>
          </w:tcPr>
          <w:p>
            <w:r/>
            <w:r>
              <w:rPr>
                <w:rFonts w:ascii="Microsoft JhengHei" w:hAnsi="Microsoft JhengHei" w:eastAsia="Microsoft JhengHei"/>
                <w:b w:val="0"/>
                <w:i w:val="0"/>
                <w:color w:val="222A36"/>
                <w:sz w:val="20"/>
              </w:rPr>
              <w:t>馬太福音 10:29-31</w:t>
            </w:r>
          </w:p>
        </w:tc>
        <w:tc>
          <w:tcPr>
            <w:tcW w:type="dxa" w:w="2438"/>
          </w:tcPr>
          <w:p>
            <w:r/>
            <w:r>
              <w:rPr>
                <w:rFonts w:ascii="Microsoft JhengHei" w:hAnsi="Microsoft JhengHei" w:eastAsia="Microsoft JhengHei"/>
                <w:b w:val="0"/>
                <w:i w:val="0"/>
                <w:color w:val="222A36"/>
                <w:sz w:val="20"/>
              </w:rPr>
              <w:t>連頭髮都被數過：關心生活中的每一個細節</w:t>
            </w:r>
          </w:p>
        </w:tc>
        <w:tc>
          <w:tcPr>
            <w:tcW w:type="dxa" w:w="5102"/>
          </w:tcPr>
          <w:p>
            <w:r/>
            <w:r>
              <w:rPr>
                <w:rFonts w:ascii="Microsoft JhengHei" w:hAnsi="Microsoft JhengHei" w:eastAsia="Microsoft JhengHei"/>
                <w:b w:val="0"/>
                <w:i w:val="0"/>
                <w:color w:val="222A36"/>
                <w:sz w:val="20"/>
              </w:rPr>
              <w:t>29兩個麻雀不是賣一分銀子嗎？若是你們的父不許，一個也不能掉在地上； 30就是你們的頭髮也都被數過了。 31所以，不要懼怕，你們比許多麻雀還貴重！」</w:t>
            </w:r>
          </w:p>
        </w:tc>
      </w:tr>
      <w:tr>
        <w:tc>
          <w:tcPr>
            <w:tcW w:type="dxa" w:w="1814"/>
          </w:tcPr>
          <w:p>
            <w:r/>
            <w:r>
              <w:rPr>
                <w:rFonts w:ascii="Microsoft JhengHei" w:hAnsi="Microsoft JhengHei" w:eastAsia="Microsoft JhengHei"/>
                <w:b w:val="0"/>
                <w:i w:val="0"/>
                <w:color w:val="222A36"/>
                <w:sz w:val="20"/>
              </w:rPr>
              <w:t>彼得前書 5:7</w:t>
            </w:r>
          </w:p>
        </w:tc>
        <w:tc>
          <w:tcPr>
            <w:tcW w:type="dxa" w:w="2438"/>
          </w:tcPr>
          <w:p>
            <w:r/>
            <w:r>
              <w:rPr>
                <w:rFonts w:ascii="Microsoft JhengHei" w:hAnsi="Microsoft JhengHei" w:eastAsia="Microsoft JhengHei"/>
                <w:b w:val="0"/>
                <w:i w:val="0"/>
                <w:color w:val="222A36"/>
                <w:sz w:val="20"/>
              </w:rPr>
              <w:t>把一切憂慮交給祂，因為祂顧念你</w:t>
            </w:r>
          </w:p>
        </w:tc>
        <w:tc>
          <w:tcPr>
            <w:tcW w:type="dxa" w:w="5102"/>
          </w:tcPr>
          <w:p>
            <w:r/>
            <w:r>
              <w:rPr>
                <w:rFonts w:ascii="Microsoft JhengHei" w:hAnsi="Microsoft JhengHei" w:eastAsia="Microsoft JhengHei"/>
                <w:b w:val="0"/>
                <w:i w:val="0"/>
                <w:color w:val="222A36"/>
                <w:sz w:val="20"/>
              </w:rPr>
              <w:t>你們要將一切的憂慮卸給 神，因為他顧念你們。</w:t>
            </w:r>
          </w:p>
        </w:tc>
      </w:tr>
      <w:tr>
        <w:tc>
          <w:tcPr>
            <w:tcW w:type="dxa" w:w="1814"/>
          </w:tcPr>
          <w:p>
            <w:r/>
            <w:r>
              <w:rPr>
                <w:rFonts w:ascii="Microsoft JhengHei" w:hAnsi="Microsoft JhengHei" w:eastAsia="Microsoft JhengHei"/>
                <w:b w:val="0"/>
                <w:i w:val="0"/>
                <w:color w:val="222A36"/>
                <w:sz w:val="20"/>
              </w:rPr>
              <w:t>詩篇 34:8</w:t>
            </w:r>
          </w:p>
        </w:tc>
        <w:tc>
          <w:tcPr>
            <w:tcW w:type="dxa" w:w="2438"/>
          </w:tcPr>
          <w:p>
            <w:r/>
            <w:r>
              <w:rPr>
                <w:rFonts w:ascii="Microsoft JhengHei" w:hAnsi="Microsoft JhengHei" w:eastAsia="Microsoft JhengHei"/>
                <w:b w:val="0"/>
                <w:i w:val="0"/>
                <w:color w:val="222A36"/>
                <w:sz w:val="20"/>
              </w:rPr>
              <w:t>嘗嘗主恩的滋味，便知道祂是美善</w:t>
            </w:r>
          </w:p>
        </w:tc>
        <w:tc>
          <w:tcPr>
            <w:tcW w:type="dxa" w:w="5102"/>
          </w:tcPr>
          <w:p>
            <w:r/>
            <w:r>
              <w:rPr>
                <w:rFonts w:ascii="Microsoft JhengHei" w:hAnsi="Microsoft JhengHei" w:eastAsia="Microsoft JhengHei"/>
                <w:b w:val="0"/>
                <w:i w:val="0"/>
                <w:color w:val="222A36"/>
                <w:sz w:val="20"/>
              </w:rPr>
              <w:t>你們要嘗嘗主恩的滋味，便知道他是美善；投靠他的人有福了！</w:t>
            </w:r>
          </w:p>
        </w:tc>
      </w:tr>
      <w:tr>
        <w:tc>
          <w:tcPr>
            <w:tcW w:type="dxa" w:w="1814"/>
          </w:tcPr>
          <w:p>
            <w:r/>
            <w:r>
              <w:rPr>
                <w:rFonts w:ascii="Microsoft JhengHei" w:hAnsi="Microsoft JhengHei" w:eastAsia="Microsoft JhengHei"/>
                <w:b w:val="0"/>
                <w:i w:val="0"/>
                <w:color w:val="222A36"/>
                <w:sz w:val="20"/>
              </w:rPr>
              <w:t>雅各書 4:8</w:t>
            </w:r>
          </w:p>
        </w:tc>
        <w:tc>
          <w:tcPr>
            <w:tcW w:type="dxa" w:w="2438"/>
          </w:tcPr>
          <w:p>
            <w:r/>
            <w:r>
              <w:rPr>
                <w:rFonts w:ascii="Microsoft JhengHei" w:hAnsi="Microsoft JhengHei" w:eastAsia="Microsoft JhengHei"/>
                <w:b w:val="0"/>
                <w:i w:val="0"/>
                <w:color w:val="222A36"/>
                <w:sz w:val="20"/>
              </w:rPr>
              <w:t>親近主，主就必親近你</w:t>
            </w:r>
          </w:p>
        </w:tc>
        <w:tc>
          <w:tcPr>
            <w:tcW w:type="dxa" w:w="5102"/>
          </w:tcPr>
          <w:p>
            <w:r/>
            <w:r>
              <w:rPr>
                <w:rFonts w:ascii="Microsoft JhengHei" w:hAnsi="Microsoft JhengHei" w:eastAsia="Microsoft JhengHei"/>
                <w:b w:val="0"/>
                <w:i w:val="0"/>
                <w:color w:val="222A36"/>
                <w:sz w:val="20"/>
              </w:rPr>
              <w:t>你們親近 神， 神就必親近你們。有罪的人哪，要潔淨你們的手！心懷二意的人哪，要清潔你們的心！</w:t>
            </w:r>
          </w:p>
        </w:tc>
      </w:tr>
      <w:tr>
        <w:tc>
          <w:tcPr>
            <w:tcW w:type="dxa" w:w="1814"/>
          </w:tcPr>
          <w:p>
            <w:r/>
            <w:r>
              <w:rPr>
                <w:rFonts w:ascii="Microsoft JhengHei" w:hAnsi="Microsoft JhengHei" w:eastAsia="Microsoft JhengHei"/>
                <w:b w:val="0"/>
                <w:i w:val="0"/>
                <w:color w:val="222A36"/>
                <w:sz w:val="20"/>
              </w:rPr>
              <w:t>約翰福音 15:13-14</w:t>
            </w:r>
          </w:p>
        </w:tc>
        <w:tc>
          <w:tcPr>
            <w:tcW w:type="dxa" w:w="2438"/>
          </w:tcPr>
          <w:p>
            <w:r/>
            <w:r>
              <w:rPr>
                <w:rFonts w:ascii="Microsoft JhengHei" w:hAnsi="Microsoft JhengHei" w:eastAsia="Microsoft JhengHei"/>
                <w:b w:val="0"/>
                <w:i w:val="0"/>
                <w:color w:val="222A36"/>
                <w:sz w:val="20"/>
              </w:rPr>
              <w:t>遵行主的吩咐，就是祂的朋友</w:t>
            </w:r>
          </w:p>
        </w:tc>
        <w:tc>
          <w:tcPr>
            <w:tcW w:type="dxa" w:w="5102"/>
          </w:tcPr>
          <w:p>
            <w:r/>
            <w:r>
              <w:rPr>
                <w:rFonts w:ascii="Microsoft JhengHei" w:hAnsi="Microsoft JhengHei" w:eastAsia="Microsoft JhengHei"/>
                <w:b w:val="0"/>
                <w:i w:val="0"/>
                <w:color w:val="222A36"/>
                <w:sz w:val="20"/>
              </w:rPr>
              <w:t>13人為朋友捨命，人的愛心沒有比這個大的。 14你們若遵行我所吩咐的，就是我的朋友了。</w:t>
            </w:r>
          </w:p>
        </w:tc>
      </w:tr>
    </w:tbl>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給老師</w:t>
            </w:r>
          </w:p>
          <w:p>
            <w:r>
              <w:rPr>
                <w:rFonts w:ascii="Microsoft JhengHei" w:hAnsi="Microsoft JhengHei" w:eastAsia="Microsoft JhengHei"/>
                <w:b w:val="0"/>
                <w:i w:val="0"/>
                <w:color w:val="222A36"/>
                <w:sz w:val="22"/>
              </w:rPr>
              <w:t>本教案由 AI Agent 團隊草擬，必須由老師審閱、調適及親自施教。</w:t>
            </w:r>
          </w:p>
          <w:p>
            <w:r>
              <w:rPr>
                <w:rFonts w:ascii="Microsoft JhengHei" w:hAnsi="Microsoft JhengHei" w:eastAsia="Microsoft JhengHei"/>
                <w:b w:val="0"/>
                <w:i w:val="0"/>
                <w:color w:val="222A36"/>
                <w:sz w:val="22"/>
              </w:rPr>
              <w:t>AI 只是建立結構；基督徒老師見證的溫度與感動力，才是領人歸主的關鍵。</w:t>
            </w:r>
          </w:p>
          <w:p>
            <w:r>
              <w:rPr>
                <w:rFonts w:ascii="Microsoft JhengHei" w:hAnsi="Microsoft JhengHei" w:eastAsia="Microsoft JhengHei"/>
                <w:b w:val="0"/>
                <w:i w:val="0"/>
                <w:color w:val="222A36"/>
                <w:sz w:val="22"/>
              </w:rPr>
              <w:t>本課的十字架及復活只作預告，請在收結時用一句話說明：耶穌為我們死而復活，下一課會揭曉。名字禱告時請輕聲、慢慢說，不要趕。三段微電影只是引子，播放後請直接進入尋寶。</w:t>
            </w:r>
          </w:p>
        </w:tc>
      </w:tr>
    </w:tbl>
    <w:p/>
    <w:p>
      <w:pPr>
        <w:spacing w:after="120" w:before="240"/>
      </w:pPr>
      <w:r>
        <w:rPr>
          <w:rFonts w:ascii="Microsoft JhengHei" w:hAnsi="Microsoft JhengHei" w:eastAsia="Microsoft JhengHei"/>
          <w:b/>
          <w:i w:val="0"/>
          <w:color w:val="A86B1F"/>
          <w:sz w:val="32"/>
        </w:rPr>
        <w:t>一、本課大問題及學習目標</w:t>
      </w:r>
    </w:p>
    <w:p>
      <w:pPr>
        <w:spacing w:after="80"/>
      </w:pPr>
      <w:r>
        <w:rPr>
          <w:rFonts w:ascii="Microsoft JhengHei" w:hAnsi="Microsoft JhengHei" w:eastAsia="Microsoft JhengHei"/>
          <w:b/>
          <w:i w:val="0"/>
          <w:color w:val="222A36"/>
          <w:sz w:val="22"/>
        </w:rPr>
        <w:t>大問題：爸媽、朋友、老師怎樣看我？耶穌又怎樣看我？</w:t>
      </w:r>
    </w:p>
    <w:p>
      <w:pPr>
        <w:spacing w:after="80"/>
      </w:pPr>
      <w:r>
        <w:rPr>
          <w:rFonts w:ascii="Microsoft JhengHei" w:hAnsi="Microsoft JhengHei" w:eastAsia="Microsoft JhengHei"/>
          <w:b w:val="0"/>
          <w:i w:val="0"/>
          <w:color w:val="222A36"/>
          <w:sz w:val="22"/>
        </w:rPr>
        <w:t>牧養焦點：小組同學學業較弱、自我價值偏低、沉默被動。本課讓他們在不被比較的環境中，第一次聽見耶穌怎樣看自己；談父母及老師的看法時尊重他們，名字禱告可以選擇不參與。</w:t>
      </w:r>
    </w:p>
    <w:tbl>
      <w:tblPr>
        <w:tblStyle w:val="TableGrid"/>
        <w:tblW w:type="auto" w:w="0"/>
        <w:tblLook w:firstColumn="1" w:firstRow="1" w:lastColumn="0" w:lastRow="0" w:noHBand="0" w:noVBand="1" w:val="04A0"/>
      </w:tblPr>
      <w:tblGrid>
        <w:gridCol w:w="3324"/>
        <w:gridCol w:w="3324"/>
        <w:gridCol w:w="3324"/>
      </w:tblGrid>
      <w:tr>
        <w:tc>
          <w:tcPr>
            <w:tcW w:type="dxa" w:w="3324"/>
            <w:shd w:val="clear" w:fill="EFE7D6"/>
          </w:tcPr>
          <w:p>
            <w:r/>
            <w:r>
              <w:rPr>
                <w:rFonts w:ascii="Microsoft JhengHei" w:hAnsi="Microsoft JhengHei" w:eastAsia="Microsoft JhengHei"/>
                <w:b/>
                <w:i w:val="0"/>
                <w:color w:val="222A36"/>
                <w:sz w:val="20"/>
              </w:rPr>
              <w:t>知識</w:t>
            </w:r>
          </w:p>
        </w:tc>
        <w:tc>
          <w:tcPr>
            <w:tcW w:type="dxa" w:w="3324"/>
            <w:shd w:val="clear" w:fill="EFE7D6"/>
          </w:tcPr>
          <w:p>
            <w:r/>
            <w:r>
              <w:rPr>
                <w:rFonts w:ascii="Microsoft JhengHei" w:hAnsi="Microsoft JhengHei" w:eastAsia="Microsoft JhengHei"/>
                <w:b/>
                <w:i w:val="0"/>
                <w:color w:val="222A36"/>
                <w:sz w:val="20"/>
              </w:rPr>
              <w:t>技能</w:t>
            </w:r>
          </w:p>
        </w:tc>
        <w:tc>
          <w:tcPr>
            <w:tcW w:type="dxa" w:w="3324"/>
            <w:shd w:val="clear" w:fill="EFE7D6"/>
          </w:tcPr>
          <w:p>
            <w:r/>
            <w:r>
              <w:rPr>
                <w:rFonts w:ascii="Microsoft JhengHei" w:hAnsi="Microsoft JhengHei" w:eastAsia="Microsoft JhengHei"/>
                <w:b/>
                <w:i w:val="0"/>
                <w:color w:val="222A36"/>
                <w:sz w:val="20"/>
              </w:rPr>
              <w:t>態度</w:t>
            </w:r>
          </w:p>
        </w:tc>
      </w:tr>
      <w:tr>
        <w:tc>
          <w:tcPr>
            <w:tcW w:type="dxa" w:w="3324"/>
          </w:tcPr>
          <w:p>
            <w:r/>
            <w:r>
              <w:rPr>
                <w:rFonts w:ascii="Microsoft JhengHei" w:hAnsi="Microsoft JhengHei" w:eastAsia="Microsoft JhengHei"/>
                <w:b w:val="0"/>
                <w:i w:val="0"/>
                <w:color w:val="222A36"/>
                <w:sz w:val="20"/>
              </w:rPr>
              <w:t>說出撒該的故事，以及耶穌叫出他名字、要到他家的意義。</w:t>
              <w:br/>
              <w:t>說出路加福音 19:10：耶穌來是要尋找、拯救失喪的人。</w:t>
            </w:r>
          </w:p>
        </w:tc>
        <w:tc>
          <w:tcPr>
            <w:tcW w:type="dxa" w:w="3324"/>
          </w:tcPr>
          <w:p>
            <w:r/>
            <w:r>
              <w:rPr>
                <w:rFonts w:ascii="Microsoft JhengHei" w:hAnsi="Microsoft JhengHei" w:eastAsia="Microsoft JhengHei"/>
                <w:b w:val="0"/>
                <w:i w:val="0"/>
                <w:color w:val="222A36"/>
                <w:sz w:val="20"/>
              </w:rPr>
              <w:t>能分辨「別人眼中的我」與「耶穌眼中的我」。</w:t>
              <w:br/>
              <w:t>能用一句話向耶穌說出自己的心聲。</w:t>
            </w:r>
          </w:p>
        </w:tc>
        <w:tc>
          <w:tcPr>
            <w:tcW w:type="dxa" w:w="3324"/>
          </w:tcPr>
          <w:p>
            <w:r/>
            <w:r>
              <w:rPr>
                <w:rFonts w:ascii="Microsoft JhengHei" w:hAnsi="Microsoft JhengHei" w:eastAsia="Microsoft JhengHei"/>
                <w:b w:val="0"/>
                <w:i w:val="0"/>
                <w:color w:val="222A36"/>
                <w:sz w:val="20"/>
              </w:rPr>
              <w:t>願意像撒該一樣，花一點力氣去認識耶穌。</w:t>
              <w:br/>
              <w:t>願意接受耶穌知道自己的名字、看重自己。</w:t>
            </w:r>
          </w:p>
        </w:tc>
      </w:tr>
    </w:tbl>
    <w:p/>
    <w:p>
      <w:pPr>
        <w:spacing w:after="120" w:before="240"/>
      </w:pPr>
      <w:r>
        <w:rPr>
          <w:rFonts w:ascii="Microsoft JhengHei" w:hAnsi="Microsoft JhengHei" w:eastAsia="Microsoft JhengHei"/>
          <w:b/>
          <w:i w:val="0"/>
          <w:color w:val="A86B1F"/>
          <w:sz w:val="32"/>
        </w:rPr>
        <w:t>二、兩個核心</w:t>
      </w:r>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核心一「祂是誰？」</w:t>
            </w:r>
          </w:p>
          <w:p>
            <w:r>
              <w:rPr>
                <w:rFonts w:ascii="Microsoft JhengHei" w:hAnsi="Microsoft JhengHei" w:eastAsia="Microsoft JhengHei"/>
                <w:b w:val="0"/>
                <w:i w:val="0"/>
                <w:color w:val="222A36"/>
                <w:sz w:val="22"/>
              </w:rPr>
              <w:t>耶穌是來尋找、拯救失喪的人的主；祂是創造我們的神，叫出撒該的名字，也知道我的名字。〔路加福音 19:10〕</w:t>
            </w:r>
          </w:p>
        </w:tc>
      </w:tr>
    </w:tbl>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核心二「信心×行動」</w:t>
            </w:r>
          </w:p>
          <w:p>
            <w:r>
              <w:rPr>
                <w:rFonts w:ascii="Microsoft JhengHei" w:hAnsi="Microsoft JhengHei" w:eastAsia="Microsoft JhengHei"/>
                <w:b w:val="0"/>
                <w:i w:val="0"/>
                <w:color w:val="222A36"/>
                <w:sz w:val="22"/>
              </w:rPr>
              <w:t>像撒該一樣「急忙下來，歡歡喜喜地接待耶穌」：每天三分鐘讓耶穌叫我的名字，並做一件很小的改變。〔路加福音 19:6〕</w:t>
            </w:r>
          </w:p>
        </w:tc>
      </w:tr>
    </w:tbl>
    <w:p/>
    <w:p>
      <w:pPr>
        <w:spacing w:after="80"/>
      </w:pPr>
      <w:r>
        <w:rPr>
          <w:rFonts w:ascii="Microsoft JhengHei" w:hAnsi="Microsoft JhengHei" w:eastAsia="Microsoft JhengHei"/>
          <w:b w:val="0"/>
          <w:i w:val="0"/>
          <w:color w:val="6B7280"/>
          <w:sz w:val="20"/>
        </w:rPr>
        <w:t>聖經簡報：經文：路加福音 19:1-10（系列「爬上桑樹：耶穌眼中的我」第一課）。大意：爸媽、朋友、老師怎樣看我都很重要，但最重要的是耶穌怎樣看我；我爬上樹找耶穌，原來耶穌一直在找我，叫我的名字，要到我家。核心一（祂是誰）：耶穌是來尋找、拯救失喪的人的主（Luke 19:10），祂是創造我們的神（John 1:3），為罪人捨命、復活（Romans 5:8）。核心二（信心×行動）：像撒該「急忙下來，歡歡喜喜地接待」（Luke 19:6）：每天三分鐘與耶穌朋友說話，並做一件很小的改變。避免誤讀：撒該先改好才被接納；只有壞人需要耶穌；被接納後問題全消失。談父母及老師的看法要尊重他們。</w:t>
      </w:r>
    </w:p>
    <w:p>
      <w:pPr>
        <w:spacing w:after="120" w:before="240"/>
      </w:pPr>
      <w:r>
        <w:rPr>
          <w:rFonts w:ascii="Microsoft JhengHei" w:hAnsi="Microsoft JhengHei" w:eastAsia="Microsoft JhengHei"/>
          <w:b/>
          <w:i w:val="0"/>
          <w:color w:val="222A36"/>
          <w:sz w:val="26"/>
        </w:rPr>
        <w:t>系列大綱</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680"/>
            <w:shd w:val="clear" w:fill="EFE7D6"/>
          </w:tcPr>
          <w:p>
            <w:r/>
            <w:r>
              <w:rPr>
                <w:rFonts w:ascii="Microsoft JhengHei" w:hAnsi="Microsoft JhengHei" w:eastAsia="Microsoft JhengHei"/>
                <w:b/>
                <w:i w:val="0"/>
                <w:color w:val="222A36"/>
                <w:sz w:val="20"/>
              </w:rPr>
              <w:t>課</w:t>
            </w:r>
          </w:p>
        </w:tc>
        <w:tc>
          <w:tcPr>
            <w:tcW w:type="dxa" w:w="2268"/>
            <w:shd w:val="clear" w:fill="EFE7D6"/>
          </w:tcPr>
          <w:p>
            <w:r/>
            <w:r>
              <w:rPr>
                <w:rFonts w:ascii="Microsoft JhengHei" w:hAnsi="Microsoft JhengHei" w:eastAsia="Microsoft JhengHei"/>
                <w:b/>
                <w:i w:val="0"/>
                <w:color w:val="222A36"/>
                <w:sz w:val="20"/>
              </w:rPr>
              <w:t>題目</w:t>
            </w:r>
          </w:p>
        </w:tc>
        <w:tc>
          <w:tcPr>
            <w:tcW w:type="dxa" w:w="2551"/>
            <w:shd w:val="clear" w:fill="EFE7D6"/>
          </w:tcPr>
          <w:p>
            <w:r/>
            <w:r>
              <w:rPr>
                <w:rFonts w:ascii="Microsoft JhengHei" w:hAnsi="Microsoft JhengHei" w:eastAsia="Microsoft JhengHei"/>
                <w:b/>
                <w:i w:val="0"/>
                <w:color w:val="222A36"/>
                <w:sz w:val="20"/>
              </w:rPr>
              <w:t>焦點</w:t>
            </w:r>
          </w:p>
        </w:tc>
        <w:tc>
          <w:tcPr>
            <w:tcW w:type="dxa" w:w="1701"/>
            <w:shd w:val="clear" w:fill="EFE7D6"/>
          </w:tcPr>
          <w:p>
            <w:r/>
            <w:r>
              <w:rPr>
                <w:rFonts w:ascii="Microsoft JhengHei" w:hAnsi="Microsoft JhengHei" w:eastAsia="Microsoft JhengHei"/>
                <w:b/>
                <w:i w:val="0"/>
                <w:color w:val="222A36"/>
                <w:sz w:val="20"/>
              </w:rPr>
              <w:t>主要經文</w:t>
            </w:r>
          </w:p>
        </w:tc>
        <w:tc>
          <w:tcPr>
            <w:tcW w:type="dxa" w:w="2268"/>
            <w:shd w:val="clear" w:fill="EFE7D6"/>
          </w:tcPr>
          <w:p>
            <w:r/>
            <w:r>
              <w:rPr>
                <w:rFonts w:ascii="Microsoft JhengHei" w:hAnsi="Microsoft JhengHei" w:eastAsia="Microsoft JhengHei"/>
                <w:b/>
                <w:i w:val="0"/>
                <w:color w:val="222A36"/>
                <w:sz w:val="20"/>
              </w:rPr>
              <w:t>主要活動</w:t>
            </w:r>
          </w:p>
        </w:tc>
      </w:tr>
      <w:tr>
        <w:tc>
          <w:tcPr>
            <w:tcW w:type="dxa" w:w="680"/>
          </w:tcPr>
          <w:p>
            <w:r/>
            <w:r>
              <w:rPr>
                <w:rFonts w:ascii="Microsoft JhengHei" w:hAnsi="Microsoft JhengHei" w:eastAsia="Microsoft JhengHei"/>
                <w:b w:val="0"/>
                <w:i w:val="0"/>
                <w:color w:val="222A36"/>
                <w:sz w:val="20"/>
              </w:rPr>
              <w:t>1</w:t>
            </w:r>
          </w:p>
        </w:tc>
        <w:tc>
          <w:tcPr>
            <w:tcW w:type="dxa" w:w="2268"/>
          </w:tcPr>
          <w:p>
            <w:r/>
            <w:r>
              <w:rPr>
                <w:rFonts w:ascii="Microsoft JhengHei" w:hAnsi="Microsoft JhengHei" w:eastAsia="Microsoft JhengHei"/>
                <w:b w:val="0"/>
                <w:i w:val="0"/>
                <w:color w:val="222A36"/>
                <w:sz w:val="20"/>
              </w:rPr>
              <w:t>誰在看我？爬上桑樹，找到耶穌眼中的我</w:t>
            </w:r>
          </w:p>
        </w:tc>
        <w:tc>
          <w:tcPr>
            <w:tcW w:type="dxa" w:w="2551"/>
          </w:tcPr>
          <w:p>
            <w:r/>
            <w:r>
              <w:rPr>
                <w:rFonts w:ascii="Microsoft JhengHei" w:hAnsi="Microsoft JhengHei" w:eastAsia="Microsoft JhengHei"/>
                <w:b w:val="0"/>
                <w:i w:val="0"/>
                <w:color w:val="222A36"/>
                <w:sz w:val="20"/>
              </w:rPr>
              <w:t>別人眼中的我與耶穌眼中的我；耶穌叫出撒該的名字</w:t>
            </w:r>
          </w:p>
        </w:tc>
        <w:tc>
          <w:tcPr>
            <w:tcW w:type="dxa" w:w="1701"/>
          </w:tcPr>
          <w:p>
            <w:r/>
            <w:r>
              <w:rPr>
                <w:rFonts w:ascii="Microsoft JhengHei" w:hAnsi="Microsoft JhengHei" w:eastAsia="Microsoft JhengHei"/>
                <w:b w:val="0"/>
                <w:i w:val="0"/>
                <w:color w:val="222A36"/>
                <w:sz w:val="20"/>
              </w:rPr>
              <w:t>Luke 19:1-10</w:t>
            </w:r>
          </w:p>
        </w:tc>
        <w:tc>
          <w:tcPr>
            <w:tcW w:type="dxa" w:w="2268"/>
          </w:tcPr>
          <w:p>
            <w:r/>
            <w:r>
              <w:rPr>
                <w:rFonts w:ascii="Microsoft JhengHei" w:hAnsi="Microsoft JhengHei" w:eastAsia="Microsoft JhengHei"/>
                <w:b w:val="0"/>
                <w:i w:val="0"/>
                <w:color w:val="222A36"/>
                <w:sz w:val="20"/>
              </w:rPr>
              <w:t>三段微電影、椅底尋寶、偵探遊戲、名字禱告</w:t>
            </w:r>
          </w:p>
        </w:tc>
      </w:tr>
      <w:tr>
        <w:tc>
          <w:tcPr>
            <w:tcW w:type="dxa" w:w="680"/>
          </w:tcPr>
          <w:p>
            <w:r/>
            <w:r>
              <w:rPr>
                <w:rFonts w:ascii="Microsoft JhengHei" w:hAnsi="Microsoft JhengHei" w:eastAsia="Microsoft JhengHei"/>
                <w:b w:val="0"/>
                <w:i w:val="0"/>
                <w:color w:val="222A36"/>
                <w:sz w:val="20"/>
              </w:rPr>
              <w:t>2</w:t>
            </w:r>
          </w:p>
        </w:tc>
        <w:tc>
          <w:tcPr>
            <w:tcW w:type="dxa" w:w="2268"/>
          </w:tcPr>
          <w:p>
            <w:r/>
            <w:r>
              <w:rPr>
                <w:rFonts w:ascii="Microsoft JhengHei" w:hAnsi="Microsoft JhengHei" w:eastAsia="Microsoft JhengHei"/>
                <w:b w:val="0"/>
                <w:i w:val="0"/>
                <w:color w:val="222A36"/>
                <w:sz w:val="20"/>
              </w:rPr>
              <w:t>十字架上的答案：復活的耶穌今天要到我家</w:t>
            </w:r>
          </w:p>
        </w:tc>
        <w:tc>
          <w:tcPr>
            <w:tcW w:type="dxa" w:w="2551"/>
          </w:tcPr>
          <w:p>
            <w:r/>
            <w:r>
              <w:rPr>
                <w:rFonts w:ascii="Microsoft JhengHei" w:hAnsi="Microsoft JhengHei" w:eastAsia="Microsoft JhengHei"/>
                <w:b w:val="0"/>
                <w:i w:val="0"/>
                <w:color w:val="222A36"/>
                <w:sz w:val="20"/>
              </w:rPr>
              <w:t>耶穌為何認識我、要到我家：祂創造我們、愛我們、為我們死而復活；像撒該一樣改變</w:t>
            </w:r>
          </w:p>
        </w:tc>
        <w:tc>
          <w:tcPr>
            <w:tcW w:type="dxa" w:w="1701"/>
          </w:tcPr>
          <w:p>
            <w:r/>
            <w:r>
              <w:rPr>
                <w:rFonts w:ascii="Microsoft JhengHei" w:hAnsi="Microsoft JhengHei" w:eastAsia="Microsoft JhengHei"/>
                <w:b w:val="0"/>
                <w:i w:val="0"/>
                <w:color w:val="222A36"/>
                <w:sz w:val="20"/>
              </w:rPr>
              <w:t>Luke 23:42-43</w:t>
            </w:r>
          </w:p>
        </w:tc>
        <w:tc>
          <w:tcPr>
            <w:tcW w:type="dxa" w:w="2268"/>
          </w:tcPr>
          <w:p>
            <w:r/>
            <w:r>
              <w:rPr>
                <w:rFonts w:ascii="Microsoft JhengHei" w:hAnsi="Microsoft JhengHei" w:eastAsia="Microsoft JhengHei"/>
                <w:b w:val="0"/>
                <w:i w:val="0"/>
                <w:color w:val="222A36"/>
                <w:sz w:val="20"/>
              </w:rPr>
              <w:t>走進耶利哥想像默觀、爬樹體感遊戲、祈禱站、撒該改變挑戰</w:t>
            </w:r>
          </w:p>
        </w:tc>
      </w:tr>
    </w:tbl>
    <w:p/>
    <w:p>
      <w:pPr>
        <w:spacing w:after="120" w:before="240"/>
      </w:pPr>
      <w:r>
        <w:rPr>
          <w:rFonts w:ascii="Microsoft JhengHei" w:hAnsi="Microsoft JhengHei" w:eastAsia="Microsoft JhengHei"/>
          <w:b/>
          <w:i w:val="0"/>
          <w:color w:val="A86B1F"/>
          <w:sz w:val="32"/>
        </w:rPr>
        <w:t>三、時間表</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1814"/>
            <w:shd w:val="clear" w:fill="EFE7D6"/>
          </w:tcPr>
          <w:p>
            <w:r/>
            <w:r>
              <w:rPr>
                <w:rFonts w:ascii="Microsoft JhengHei" w:hAnsi="Microsoft JhengHei" w:eastAsia="Microsoft JhengHei"/>
                <w:b/>
                <w:i w:val="0"/>
                <w:color w:val="222A36"/>
                <w:sz w:val="20"/>
              </w:rPr>
              <w:t>環節</w:t>
            </w:r>
          </w:p>
        </w:tc>
        <w:tc>
          <w:tcPr>
            <w:tcW w:type="dxa" w:w="1134"/>
            <w:shd w:val="clear" w:fill="EFE7D6"/>
          </w:tcPr>
          <w:p>
            <w:r/>
            <w:r>
              <w:rPr>
                <w:rFonts w:ascii="Microsoft JhengHei" w:hAnsi="Microsoft JhengHei" w:eastAsia="Microsoft JhengHei"/>
                <w:b/>
                <w:i w:val="0"/>
                <w:color w:val="222A36"/>
                <w:sz w:val="20"/>
              </w:rPr>
              <w:t>時間</w:t>
            </w:r>
          </w:p>
        </w:tc>
        <w:tc>
          <w:tcPr>
            <w:tcW w:type="dxa" w:w="3685"/>
            <w:shd w:val="clear" w:fill="EFE7D6"/>
          </w:tcPr>
          <w:p>
            <w:r/>
            <w:r>
              <w:rPr>
                <w:rFonts w:ascii="Microsoft JhengHei" w:hAnsi="Microsoft JhengHei" w:eastAsia="Microsoft JhengHei"/>
                <w:b/>
                <w:i w:val="0"/>
                <w:color w:val="222A36"/>
                <w:sz w:val="20"/>
              </w:rPr>
              <w:t>內容</w:t>
            </w:r>
          </w:p>
        </w:tc>
        <w:tc>
          <w:tcPr>
            <w:tcW w:type="dxa" w:w="1984"/>
            <w:shd w:val="clear" w:fill="EFE7D6"/>
          </w:tcPr>
          <w:p>
            <w:r/>
            <w:r>
              <w:rPr>
                <w:rFonts w:ascii="Microsoft JhengHei" w:hAnsi="Microsoft JhengHei" w:eastAsia="Microsoft JhengHei"/>
                <w:b/>
                <w:i w:val="0"/>
                <w:color w:val="222A36"/>
                <w:sz w:val="20"/>
              </w:rPr>
              <w:t>活動</w:t>
            </w:r>
          </w:p>
        </w:tc>
        <w:tc>
          <w:tcPr>
            <w:tcW w:type="dxa" w:w="680"/>
            <w:shd w:val="clear" w:fill="EFE7D6"/>
          </w:tcPr>
          <w:p>
            <w:r/>
            <w:r>
              <w:rPr>
                <w:rFonts w:ascii="Microsoft JhengHei" w:hAnsi="Microsoft JhengHei" w:eastAsia="Microsoft JhengHei"/>
                <w:b/>
                <w:i w:val="0"/>
                <w:color w:val="222A36"/>
                <w:sz w:val="20"/>
              </w:rPr>
              <w:t>禱告</w:t>
            </w:r>
          </w:p>
        </w:tc>
      </w:tr>
      <w:tr>
        <w:tc>
          <w:tcPr>
            <w:tcW w:type="dxa" w:w="1814"/>
          </w:tcPr>
          <w:p>
            <w:r/>
            <w:r>
              <w:rPr>
                <w:rFonts w:ascii="Microsoft JhengHei" w:hAnsi="Microsoft JhengHei" w:eastAsia="Microsoft JhengHei"/>
                <w:b w:val="0"/>
                <w:i w:val="0"/>
                <w:color w:val="222A36"/>
                <w:sz w:val="20"/>
              </w:rPr>
              <w:t>導入與破冰</w:t>
            </w:r>
          </w:p>
        </w:tc>
        <w:tc>
          <w:tcPr>
            <w:tcW w:type="dxa" w:w="1134"/>
          </w:tcPr>
          <w:p>
            <w:r/>
            <w:r>
              <w:rPr>
                <w:rFonts w:ascii="Microsoft JhengHei" w:hAnsi="Microsoft JhengHei" w:eastAsia="Microsoft JhengHei"/>
                <w:b w:val="0"/>
                <w:i w:val="0"/>
                <w:color w:val="222A36"/>
                <w:sz w:val="20"/>
              </w:rPr>
              <w:t>6 分鐘</w:t>
            </w:r>
          </w:p>
        </w:tc>
        <w:tc>
          <w:tcPr>
            <w:tcW w:type="dxa" w:w="3685"/>
          </w:tcPr>
          <w:p>
            <w:r/>
            <w:r>
              <w:rPr>
                <w:rFonts w:ascii="Microsoft JhengHei" w:hAnsi="Microsoft JhengHei" w:eastAsia="Microsoft JhengHei"/>
                <w:b w:val="0"/>
                <w:i w:val="0"/>
                <w:color w:val="222A36"/>
                <w:sz w:val="20"/>
              </w:rPr>
              <w:t>三面鏡子</w:t>
            </w:r>
          </w:p>
        </w:tc>
        <w:tc>
          <w:tcPr>
            <w:tcW w:type="dxa" w:w="1984"/>
          </w:tcPr>
          <w:p>
            <w:r/>
            <w:r>
              <w:rPr>
                <w:rFonts w:ascii="Microsoft JhengHei" w:hAnsi="Microsoft JhengHei" w:eastAsia="Microsoft JhengHei"/>
                <w:b w:val="0"/>
                <w:i w:val="0"/>
                <w:color w:val="222A36"/>
                <w:sz w:val="20"/>
              </w:rPr>
              <w:t>三面鏡子（匿名字卡）</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導入與破冰</w:t>
            </w:r>
          </w:p>
        </w:tc>
        <w:tc>
          <w:tcPr>
            <w:tcW w:type="dxa" w:w="1134"/>
          </w:tcPr>
          <w:p>
            <w:r/>
            <w:r>
              <w:rPr>
                <w:rFonts w:ascii="Microsoft JhengHei" w:hAnsi="Microsoft JhengHei" w:eastAsia="Microsoft JhengHei"/>
                <w:b w:val="0"/>
                <w:i w:val="0"/>
                <w:color w:val="222A36"/>
                <w:sz w:val="20"/>
              </w:rPr>
              <w:t>4 分鐘</w:t>
            </w:r>
          </w:p>
        </w:tc>
        <w:tc>
          <w:tcPr>
            <w:tcW w:type="dxa" w:w="3685"/>
          </w:tcPr>
          <w:p>
            <w:r/>
            <w:r>
              <w:rPr>
                <w:rFonts w:ascii="Microsoft JhengHei" w:hAnsi="Microsoft JhengHei" w:eastAsia="Microsoft JhengHei"/>
                <w:b w:val="0"/>
                <w:i w:val="0"/>
                <w:color w:val="222A36"/>
                <w:sz w:val="20"/>
              </w:rPr>
              <w:t>微電影：三個眼光</w:t>
            </w:r>
          </w:p>
        </w:tc>
        <w:tc>
          <w:tcPr>
            <w:tcW w:type="dxa" w:w="1984"/>
          </w:tcPr>
          <w:p>
            <w:r/>
            <w:r>
              <w:rPr>
                <w:rFonts w:ascii="Microsoft JhengHei" w:hAnsi="Microsoft JhengHei" w:eastAsia="Microsoft JhengHei"/>
                <w:b w:val="0"/>
                <w:i w:val="0"/>
                <w:color w:val="222A36"/>
                <w:sz w:val="20"/>
              </w:rPr>
              <w:t>微電影：三個眼光</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經文探索</w:t>
            </w:r>
          </w:p>
        </w:tc>
        <w:tc>
          <w:tcPr>
            <w:tcW w:type="dxa" w:w="1134"/>
          </w:tcPr>
          <w:p>
            <w:r/>
            <w:r>
              <w:rPr>
                <w:rFonts w:ascii="Microsoft JhengHei" w:hAnsi="Microsoft JhengHei" w:eastAsia="Microsoft JhengHei"/>
                <w:b w:val="0"/>
                <w:i w:val="0"/>
                <w:color w:val="222A36"/>
                <w:sz w:val="20"/>
              </w:rPr>
              <w:t>7 分鐘</w:t>
            </w:r>
          </w:p>
        </w:tc>
        <w:tc>
          <w:tcPr>
            <w:tcW w:type="dxa" w:w="3685"/>
          </w:tcPr>
          <w:p>
            <w:r/>
            <w:r>
              <w:rPr>
                <w:rFonts w:ascii="Microsoft JhengHei" w:hAnsi="Microsoft JhengHei" w:eastAsia="Microsoft JhengHei"/>
                <w:b w:val="0"/>
                <w:i w:val="0"/>
                <w:color w:val="222A36"/>
                <w:sz w:val="20"/>
              </w:rPr>
              <w:t>爬上桑樹尋寶</w:t>
            </w:r>
          </w:p>
        </w:tc>
        <w:tc>
          <w:tcPr>
            <w:tcW w:type="dxa" w:w="1984"/>
          </w:tcPr>
          <w:p>
            <w:r/>
            <w:r>
              <w:rPr>
                <w:rFonts w:ascii="Microsoft JhengHei" w:hAnsi="Microsoft JhengHei" w:eastAsia="Microsoft JhengHei"/>
                <w:b w:val="0"/>
                <w:i w:val="0"/>
                <w:color w:val="222A36"/>
                <w:sz w:val="20"/>
              </w:rPr>
              <w:t>爬上桑樹尋寶（椅底版）</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經文探索</w:t>
            </w:r>
          </w:p>
        </w:tc>
        <w:tc>
          <w:tcPr>
            <w:tcW w:type="dxa" w:w="1134"/>
          </w:tcPr>
          <w:p>
            <w:r/>
            <w:r>
              <w:rPr>
                <w:rFonts w:ascii="Microsoft JhengHei" w:hAnsi="Microsoft JhengHei" w:eastAsia="Microsoft JhengHei"/>
                <w:b w:val="0"/>
                <w:i w:val="0"/>
                <w:color w:val="222A36"/>
                <w:sz w:val="20"/>
              </w:rPr>
              <w:t>4 分鐘</w:t>
            </w:r>
          </w:p>
        </w:tc>
        <w:tc>
          <w:tcPr>
            <w:tcW w:type="dxa" w:w="3685"/>
          </w:tcPr>
          <w:p>
            <w:r/>
            <w:r>
              <w:rPr>
                <w:rFonts w:ascii="Microsoft JhengHei" w:hAnsi="Microsoft JhengHei" w:eastAsia="Microsoft JhengHei"/>
                <w:b w:val="0"/>
                <w:i w:val="0"/>
                <w:color w:val="222A36"/>
                <w:sz w:val="20"/>
              </w:rPr>
              <w:t>故事鏡頭：四個角度</w:t>
            </w:r>
          </w:p>
        </w:tc>
        <w:tc>
          <w:tcPr>
            <w:tcW w:type="dxa" w:w="1984"/>
          </w:tcPr>
          <w:p>
            <w:r/>
            <w:r>
              <w:rPr>
                <w:rFonts w:ascii="Microsoft JhengHei" w:hAnsi="Microsoft JhengHei" w:eastAsia="Microsoft JhengHei"/>
                <w:b w:val="0"/>
                <w:i w:val="0"/>
                <w:color w:val="222A36"/>
                <w:sz w:val="20"/>
              </w:rPr>
              <w:t>故事鏡頭：四個角度</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經文探索</w:t>
            </w:r>
          </w:p>
        </w:tc>
        <w:tc>
          <w:tcPr>
            <w:tcW w:type="dxa" w:w="1134"/>
          </w:tcPr>
          <w:p>
            <w:r/>
            <w:r>
              <w:rPr>
                <w:rFonts w:ascii="Microsoft JhengHei" w:hAnsi="Microsoft JhengHei" w:eastAsia="Microsoft JhengHei"/>
                <w:b w:val="0"/>
                <w:i w:val="0"/>
                <w:color w:val="222A36"/>
                <w:sz w:val="20"/>
              </w:rPr>
              <w:t>7 分鐘</w:t>
            </w:r>
          </w:p>
        </w:tc>
        <w:tc>
          <w:tcPr>
            <w:tcW w:type="dxa" w:w="3685"/>
          </w:tcPr>
          <w:p>
            <w:r/>
            <w:r>
              <w:rPr>
                <w:rFonts w:ascii="Microsoft JhengHei" w:hAnsi="Microsoft JhengHei" w:eastAsia="Microsoft JhengHei"/>
                <w:b w:val="0"/>
                <w:i w:val="0"/>
                <w:color w:val="222A36"/>
                <w:sz w:val="20"/>
              </w:rPr>
              <w:t>偵探：耶穌怎樣知道撒該的名字？</w:t>
            </w:r>
          </w:p>
        </w:tc>
        <w:tc>
          <w:tcPr>
            <w:tcW w:type="dxa" w:w="1984"/>
          </w:tcPr>
          <w:p>
            <w:r/>
            <w:r>
              <w:rPr>
                <w:rFonts w:ascii="Microsoft JhengHei" w:hAnsi="Microsoft JhengHei" w:eastAsia="Microsoft JhengHei"/>
                <w:b w:val="0"/>
                <w:i w:val="0"/>
                <w:color w:val="222A36"/>
                <w:sz w:val="20"/>
              </w:rPr>
              <w:t>偵探：耶穌怎樣知道撒該的名字？</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生命連結、反思與禱告</w:t>
            </w:r>
          </w:p>
        </w:tc>
        <w:tc>
          <w:tcPr>
            <w:tcW w:type="dxa" w:w="1134"/>
          </w:tcPr>
          <w:p>
            <w:r/>
            <w:r>
              <w:rPr>
                <w:rFonts w:ascii="Microsoft JhengHei" w:hAnsi="Microsoft JhengHei" w:eastAsia="Microsoft JhengHei"/>
                <w:b w:val="0"/>
                <w:i w:val="0"/>
                <w:color w:val="222A36"/>
                <w:sz w:val="20"/>
              </w:rPr>
              <w:t>4 分鐘</w:t>
            </w:r>
          </w:p>
        </w:tc>
        <w:tc>
          <w:tcPr>
            <w:tcW w:type="dxa" w:w="3685"/>
          </w:tcPr>
          <w:p>
            <w:r/>
            <w:r>
              <w:rPr>
                <w:rFonts w:ascii="Microsoft JhengHei" w:hAnsi="Microsoft JhengHei" w:eastAsia="Microsoft JhengHei"/>
                <w:b w:val="0"/>
                <w:i w:val="0"/>
                <w:color w:val="222A36"/>
                <w:sz w:val="20"/>
              </w:rPr>
              <w:t>歡迎來我家：答案揭曉</w:t>
            </w:r>
          </w:p>
        </w:tc>
        <w:tc>
          <w:tcPr>
            <w:tcW w:type="dxa" w:w="1984"/>
          </w:tcPr>
          <w:p>
            <w:r/>
            <w:r>
              <w:rPr>
                <w:rFonts w:ascii="Microsoft JhengHei" w:hAnsi="Microsoft JhengHei" w:eastAsia="Microsoft JhengHei"/>
                <w:b w:val="0"/>
                <w:i w:val="0"/>
                <w:color w:val="222A36"/>
                <w:sz w:val="20"/>
              </w:rPr>
              <w:t>—</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生命連結、反思與禱告</w:t>
            </w:r>
          </w:p>
        </w:tc>
        <w:tc>
          <w:tcPr>
            <w:tcW w:type="dxa" w:w="1134"/>
          </w:tcPr>
          <w:p>
            <w:r/>
            <w:r>
              <w:rPr>
                <w:rFonts w:ascii="Microsoft JhengHei" w:hAnsi="Microsoft JhengHei" w:eastAsia="Microsoft JhengHei"/>
                <w:b w:val="0"/>
                <w:i w:val="0"/>
                <w:color w:val="222A36"/>
                <w:sz w:val="20"/>
              </w:rPr>
              <w:t>3 分鐘</w:t>
            </w:r>
          </w:p>
        </w:tc>
        <w:tc>
          <w:tcPr>
            <w:tcW w:type="dxa" w:w="3685"/>
          </w:tcPr>
          <w:p>
            <w:r/>
            <w:r>
              <w:rPr>
                <w:rFonts w:ascii="Microsoft JhengHei" w:hAnsi="Microsoft JhengHei" w:eastAsia="Microsoft JhengHei"/>
                <w:b w:val="0"/>
                <w:i w:val="0"/>
                <w:color w:val="222A36"/>
                <w:sz w:val="20"/>
              </w:rPr>
              <w:t>老師時刻</w:t>
            </w:r>
          </w:p>
        </w:tc>
        <w:tc>
          <w:tcPr>
            <w:tcW w:type="dxa" w:w="1984"/>
          </w:tcPr>
          <w:p>
            <w:r/>
            <w:r>
              <w:rPr>
                <w:rFonts w:ascii="Microsoft JhengHei" w:hAnsi="Microsoft JhengHei" w:eastAsia="Microsoft JhengHei"/>
                <w:b w:val="0"/>
                <w:i w:val="0"/>
                <w:color w:val="222A36"/>
                <w:sz w:val="20"/>
              </w:rPr>
              <w:t>—</w:t>
            </w:r>
          </w:p>
        </w:tc>
        <w:tc>
          <w:tcPr>
            <w:tcW w:type="dxa" w:w="680"/>
          </w:tcPr>
          <w:p>
            <w:r/>
            <w:r>
              <w:rPr>
                <w:rFonts w:ascii="Microsoft JhengHei" w:hAnsi="Microsoft JhengHei" w:eastAsia="Microsoft JhengHei"/>
                <w:b w:val="0"/>
                <w:i w:val="0"/>
                <w:color w:val="222A36"/>
                <w:sz w:val="20"/>
              </w:rPr>
            </w:r>
          </w:p>
        </w:tc>
      </w:tr>
      <w:tr>
        <w:tc>
          <w:tcPr>
            <w:tcW w:type="dxa" w:w="1814"/>
          </w:tcPr>
          <w:p>
            <w:r/>
            <w:r>
              <w:rPr>
                <w:rFonts w:ascii="Microsoft JhengHei" w:hAnsi="Microsoft JhengHei" w:eastAsia="Microsoft JhengHei"/>
                <w:b w:val="0"/>
                <w:i w:val="0"/>
                <w:color w:val="222A36"/>
                <w:sz w:val="20"/>
              </w:rPr>
              <w:t>生命連結、反思與禱告</w:t>
            </w:r>
          </w:p>
        </w:tc>
        <w:tc>
          <w:tcPr>
            <w:tcW w:type="dxa" w:w="1134"/>
          </w:tcPr>
          <w:p>
            <w:r/>
            <w:r>
              <w:rPr>
                <w:rFonts w:ascii="Microsoft JhengHei" w:hAnsi="Microsoft JhengHei" w:eastAsia="Microsoft JhengHei"/>
                <w:b w:val="0"/>
                <w:i w:val="0"/>
                <w:color w:val="222A36"/>
                <w:sz w:val="20"/>
              </w:rPr>
              <w:t>5 分鐘</w:t>
            </w:r>
          </w:p>
        </w:tc>
        <w:tc>
          <w:tcPr>
            <w:tcW w:type="dxa" w:w="3685"/>
          </w:tcPr>
          <w:p>
            <w:r/>
            <w:r>
              <w:rPr>
                <w:rFonts w:ascii="Microsoft JhengHei" w:hAnsi="Microsoft JhengHei" w:eastAsia="Microsoft JhengHei"/>
                <w:b w:val="0"/>
                <w:i w:val="0"/>
                <w:color w:val="222A36"/>
                <w:sz w:val="20"/>
              </w:rPr>
              <w:t>名字禱告</w:t>
            </w:r>
          </w:p>
        </w:tc>
        <w:tc>
          <w:tcPr>
            <w:tcW w:type="dxa" w:w="1984"/>
          </w:tcPr>
          <w:p>
            <w:r/>
            <w:r>
              <w:rPr>
                <w:rFonts w:ascii="Microsoft JhengHei" w:hAnsi="Microsoft JhengHei" w:eastAsia="Microsoft JhengHei"/>
                <w:b w:val="0"/>
                <w:i w:val="0"/>
                <w:color w:val="222A36"/>
                <w:sz w:val="20"/>
              </w:rPr>
              <w:t>名字禱告</w:t>
            </w:r>
          </w:p>
        </w:tc>
        <w:tc>
          <w:tcPr>
            <w:tcW w:type="dxa" w:w="680"/>
          </w:tcPr>
          <w:p>
            <w:r/>
            <w:r>
              <w:rPr>
                <w:rFonts w:ascii="Microsoft JhengHei" w:hAnsi="Microsoft JhengHei" w:eastAsia="Microsoft JhengHei"/>
                <w:b w:val="0"/>
                <w:i w:val="0"/>
                <w:color w:val="222A36"/>
                <w:sz w:val="20"/>
              </w:rPr>
              <w:t>🙏</w:t>
            </w:r>
          </w:p>
        </w:tc>
      </w:tr>
      <w:tr>
        <w:tc>
          <w:tcPr>
            <w:tcW w:type="dxa" w:w="1814"/>
          </w:tcPr>
          <w:p>
            <w:r/>
            <w:r>
              <w:rPr>
                <w:rFonts w:ascii="Microsoft JhengHei" w:hAnsi="Microsoft JhengHei" w:eastAsia="Microsoft JhengHei"/>
                <w:b w:val="0"/>
                <w:i w:val="0"/>
                <w:color w:val="222A36"/>
                <w:sz w:val="20"/>
              </w:rPr>
              <w:t>生命連結、反思與禱告</w:t>
            </w:r>
          </w:p>
        </w:tc>
        <w:tc>
          <w:tcPr>
            <w:tcW w:type="dxa" w:w="1134"/>
          </w:tcPr>
          <w:p>
            <w:r/>
            <w:r>
              <w:rPr>
                <w:rFonts w:ascii="Microsoft JhengHei" w:hAnsi="Microsoft JhengHei" w:eastAsia="Microsoft JhengHei"/>
                <w:b w:val="0"/>
                <w:i w:val="0"/>
                <w:color w:val="222A36"/>
                <w:sz w:val="20"/>
              </w:rPr>
              <w:t>5 分鐘</w:t>
            </w:r>
          </w:p>
        </w:tc>
        <w:tc>
          <w:tcPr>
            <w:tcW w:type="dxa" w:w="3685"/>
          </w:tcPr>
          <w:p>
            <w:r/>
            <w:r>
              <w:rPr>
                <w:rFonts w:ascii="Microsoft JhengHei" w:hAnsi="Microsoft JhengHei" w:eastAsia="Microsoft JhengHei"/>
                <w:b w:val="0"/>
                <w:i w:val="0"/>
                <w:color w:val="222A36"/>
                <w:sz w:val="20"/>
              </w:rPr>
              <w:t>收結禱告及一星期十字架尋寶</w:t>
            </w:r>
          </w:p>
        </w:tc>
        <w:tc>
          <w:tcPr>
            <w:tcW w:type="dxa" w:w="1984"/>
          </w:tcPr>
          <w:p>
            <w:r/>
            <w:r>
              <w:rPr>
                <w:rFonts w:ascii="Microsoft JhengHei" w:hAnsi="Microsoft JhengHei" w:eastAsia="Microsoft JhengHei"/>
                <w:b w:val="0"/>
                <w:i w:val="0"/>
                <w:color w:val="222A36"/>
                <w:sz w:val="20"/>
              </w:rPr>
              <w:t>—</w:t>
            </w:r>
          </w:p>
        </w:tc>
        <w:tc>
          <w:tcPr>
            <w:tcW w:type="dxa" w:w="680"/>
          </w:tcPr>
          <w:p>
            <w:r/>
            <w:r>
              <w:rPr>
                <w:rFonts w:ascii="Microsoft JhengHei" w:hAnsi="Microsoft JhengHei" w:eastAsia="Microsoft JhengHei"/>
                <w:b w:val="0"/>
                <w:i w:val="0"/>
                <w:color w:val="222A36"/>
                <w:sz w:val="20"/>
              </w:rPr>
              <w:t>🙏</w:t>
            </w:r>
          </w:p>
        </w:tc>
      </w:tr>
    </w:tbl>
    <w:p/>
    <w:p>
      <w:pPr>
        <w:spacing w:after="120" w:before="240"/>
      </w:pPr>
      <w:r>
        <w:rPr>
          <w:rFonts w:ascii="Microsoft JhengHei" w:hAnsi="Microsoft JhengHei" w:eastAsia="Microsoft JhengHei"/>
          <w:b/>
          <w:i w:val="0"/>
          <w:color w:val="A86B1F"/>
          <w:sz w:val="32"/>
        </w:rPr>
        <w:t>四、教學流程</w:t>
      </w:r>
    </w:p>
    <w:p>
      <w:pPr>
        <w:spacing w:after="120" w:before="240"/>
      </w:pPr>
      <w:r>
        <w:rPr>
          <w:rFonts w:ascii="Microsoft JhengHei" w:hAnsi="Microsoft JhengHei" w:eastAsia="Microsoft JhengHei"/>
          <w:b/>
          <w:i w:val="0"/>
          <w:color w:val="222A36"/>
          <w:sz w:val="26"/>
        </w:rPr>
        <w:t>1. 三面鏡子（導入與破冰 · 6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派三張鏡子卡（爸媽、朋友、老師），請同學各選一個字卡貼上，不寫名字。</w:t>
      </w:r>
    </w:p>
    <w:p>
      <w:pPr>
        <w:pStyle w:val="ListBullet"/>
      </w:pPr>
      <w:r>
        <w:rPr>
          <w:rFonts w:ascii="Microsoft JhengHei" w:hAnsi="Microsoft JhengHei" w:eastAsia="Microsoft JhengHei"/>
          <w:b w:val="0"/>
          <w:i w:val="0"/>
          <w:color w:val="222A36"/>
          <w:sz w:val="22"/>
        </w:rPr>
        <w:t>請同學反轉卡背，讀「他們可能其實想說的話」。</w:t>
      </w:r>
    </w:p>
    <w:p>
      <w:pPr>
        <w:pStyle w:val="ListBullet"/>
      </w:pPr>
      <w:r>
        <w:rPr>
          <w:rFonts w:ascii="Microsoft JhengHei" w:hAnsi="Microsoft JhengHei" w:eastAsia="Microsoft JhengHei"/>
          <w:b w:val="0"/>
          <w:i w:val="0"/>
          <w:color w:val="222A36"/>
          <w:sz w:val="22"/>
        </w:rPr>
        <w:t>說：別人怎樣看我們很重要，但今天要找一個更重要的眼光。</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匿名選字卡。</w:t>
      </w:r>
    </w:p>
    <w:p>
      <w:pPr>
        <w:pStyle w:val="ListBullet"/>
      </w:pPr>
      <w:r>
        <w:rPr>
          <w:rFonts w:ascii="Microsoft JhengHei" w:hAnsi="Microsoft JhengHei" w:eastAsia="Microsoft JhengHei"/>
          <w:b w:val="0"/>
          <w:i w:val="0"/>
          <w:color w:val="222A36"/>
          <w:sz w:val="22"/>
        </w:rPr>
        <w:t>讀卡背的句子。</w:t>
      </w:r>
    </w:p>
    <w:p>
      <w:pPr>
        <w:spacing w:after="80"/>
      </w:pPr>
      <w:r>
        <w:rPr>
          <w:rFonts w:ascii="Microsoft JhengHei" w:hAnsi="Microsoft JhengHei" w:eastAsia="Microsoft JhengHei"/>
          <w:b w:val="0"/>
          <w:i w:val="0"/>
          <w:color w:val="6B7280"/>
          <w:sz w:val="20"/>
        </w:rPr>
        <w:t>SEN 調適：可以用網頁點選，或只選一張鏡子。</w:t>
      </w:r>
    </w:p>
    <w:p>
      <w:pPr>
        <w:spacing w:after="80"/>
      </w:pPr>
      <w:r>
        <w:rPr>
          <w:rFonts w:ascii="Microsoft JhengHei" w:hAnsi="Microsoft JhengHei" w:eastAsia="Microsoft JhengHei"/>
          <w:b w:val="0"/>
          <w:i w:val="0"/>
          <w:color w:val="6B7280"/>
          <w:sz w:val="20"/>
        </w:rPr>
        <w:t>過渡：看看三段微電影。</w:t>
      </w:r>
    </w:p>
    <w:p>
      <w:pPr>
        <w:spacing w:after="120" w:before="240"/>
      </w:pPr>
      <w:r>
        <w:rPr>
          <w:rFonts w:ascii="Microsoft JhengHei" w:hAnsi="Microsoft JhengHei" w:eastAsia="Microsoft JhengHei"/>
          <w:b/>
          <w:i w:val="0"/>
          <w:color w:val="222A36"/>
          <w:sz w:val="26"/>
        </w:rPr>
        <w:t>2. 微電影：三個眼光（導入與破冰 · 4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播放〈爸媽眼中的我〉〈朋友眼中的我〉〈老師眼中的我〉。</w:t>
      </w:r>
    </w:p>
    <w:p>
      <w:pPr>
        <w:pStyle w:val="ListBullet"/>
      </w:pPr>
      <w:r>
        <w:rPr>
          <w:rFonts w:ascii="Microsoft JhengHei" w:hAnsi="Microsoft JhengHei" w:eastAsia="Microsoft JhengHei"/>
          <w:b w:val="0"/>
          <w:i w:val="0"/>
          <w:color w:val="222A36"/>
          <w:sz w:val="22"/>
        </w:rPr>
        <w:t>最後一幕停住：還有一個眼光呢？</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觀看。</w:t>
      </w:r>
    </w:p>
    <w:p>
      <w:pPr>
        <w:spacing w:after="80"/>
      </w:pPr>
      <w:r>
        <w:rPr>
          <w:rFonts w:ascii="Microsoft JhengHei" w:hAnsi="Microsoft JhengHei" w:eastAsia="Microsoft JhengHei"/>
          <w:b w:val="0"/>
          <w:i w:val="0"/>
          <w:color w:val="6B7280"/>
          <w:sz w:val="20"/>
        </w:rPr>
        <w:t>SEN 調適：影片有字幕及音樂，無需閱讀大量文字。</w:t>
      </w:r>
    </w:p>
    <w:p>
      <w:pPr>
        <w:spacing w:after="80"/>
      </w:pPr>
      <w:r>
        <w:rPr>
          <w:rFonts w:ascii="Microsoft JhengHei" w:hAnsi="Microsoft JhengHei" w:eastAsia="Microsoft JhengHei"/>
          <w:b w:val="0"/>
          <w:i w:val="0"/>
          <w:color w:val="6B7280"/>
          <w:sz w:val="20"/>
        </w:rPr>
        <w:t>過渡：答案藏在這個房間裏。</w:t>
      </w:r>
    </w:p>
    <w:p>
      <w:pPr>
        <w:spacing w:after="120" w:before="240"/>
      </w:pPr>
      <w:r>
        <w:rPr>
          <w:rFonts w:ascii="Microsoft JhengHei" w:hAnsi="Microsoft JhengHei" w:eastAsia="Microsoft JhengHei"/>
          <w:b/>
          <w:i w:val="0"/>
          <w:color w:val="222A36"/>
          <w:sz w:val="26"/>
        </w:rPr>
        <w:t>3. 爬上桑樹尋寶（經文探索 · 7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說：撒該要爬上樹才找到答案，你願意花一點力氣嗎？</w:t>
      </w:r>
    </w:p>
    <w:p>
      <w:pPr>
        <w:pStyle w:val="ListBullet"/>
      </w:pPr>
      <w:r>
        <w:rPr>
          <w:rFonts w:ascii="Microsoft JhengHei" w:hAnsi="Microsoft JhengHei" w:eastAsia="Microsoft JhengHei"/>
          <w:b w:val="0"/>
          <w:i w:val="0"/>
          <w:color w:val="222A36"/>
          <w:sz w:val="22"/>
        </w:rPr>
        <w:t>請同學原位摸自己的椅底，找出四張桑葉卡。</w:t>
      </w:r>
    </w:p>
    <w:p>
      <w:pPr>
        <w:pStyle w:val="ListBullet"/>
      </w:pPr>
      <w:r>
        <w:rPr>
          <w:rFonts w:ascii="Microsoft JhengHei" w:hAnsi="Microsoft JhengHei" w:eastAsia="Microsoft JhengHei"/>
          <w:b w:val="0"/>
          <w:i w:val="0"/>
          <w:color w:val="222A36"/>
          <w:sz w:val="22"/>
        </w:rPr>
        <w:t>全組按圖案排次序，輸入密碼 1905，解開「耶穌眼中的你」。</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原位找卡、讀出數字、一起輸入密碼。</w:t>
      </w:r>
    </w:p>
    <w:p>
      <w:pPr>
        <w:pStyle w:val="ListBullet"/>
      </w:pPr>
      <w:r>
        <w:rPr>
          <w:rFonts w:ascii="Microsoft JhengHei" w:hAnsi="Microsoft JhengHei" w:eastAsia="Microsoft JhengHei"/>
          <w:b w:val="0"/>
          <w:i w:val="0"/>
          <w:color w:val="222A36"/>
          <w:sz w:val="22"/>
        </w:rPr>
        <w:t>讀出解鎖的經文。</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19:5（和合本 (CUV, public domain)）</w:t>
            </w:r>
          </w:p>
          <w:p>
            <w:r>
              <w:rPr>
                <w:rFonts w:ascii="Microsoft JhengHei" w:hAnsi="Microsoft JhengHei" w:eastAsia="Microsoft JhengHei"/>
                <w:b w:val="0"/>
                <w:i w:val="0"/>
                <w:color w:val="222A36"/>
                <w:sz w:val="22"/>
              </w:rPr>
              <w:t>耶穌到了那裡，抬頭一看，對他說：「撒該，快下來！今天我必住在你家裡。」</w:t>
            </w:r>
          </w:p>
          <w:p>
            <w:r>
              <w:rPr>
                <w:rFonts w:ascii="Microsoft JhengHei" w:hAnsi="Microsoft JhengHei" w:eastAsia="Microsoft JhengHei"/>
                <w:b w:val="0"/>
                <w:i w:val="0"/>
                <w:color w:val="222A36"/>
                <w:sz w:val="22"/>
              </w:rPr>
              <w:t>Luke 19:5 (WEB): When Jesus came to the place, he looked up and saw him, and said to him, "Zacchaeus, hurry and come down, for today I must stay at your house."</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以賽亞書 43:1（和合本 (CUV, public domain)）</w:t>
            </w:r>
          </w:p>
          <w:p>
            <w:r>
              <w:rPr>
                <w:rFonts w:ascii="Microsoft JhengHei" w:hAnsi="Microsoft JhengHei" w:eastAsia="Microsoft JhengHei"/>
                <w:b w:val="0"/>
                <w:i w:val="0"/>
                <w:color w:val="222A36"/>
                <w:sz w:val="22"/>
              </w:rPr>
              <w:t>雅各啊，創造你的耶和華，以色列啊，造成你的那位，現在如此說：你不要害怕！因為我救贖了你。我曾提你的名召你，你是屬我的。</w:t>
            </w:r>
          </w:p>
          <w:p>
            <w:r>
              <w:rPr>
                <w:rFonts w:ascii="Microsoft JhengHei" w:hAnsi="Microsoft JhengHei" w:eastAsia="Microsoft JhengHei"/>
                <w:b w:val="0"/>
                <w:i w:val="0"/>
                <w:color w:val="222A36"/>
                <w:sz w:val="22"/>
              </w:rPr>
              <w:t>Isaiah 43:1 (WEB): But now thus says Yahweh who created you, Jacob, and he who formed you, Israel: Don't be afraid, for I have redeemed you; I have called you by your name, you are mine.</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撒母耳記上 16:7（和合本 (CUV, public domain)）</w:t>
            </w:r>
          </w:p>
          <w:p>
            <w:r>
              <w:rPr>
                <w:rFonts w:ascii="Microsoft JhengHei" w:hAnsi="Microsoft JhengHei" w:eastAsia="Microsoft JhengHei"/>
                <w:b w:val="0"/>
                <w:i w:val="0"/>
                <w:color w:val="222A36"/>
                <w:sz w:val="22"/>
              </w:rPr>
              <w:t>耶和華卻對撒母耳說：「不要看他的外貌和他身材高大，我不揀選他。因為，耶和華不像人看人：人是看外貌；耶和華是看內心。」</w:t>
            </w:r>
          </w:p>
          <w:p>
            <w:r>
              <w:rPr>
                <w:rFonts w:ascii="Microsoft JhengHei" w:hAnsi="Microsoft JhengHei" w:eastAsia="Microsoft JhengHei"/>
                <w:b w:val="0"/>
                <w:i w:val="0"/>
                <w:color w:val="222A36"/>
                <w:sz w:val="22"/>
              </w:rPr>
              <w:t>1 Samuel 16:7 (WEB): But Yahweh said to Samuel, "Don't look on his face, or on the height of his stature; because I have rejected him: for Yahweh sees not as man sees; for man looks at the outward appearance, but Yahweh looks at the heart."</w:t>
            </w:r>
          </w:p>
        </w:tc>
      </w:tr>
    </w:tbl>
    <w:p/>
    <w:p>
      <w:pPr>
        <w:spacing w:after="80"/>
      </w:pPr>
      <w:r>
        <w:rPr>
          <w:rFonts w:ascii="Microsoft JhengHei" w:hAnsi="Microsoft JhengHei" w:eastAsia="Microsoft JhengHei"/>
          <w:b w:val="0"/>
          <w:i w:val="0"/>
          <w:color w:val="6B7280"/>
          <w:sz w:val="20"/>
        </w:rPr>
        <w:t>SEN 調適：每人都有角色：找卡、讀數字、排次序或按鍵。</w:t>
      </w:r>
    </w:p>
    <w:p>
      <w:pPr>
        <w:spacing w:after="80"/>
      </w:pPr>
      <w:r>
        <w:rPr>
          <w:rFonts w:ascii="Microsoft JhengHei" w:hAnsi="Microsoft JhengHei" w:eastAsia="Microsoft JhengHei"/>
          <w:b w:val="0"/>
          <w:i w:val="0"/>
          <w:color w:val="6B7280"/>
          <w:sz w:val="20"/>
        </w:rPr>
        <w:t>過渡：密碼是路加福音 19 章 5 節，我們讀整個故事。</w:t>
      </w:r>
    </w:p>
    <w:p>
      <w:pPr>
        <w:spacing w:after="120" w:before="240"/>
      </w:pPr>
      <w:r>
        <w:rPr>
          <w:rFonts w:ascii="Microsoft JhengHei" w:hAnsi="Microsoft JhengHei" w:eastAsia="Microsoft JhengHei"/>
          <w:b/>
          <w:i w:val="0"/>
          <w:color w:val="222A36"/>
          <w:sz w:val="26"/>
        </w:rPr>
        <w:t>4. 故事鏡頭：四個角度（經文探索 · 4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朗讀路加福音 19:1-10，分四個鏡頭：人群、桑樹、抬頭、家中。</w:t>
      </w:r>
    </w:p>
    <w:p>
      <w:pPr>
        <w:pStyle w:val="ListBullet"/>
      </w:pPr>
      <w:r>
        <w:rPr>
          <w:rFonts w:ascii="Microsoft JhengHei" w:hAnsi="Microsoft JhengHei" w:eastAsia="Microsoft JhengHei"/>
          <w:b w:val="0"/>
          <w:i w:val="0"/>
          <w:color w:val="222A36"/>
          <w:sz w:val="22"/>
        </w:rPr>
        <w:t>每個鏡頭請同學做一個動作，問：耶穌做了甚麼？</w:t>
      </w:r>
    </w:p>
    <w:p>
      <w:pPr>
        <w:pStyle w:val="ListBullet"/>
      </w:pPr>
      <w:r>
        <w:rPr>
          <w:rFonts w:ascii="Microsoft JhengHei" w:hAnsi="Microsoft JhengHei" w:eastAsia="Microsoft JhengHei"/>
          <w:b w:val="0"/>
          <w:i w:val="0"/>
          <w:color w:val="222A36"/>
          <w:sz w:val="22"/>
        </w:rPr>
        <w:t>說明「罪人」是眾人給撒該的標籤。</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原位踮腳、抱樹、抬頭、張開手。</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19:1-10（和合本 (CUV, public domain)）</w:t>
            </w:r>
          </w:p>
          <w:p>
            <w:r>
              <w:rPr>
                <w:rFonts w:ascii="Microsoft JhengHei" w:hAnsi="Microsoft JhengHei" w:eastAsia="Microsoft JhengHei"/>
                <w:b w:val="0"/>
                <w:i w:val="0"/>
                <w:color w:val="222A36"/>
                <w:sz w:val="22"/>
              </w:rPr>
              <w:t>1耶穌進了耶利哥，正經過的時候， 2有一個人名叫撒該，作稅吏長，是個財主。 3他要看看耶穌是怎樣的人；只因人多，他的身量又矮，所以不得看見， 4就跑到前頭，爬上桑樹，要看耶穌，因為耶穌必從那裡經過。 5耶穌到了那裡，抬頭一看，對他說：「撒該，快下來！今天我必住在你家裡。」 6他就急忙下來，歡歡喜喜地接待耶穌。 7眾人看見，都私下議論說：「他竟到罪人家裡去住宿。」 8撒該站著對主說：「主啊，我把所有的一半給窮人；我若訛詐了誰，就還他四倍。」 9耶穌說：「今天救恩到了這家，因為他也是亞伯拉罕的子孫。 10人子來，為要尋找、拯救失喪的人。」</w:t>
            </w:r>
          </w:p>
          <w:p>
            <w:r>
              <w:rPr>
                <w:rFonts w:ascii="Microsoft JhengHei" w:hAnsi="Microsoft JhengHei" w:eastAsia="Microsoft JhengHei"/>
                <w:b w:val="0"/>
                <w:i w:val="0"/>
                <w:color w:val="222A36"/>
                <w:sz w:val="22"/>
              </w:rPr>
              <w:t>Luke 19:1-10 (WEB): 1 He entered and was passing through Jericho. 2 There was a man named Zacchaeus. He was a chief tax collector, and he was rich. 3 He was trying to see who Jesus was, and couldn't because of the crowd, because he was short. 4 He ran on ahead, and climbed up into a sycamore tree to see him, for he was to pass that way. 5 When Jesus came to the place, he looked up and saw him, and said to him, "Zacchaeus, hurry and come down, for today I must stay at your house." 6 He hurried, came down, and received him joyfully. 7 When they saw it, they all murmured, saying, "He has gone in to lodge with a man who is a sinner." 8 Zacchaeus stood and said to the Lord, "Behold, Lord, half of my goods I give to the poor. If I have wrongfully exacted anything of anyone, I restore four times as much." 9 Jesus said to him, "Today, salvation has come to this house, because he also is a son of Abraham. 10 For the Son of Man came to seek and to save that which was lost."</w:t>
            </w:r>
          </w:p>
        </w:tc>
      </w:tr>
    </w:tbl>
    <w:p/>
    <w:p>
      <w:pPr>
        <w:spacing w:after="80"/>
      </w:pPr>
      <w:r>
        <w:rPr>
          <w:rFonts w:ascii="Microsoft JhengHei" w:hAnsi="Microsoft JhengHei" w:eastAsia="Microsoft JhengHei"/>
          <w:b w:val="0"/>
          <w:i w:val="0"/>
          <w:color w:val="6B7280"/>
          <w:sz w:val="20"/>
        </w:rPr>
        <w:t>SEN 調適：老師朗讀，同學只需做動作。</w:t>
      </w:r>
    </w:p>
    <w:p>
      <w:pPr>
        <w:spacing w:after="80"/>
      </w:pPr>
      <w:r>
        <w:rPr>
          <w:rFonts w:ascii="Microsoft JhengHei" w:hAnsi="Microsoft JhengHei" w:eastAsia="Microsoft JhengHei"/>
          <w:b w:val="0"/>
          <w:i w:val="0"/>
          <w:color w:val="6B7280"/>
          <w:sz w:val="20"/>
        </w:rPr>
        <w:t>過渡：耶穌怎會知道撒該的名字？</w:t>
      </w:r>
    </w:p>
    <w:p>
      <w:pPr>
        <w:spacing w:after="120" w:before="240"/>
      </w:pPr>
      <w:r>
        <w:rPr>
          <w:rFonts w:ascii="Microsoft JhengHei" w:hAnsi="Microsoft JhengHei" w:eastAsia="Microsoft JhengHei"/>
          <w:b/>
          <w:i w:val="0"/>
          <w:color w:val="222A36"/>
          <w:sz w:val="26"/>
        </w:rPr>
        <w:t>5. 偵探：耶穌怎樣知道撒該的名字？（經文探索 · 7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介紹五位角色：科學家、偵探、鄰居、聖經學者、神學家，每位說一句理由。</w:t>
      </w:r>
    </w:p>
    <w:p>
      <w:pPr>
        <w:pStyle w:val="ListBullet"/>
      </w:pPr>
      <w:r>
        <w:rPr>
          <w:rFonts w:ascii="Microsoft JhengHei" w:hAnsi="Microsoft JhengHei" w:eastAsia="Microsoft JhengHei"/>
          <w:b w:val="0"/>
          <w:i w:val="0"/>
          <w:color w:val="222A36"/>
          <w:sz w:val="22"/>
        </w:rPr>
        <w:t>同學用一至五隻手指為每個說法的證據評分。</w:t>
      </w:r>
    </w:p>
    <w:p>
      <w:pPr>
        <w:pStyle w:val="ListBullet"/>
      </w:pPr>
      <w:r>
        <w:rPr>
          <w:rFonts w:ascii="Microsoft JhengHei" w:hAnsi="Microsoft JhengHei" w:eastAsia="Microsoft JhengHei"/>
          <w:b w:val="0"/>
          <w:i w:val="0"/>
          <w:color w:val="222A36"/>
          <w:sz w:val="22"/>
        </w:rPr>
        <w:t>讀約翰福音 1:47-48 及 1:3：耶穌在人開口前已認識人，因為萬物是藉着祂造的。</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評分及投票。</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約翰福音 1:47-48（和合本 (CUV, public domain)）</w:t>
            </w:r>
          </w:p>
          <w:p>
            <w:r>
              <w:rPr>
                <w:rFonts w:ascii="Microsoft JhengHei" w:hAnsi="Microsoft JhengHei" w:eastAsia="Microsoft JhengHei"/>
                <w:b w:val="0"/>
                <w:i w:val="0"/>
                <w:color w:val="222A36"/>
                <w:sz w:val="22"/>
              </w:rPr>
              <w:t>47耶穌看見拿但業來，就指著他說：「看哪，這是個真以色列人，他心裡是沒有詭詐的。」 48拿但業對耶穌說：「你從哪裡知道我呢？」耶穌回答說：「腓力還沒有招呼你，你在無花果樹底下，我就看見你了。」</w:t>
            </w:r>
          </w:p>
          <w:p>
            <w:r>
              <w:rPr>
                <w:rFonts w:ascii="Microsoft JhengHei" w:hAnsi="Microsoft JhengHei" w:eastAsia="Microsoft JhengHei"/>
                <w:b w:val="0"/>
                <w:i w:val="0"/>
                <w:color w:val="222A36"/>
                <w:sz w:val="22"/>
              </w:rPr>
              <w:t>John 1:47-48 (WEB): 47 Jesus saw Nathanael coming to him, and said about him, "Behold, an Israelite indeed, in whom is no deceit!" 48 Nathanael said to him, "How do you know me?" Jesus answered him, "Before Philip called you, when you were under the fig tree, I saw you."</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約翰福音 1:3（和合本 (CUV, public domain)）</w:t>
            </w:r>
          </w:p>
          <w:p>
            <w:r>
              <w:rPr>
                <w:rFonts w:ascii="Microsoft JhengHei" w:hAnsi="Microsoft JhengHei" w:eastAsia="Microsoft JhengHei"/>
                <w:b w:val="0"/>
                <w:i w:val="0"/>
                <w:color w:val="222A36"/>
                <w:sz w:val="22"/>
              </w:rPr>
              <w:t>萬物是藉著他造的；凡被造的，沒有一樣不是藉著他造的。</w:t>
            </w:r>
          </w:p>
          <w:p>
            <w:r>
              <w:rPr>
                <w:rFonts w:ascii="Microsoft JhengHei" w:hAnsi="Microsoft JhengHei" w:eastAsia="Microsoft JhengHei"/>
                <w:b w:val="0"/>
                <w:i w:val="0"/>
                <w:color w:val="222A36"/>
                <w:sz w:val="22"/>
              </w:rPr>
              <w:t>John 1:3 (WEB): All things were made through him. Without him was not anything made that has been made.</w:t>
            </w:r>
          </w:p>
        </w:tc>
      </w:tr>
    </w:tbl>
    <w:p/>
    <w:p>
      <w:pPr>
        <w:spacing w:after="80"/>
      </w:pPr>
      <w:r>
        <w:rPr>
          <w:rFonts w:ascii="Microsoft JhengHei" w:hAnsi="Microsoft JhengHei" w:eastAsia="Microsoft JhengHei"/>
          <w:b w:val="0"/>
          <w:i w:val="0"/>
          <w:color w:val="6B7280"/>
          <w:sz w:val="20"/>
        </w:rPr>
        <w:t>SEN 調適：每位角色配圖示及一句話。</w:t>
      </w:r>
    </w:p>
    <w:p>
      <w:pPr>
        <w:spacing w:after="80"/>
      </w:pPr>
      <w:r>
        <w:rPr>
          <w:rFonts w:ascii="Microsoft JhengHei" w:hAnsi="Microsoft JhengHei" w:eastAsia="Microsoft JhengHei"/>
          <w:b w:val="0"/>
          <w:i w:val="0"/>
          <w:color w:val="6B7280"/>
          <w:sz w:val="20"/>
        </w:rPr>
        <w:t>過渡：那麼，耶穌為甚麼選撒該的家？</w:t>
      </w:r>
    </w:p>
    <w:p>
      <w:pPr>
        <w:spacing w:after="120" w:before="240"/>
      </w:pPr>
      <w:r>
        <w:rPr>
          <w:rFonts w:ascii="Microsoft JhengHei" w:hAnsi="Microsoft JhengHei" w:eastAsia="Microsoft JhengHei"/>
          <w:b/>
          <w:i w:val="0"/>
          <w:color w:val="222A36"/>
          <w:sz w:val="26"/>
        </w:rPr>
        <w:t>6. 歡迎來我家：答案揭曉（生命連結、反思與禱告 · 4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問：耶穌可以去任何人的家，為甚麼選撒該？列出三個選項讓同學猜。</w:t>
      </w:r>
    </w:p>
    <w:p>
      <w:pPr>
        <w:pStyle w:val="ListBullet"/>
      </w:pPr>
      <w:r>
        <w:rPr>
          <w:rFonts w:ascii="Microsoft JhengHei" w:hAnsi="Microsoft JhengHei" w:eastAsia="Microsoft JhengHei"/>
          <w:b w:val="0"/>
          <w:i w:val="0"/>
          <w:color w:val="222A36"/>
          <w:sz w:val="22"/>
        </w:rPr>
        <w:t>揭曉路加福音 19:10：我們爬樹找耶穌，原來耶穌一直在找我們。</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用手指選答案。</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19:10（和合本 (CUV, public domain)）</w:t>
            </w:r>
          </w:p>
          <w:p>
            <w:r>
              <w:rPr>
                <w:rFonts w:ascii="Microsoft JhengHei" w:hAnsi="Microsoft JhengHei" w:eastAsia="Microsoft JhengHei"/>
                <w:b w:val="0"/>
                <w:i w:val="0"/>
                <w:color w:val="222A36"/>
                <w:sz w:val="22"/>
              </w:rPr>
              <w:t>人子來，為要尋找、拯救失喪的人。」</w:t>
            </w:r>
          </w:p>
          <w:p>
            <w:r>
              <w:rPr>
                <w:rFonts w:ascii="Microsoft JhengHei" w:hAnsi="Microsoft JhengHei" w:eastAsia="Microsoft JhengHei"/>
                <w:b w:val="0"/>
                <w:i w:val="0"/>
                <w:color w:val="222A36"/>
                <w:sz w:val="22"/>
              </w:rPr>
              <w:t>Luke 19:10 (WEB): For the Son of Man came to seek and to save that which was lost."</w:t>
            </w:r>
          </w:p>
        </w:tc>
      </w:tr>
    </w:tbl>
    <w:p/>
    <w:p>
      <w:pPr>
        <w:spacing w:after="80"/>
      </w:pPr>
      <w:r>
        <w:rPr>
          <w:rFonts w:ascii="Microsoft JhengHei" w:hAnsi="Microsoft JhengHei" w:eastAsia="Microsoft JhengHei"/>
          <w:b w:val="0"/>
          <w:i w:val="0"/>
          <w:color w:val="6B7280"/>
          <w:sz w:val="20"/>
        </w:rPr>
        <w:t>SEN 調適：選項配圖示。</w:t>
      </w:r>
    </w:p>
    <w:p>
      <w:pPr>
        <w:spacing w:after="80"/>
      </w:pPr>
      <w:r>
        <w:rPr>
          <w:rFonts w:ascii="Microsoft JhengHei" w:hAnsi="Microsoft JhengHei" w:eastAsia="Microsoft JhengHei"/>
          <w:b w:val="0"/>
          <w:i w:val="0"/>
          <w:color w:val="6B7280"/>
          <w:sz w:val="20"/>
        </w:rPr>
        <w:t>過渡：老師也想分享一個故事。</w:t>
      </w:r>
    </w:p>
    <w:p>
      <w:pPr>
        <w:spacing w:after="120" w:before="240"/>
      </w:pPr>
      <w:r>
        <w:rPr>
          <w:rFonts w:ascii="Microsoft JhengHei" w:hAnsi="Microsoft JhengHei" w:eastAsia="Microsoft JhengHei"/>
          <w:b/>
          <w:i w:val="0"/>
          <w:color w:val="222A36"/>
          <w:sz w:val="26"/>
        </w:rPr>
        <w:t>7. 老師時刻（生命連結、反思與禱告 · 3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分享一次自己被別人看低、卻被耶穌接納的真實經歷。</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聆聽。</w:t>
      </w:r>
    </w:p>
    <w:p>
      <w:pPr>
        <w:spacing w:after="80"/>
      </w:pPr>
      <w:r>
        <w:rPr>
          <w:rFonts w:ascii="Microsoft JhengHei" w:hAnsi="Microsoft JhengHei" w:eastAsia="Microsoft JhengHei"/>
          <w:b w:val="0"/>
          <w:i w:val="0"/>
          <w:color w:val="6B7280"/>
          <w:sz w:val="20"/>
        </w:rPr>
        <w:t>SEN 調適：老師用簡短句子。</w:t>
      </w:r>
    </w:p>
    <w:p>
      <w:pPr>
        <w:spacing w:after="80"/>
      </w:pPr>
      <w:r>
        <w:rPr>
          <w:rFonts w:ascii="Microsoft JhengHei" w:hAnsi="Microsoft JhengHei" w:eastAsia="Microsoft JhengHei"/>
          <w:b w:val="0"/>
          <w:i w:val="0"/>
          <w:color w:val="6B7280"/>
          <w:sz w:val="20"/>
        </w:rPr>
        <w:t>過渡：現在，耶穌叫你的名字。</w:t>
      </w:r>
    </w:p>
    <w:p>
      <w:pPr>
        <w:spacing w:after="120" w:before="240"/>
      </w:pPr>
      <w:r>
        <w:rPr>
          <w:rFonts w:ascii="Microsoft JhengHei" w:hAnsi="Microsoft JhengHei" w:eastAsia="Microsoft JhengHei"/>
          <w:b/>
          <w:i w:val="0"/>
          <w:color w:val="222A36"/>
          <w:sz w:val="26"/>
        </w:rPr>
        <w:t>8. 名字禱告（生命連結、反思與禱告 · 5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請同學在名字卡寫自己的名字；不想被叫的反轉。</w:t>
      </w:r>
    </w:p>
    <w:p>
      <w:pPr>
        <w:pStyle w:val="ListBullet"/>
      </w:pPr>
      <w:r>
        <w:rPr>
          <w:rFonts w:ascii="Microsoft JhengHei" w:hAnsi="Microsoft JhengHei" w:eastAsia="Microsoft JhengHei"/>
          <w:b w:val="0"/>
          <w:i w:val="0"/>
          <w:color w:val="222A36"/>
          <w:sz w:val="22"/>
        </w:rPr>
        <w:t>老師走到每位同學身旁輕聲說：「（名字），耶穌知道你的名字。」</w:t>
      </w:r>
    </w:p>
    <w:p>
      <w:pPr>
        <w:pStyle w:val="ListBullet"/>
      </w:pPr>
      <w:r>
        <w:rPr>
          <w:rFonts w:ascii="Microsoft JhengHei" w:hAnsi="Microsoft JhengHei" w:eastAsia="Microsoft JhengHei"/>
          <w:b w:val="0"/>
          <w:i w:val="0"/>
          <w:color w:val="222A36"/>
          <w:sz w:val="22"/>
        </w:rPr>
        <w:t>全組安靜一分鐘，讀詩篇 139:1 作一句禱告。</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安靜領受，或在心裏回應。</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詩篇 139:1（和合本 (CUV, public domain)）</w:t>
            </w:r>
          </w:p>
          <w:p>
            <w:r>
              <w:rPr>
                <w:rFonts w:ascii="Microsoft JhengHei" w:hAnsi="Microsoft JhengHei" w:eastAsia="Microsoft JhengHei"/>
                <w:b w:val="0"/>
                <w:i w:val="0"/>
                <w:color w:val="222A36"/>
                <w:sz w:val="22"/>
              </w:rPr>
              <w:t>耶和華啊，你已經鑒察我，認識我。</w:t>
            </w:r>
          </w:p>
          <w:p>
            <w:r>
              <w:rPr>
                <w:rFonts w:ascii="Microsoft JhengHei" w:hAnsi="Microsoft JhengHei" w:eastAsia="Microsoft JhengHei"/>
                <w:b w:val="0"/>
                <w:i w:val="0"/>
                <w:color w:val="222A36"/>
                <w:sz w:val="22"/>
              </w:rPr>
              <w:t>Psalms 139:1 (WEB): Yahweh, you have searched me, And you know me.</w:t>
            </w:r>
          </w:p>
        </w:tc>
      </w:tr>
    </w:tbl>
    <w:p/>
    <w:p>
      <w:pPr>
        <w:spacing w:after="80"/>
      </w:pPr>
      <w:r>
        <w:rPr>
          <w:rFonts w:ascii="Microsoft JhengHei" w:hAnsi="Microsoft JhengHei" w:eastAsia="Microsoft JhengHei"/>
          <w:b w:val="0"/>
          <w:i w:val="0"/>
          <w:color w:val="6B7280"/>
          <w:sz w:val="20"/>
        </w:rPr>
        <w:t>SEN 調適：不想被叫的同學把卡反轉即可。</w:t>
      </w:r>
    </w:p>
    <w:p>
      <w:pPr>
        <w:spacing w:after="80"/>
      </w:pPr>
      <w:r>
        <w:rPr>
          <w:rFonts w:ascii="Microsoft JhengHei" w:hAnsi="Microsoft JhengHei" w:eastAsia="Microsoft JhengHei"/>
          <w:b w:val="0"/>
          <w:i w:val="0"/>
          <w:color w:val="6B7280"/>
          <w:sz w:val="20"/>
        </w:rPr>
        <w:t>過渡：帶一個問題回家。</w:t>
      </w:r>
    </w:p>
    <w:p>
      <w:pPr>
        <w:spacing w:after="120" w:before="240"/>
      </w:pPr>
      <w:r>
        <w:rPr>
          <w:rFonts w:ascii="Microsoft JhengHei" w:hAnsi="Microsoft JhengHei" w:eastAsia="Microsoft JhengHei"/>
          <w:b/>
          <w:i w:val="0"/>
          <w:color w:val="222A36"/>
          <w:sz w:val="26"/>
        </w:rPr>
        <w:t>9. 收結禱告及一星期十字架尋寶（生命連結、反思與禱告 · 5 分鐘）</w:t>
      </w:r>
    </w:p>
    <w:p>
      <w:pPr>
        <w:spacing w:after="0"/>
      </w:pPr>
      <w:r>
        <w:rPr>
          <w:rFonts w:ascii="Microsoft JhengHei" w:hAnsi="Microsoft JhengHei" w:eastAsia="Microsoft JhengHei"/>
          <w:b/>
          <w:i w:val="0"/>
          <w:color w:val="222A36"/>
          <w:sz w:val="22"/>
        </w:rPr>
        <w:t>老師：</w:t>
      </w:r>
    </w:p>
    <w:p>
      <w:pPr>
        <w:pStyle w:val="ListBullet"/>
      </w:pPr>
      <w:r>
        <w:rPr>
          <w:rFonts w:ascii="Microsoft JhengHei" w:hAnsi="Microsoft JhengHei" w:eastAsia="Microsoft JhengHei"/>
          <w:b w:val="0"/>
          <w:i w:val="0"/>
          <w:color w:val="222A36"/>
          <w:sz w:val="22"/>
        </w:rPr>
        <w:t>帶收結禱告。</w:t>
      </w:r>
    </w:p>
    <w:p>
      <w:pPr>
        <w:pStyle w:val="ListBullet"/>
      </w:pPr>
      <w:r>
        <w:rPr>
          <w:rFonts w:ascii="Microsoft JhengHei" w:hAnsi="Microsoft JhengHei" w:eastAsia="Microsoft JhengHei"/>
          <w:b w:val="0"/>
          <w:i w:val="0"/>
          <w:color w:val="222A36"/>
          <w:sz w:val="22"/>
        </w:rPr>
        <w:t>派「一星期十字架尋寶」卡及「撒該改變卡」：每天一題，找出耶穌為何認識我、要到我家。</w:t>
      </w:r>
    </w:p>
    <w:p>
      <w:pPr>
        <w:pStyle w:val="ListBullet"/>
      </w:pPr>
      <w:r>
        <w:rPr>
          <w:rFonts w:ascii="Microsoft JhengHei" w:hAnsi="Microsoft JhengHei" w:eastAsia="Microsoft JhengHei"/>
          <w:b w:val="0"/>
          <w:i w:val="0"/>
          <w:color w:val="222A36"/>
          <w:sz w:val="22"/>
        </w:rPr>
        <w:t>預告第二課：十字架上的答案。</w:t>
      </w:r>
    </w:p>
    <w:p>
      <w:pPr>
        <w:spacing w:after="0"/>
      </w:pPr>
      <w:r>
        <w:rPr>
          <w:rFonts w:ascii="Microsoft JhengHei" w:hAnsi="Microsoft JhengHei" w:eastAsia="Microsoft JhengHei"/>
          <w:b/>
          <w:i w:val="0"/>
          <w:color w:val="222A36"/>
          <w:sz w:val="22"/>
        </w:rPr>
        <w:t>學生：</w:t>
      </w:r>
    </w:p>
    <w:p>
      <w:pPr>
        <w:pStyle w:val="ListBullet"/>
      </w:pPr>
      <w:r>
        <w:rPr>
          <w:rFonts w:ascii="Microsoft JhengHei" w:hAnsi="Microsoft JhengHei" w:eastAsia="Microsoft JhengHei"/>
          <w:b w:val="0"/>
          <w:i w:val="0"/>
          <w:color w:val="222A36"/>
          <w:sz w:val="22"/>
        </w:rPr>
        <w:t>一同禱告（可以只聽）。</w:t>
      </w:r>
    </w:p>
    <w:p>
      <w:pPr>
        <w:pStyle w:val="ListBullet"/>
      </w:pPr>
      <w:r>
        <w:rPr>
          <w:rFonts w:ascii="Microsoft JhengHei" w:hAnsi="Microsoft JhengHei" w:eastAsia="Microsoft JhengHei"/>
          <w:b w:val="0"/>
          <w:i w:val="0"/>
          <w:color w:val="222A36"/>
          <w:sz w:val="22"/>
        </w:rPr>
        <w:t>收好尋寶卡。</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19:6（和合本 (CUV, public domain)）</w:t>
            </w:r>
          </w:p>
          <w:p>
            <w:r>
              <w:rPr>
                <w:rFonts w:ascii="Microsoft JhengHei" w:hAnsi="Microsoft JhengHei" w:eastAsia="Microsoft JhengHei"/>
                <w:b w:val="0"/>
                <w:i w:val="0"/>
                <w:color w:val="222A36"/>
                <w:sz w:val="22"/>
              </w:rPr>
              <w:t>他就急忙下來，歡歡喜喜地接待耶穌。</w:t>
            </w:r>
          </w:p>
          <w:p>
            <w:r>
              <w:rPr>
                <w:rFonts w:ascii="Microsoft JhengHei" w:hAnsi="Microsoft JhengHei" w:eastAsia="Microsoft JhengHei"/>
                <w:b w:val="0"/>
                <w:i w:val="0"/>
                <w:color w:val="222A36"/>
                <w:sz w:val="22"/>
              </w:rPr>
              <w:t>Luke 19:6 (WEB): He hurried, came down, and received him joyfully.</w:t>
            </w:r>
          </w:p>
        </w:tc>
      </w:tr>
    </w:tbl>
    <w:p/>
    <w:p>
      <w:pPr>
        <w:spacing w:after="80"/>
      </w:pPr>
      <w:r>
        <w:rPr>
          <w:rFonts w:ascii="Microsoft JhengHei" w:hAnsi="Microsoft JhengHei" w:eastAsia="Microsoft JhengHei"/>
          <w:b w:val="0"/>
          <w:i w:val="0"/>
          <w:color w:val="6B7280"/>
          <w:sz w:val="20"/>
        </w:rPr>
        <w:t>SEN 調適：尋寶卡每題只需圈選或寫一個詞。</w:t>
      </w:r>
    </w:p>
    <w:p>
      <w:pPr>
        <w:spacing w:after="80"/>
      </w:pPr>
      <w:r>
        <w:rPr>
          <w:rFonts w:ascii="Microsoft JhengHei" w:hAnsi="Microsoft JhengHei" w:eastAsia="Microsoft JhengHei"/>
          <w:b w:val="0"/>
          <w:i w:val="0"/>
          <w:color w:val="6B7280"/>
          <w:sz w:val="20"/>
        </w:rPr>
        <w:t>過渡：下一課：揭曉十字架上的答案。</w:t>
      </w:r>
    </w:p>
    <w:p>
      <w:pPr>
        <w:spacing w:after="120" w:before="240"/>
      </w:pPr>
      <w:r>
        <w:rPr>
          <w:rFonts w:ascii="Microsoft JhengHei" w:hAnsi="Microsoft JhengHei" w:eastAsia="Microsoft JhengHei"/>
          <w:b/>
          <w:i w:val="0"/>
          <w:color w:val="A86B1F"/>
          <w:sz w:val="32"/>
        </w:rPr>
        <w:t>五、老師時刻及回應邀請</w:t>
      </w:r>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老師時刻</w:t>
            </w:r>
          </w:p>
          <w:p>
            <w:r>
              <w:rPr>
                <w:rFonts w:ascii="Microsoft JhengHei" w:hAnsi="Microsoft JhengHei" w:eastAsia="Microsoft JhengHei"/>
                <w:b w:val="0"/>
                <w:i w:val="0"/>
                <w:color w:val="222A36"/>
                <w:sz w:val="22"/>
              </w:rPr>
              <w:t>請老師分享一次自己被別人看低或被標籤、卻經歷耶穌接納的真實經歷；重點是耶穌怎樣看你，三分鐘內完成。AI 只是建立結構；基督徒老師見證的溫度與感動力，才是領人歸主的關鍵。</w:t>
            </w:r>
          </w:p>
        </w:tc>
      </w:tr>
    </w:tbl>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回應邀請（不強迫）</w:t>
            </w:r>
          </w:p>
          <w:p>
            <w:r>
              <w:rPr>
                <w:rFonts w:ascii="Microsoft JhengHei" w:hAnsi="Microsoft JhengHei" w:eastAsia="Microsoft JhengHei"/>
                <w:b w:val="0"/>
                <w:i w:val="0"/>
                <w:color w:val="222A36"/>
                <w:sz w:val="22"/>
              </w:rPr>
              <w:t>如果你願意，今天可以在心裏對耶穌說：「耶穌，你知道我的名字，我想歡歡喜喜地接待你。」如果你還不肯定，可以像撒該一樣說：「我想看看你是怎樣的。」如果你今天甚麼都不想說，也沒有關係，耶穌仍然知道你的名字。</w:t>
            </w:r>
          </w:p>
        </w:tc>
      </w:tr>
    </w:tbl>
    <w:p/>
    <w:p>
      <w:pPr>
        <w:spacing w:after="120" w:before="240"/>
      </w:pPr>
      <w:r>
        <w:rPr>
          <w:rFonts w:ascii="Microsoft JhengHei" w:hAnsi="Microsoft JhengHei" w:eastAsia="Microsoft JhengHei"/>
          <w:b/>
          <w:i w:val="0"/>
          <w:color w:val="222A36"/>
          <w:sz w:val="26"/>
        </w:rPr>
        <w:t>禱文</w:t>
      </w:r>
    </w:p>
    <w:p>
      <w:pPr>
        <w:spacing w:after="80"/>
      </w:pPr>
      <w:r>
        <w:rPr>
          <w:rFonts w:ascii="Microsoft JhengHei" w:hAnsi="Microsoft JhengHei" w:eastAsia="Microsoft JhengHei"/>
          <w:b w:val="0"/>
          <w:i w:val="0"/>
          <w:color w:val="222A36"/>
          <w:sz w:val="22"/>
        </w:rPr>
        <w:t>開課禱文：天父，謝謝你召聚我們。我們有時覺得自己不夠好、沒有人看見。求你在這一課讓我們知道你怎樣看我們。奉耶穌的名，阿們。</w:t>
      </w:r>
    </w:p>
    <w:p>
      <w:pPr>
        <w:spacing w:after="80"/>
      </w:pPr>
      <w:r>
        <w:rPr>
          <w:rFonts w:ascii="Microsoft JhengHei" w:hAnsi="Microsoft JhengHei" w:eastAsia="Microsoft JhengHei"/>
          <w:b w:val="0"/>
          <w:i w:val="0"/>
          <w:color w:val="222A36"/>
          <w:sz w:val="22"/>
        </w:rPr>
        <w:t>收結禱文：主耶穌，你叫出撒該的名字，你也知道我的名字。謝謝你一直在找我。求你這星期進到我的生活裏，陪我做一件小小的改變。阿們。</w:t>
      </w:r>
    </w:p>
    <w:p>
      <w:pPr>
        <w:spacing w:after="80"/>
      </w:pPr>
      <w:r>
        <w:rPr>
          <w:rFonts w:ascii="Microsoft JhengHei" w:hAnsi="Microsoft JhengHei" w:eastAsia="Microsoft JhengHei"/>
          <w:b w:val="0"/>
          <w:i w:val="0"/>
          <w:color w:val="222A36"/>
          <w:sz w:val="22"/>
        </w:rPr>
        <w:t>牧養禱文：天父，求你看顧這組常被成績和標籤壓着的同學。求你讓他們知道在你眼中他們是寶貴的，也祝福他們的父母和老師。阿們。</w:t>
      </w:r>
    </w:p>
    <w:p>
      <w:pPr>
        <w:spacing w:after="120" w:before="240"/>
      </w:pPr>
      <w:r>
        <w:rPr>
          <w:rFonts w:ascii="Microsoft JhengHei" w:hAnsi="Microsoft JhengHei" w:eastAsia="Microsoft JhengHei"/>
          <w:b/>
          <w:i w:val="0"/>
          <w:color w:val="222A36"/>
          <w:sz w:val="26"/>
        </w:rPr>
        <w:t>分享問題</w:t>
      </w:r>
    </w:p>
    <w:p>
      <w:pPr>
        <w:pStyle w:val="ListBullet"/>
      </w:pPr>
      <w:r>
        <w:rPr>
          <w:rFonts w:ascii="Microsoft JhengHei" w:hAnsi="Microsoft JhengHei" w:eastAsia="Microsoft JhengHei"/>
          <w:b w:val="0"/>
          <w:i w:val="0"/>
          <w:color w:val="222A36"/>
          <w:sz w:val="22"/>
        </w:rPr>
        <w:t>你最希望爸媽、朋友或老師知道你的哪一面？（可以只在心裏想）</w:t>
      </w:r>
    </w:p>
    <w:p>
      <w:pPr>
        <w:pStyle w:val="ListBullet"/>
      </w:pPr>
      <w:r>
        <w:rPr>
          <w:rFonts w:ascii="Microsoft JhengHei" w:hAnsi="Microsoft JhengHei" w:eastAsia="Microsoft JhengHei"/>
          <w:b w:val="0"/>
          <w:i w:val="0"/>
          <w:color w:val="222A36"/>
          <w:sz w:val="22"/>
        </w:rPr>
        <w:t>撒該為甚麼要爬上樹？如果是你，你會爬嗎？</w:t>
      </w:r>
    </w:p>
    <w:p>
      <w:pPr>
        <w:pStyle w:val="ListBullet"/>
      </w:pPr>
      <w:r>
        <w:rPr>
          <w:rFonts w:ascii="Microsoft JhengHei" w:hAnsi="Microsoft JhengHei" w:eastAsia="Microsoft JhengHei"/>
          <w:b w:val="0"/>
          <w:i w:val="0"/>
          <w:color w:val="222A36"/>
          <w:sz w:val="22"/>
        </w:rPr>
        <w:t>耶穌叫出撒該名字的一刻，撒該心裏會想甚麼？</w:t>
      </w:r>
    </w:p>
    <w:p>
      <w:pPr>
        <w:spacing w:after="120" w:before="240"/>
      </w:pPr>
      <w:r>
        <w:rPr>
          <w:rFonts w:ascii="Microsoft JhengHei" w:hAnsi="Microsoft JhengHei" w:eastAsia="Microsoft JhengHei"/>
          <w:b/>
          <w:i w:val="0"/>
          <w:color w:val="A86B1F"/>
          <w:sz w:val="32"/>
        </w:rPr>
        <w:t>五之一、真誠的悔改、相信及行動（神學規範 Bot）</w:t>
      </w:r>
    </w:p>
    <w:tbl>
      <w:tblPr>
        <w:tblStyle w:val="TableGrid"/>
        <w:tblW w:type="auto" w:w="0"/>
        <w:tblLook w:firstColumn="1" w:firstRow="1" w:lastColumn="0" w:lastRow="0" w:noHBand="0" w:noVBand="1" w:val="04A0"/>
      </w:tblPr>
      <w:tblGrid>
        <w:gridCol w:w="3324"/>
        <w:gridCol w:w="3324"/>
        <w:gridCol w:w="3324"/>
      </w:tblGrid>
      <w:tr>
        <w:tc>
          <w:tcPr>
            <w:tcW w:type="dxa" w:w="1701"/>
            <w:shd w:val="clear" w:fill="EFE7D6"/>
          </w:tcPr>
          <w:p>
            <w:r/>
            <w:r>
              <w:rPr>
                <w:rFonts w:ascii="Microsoft JhengHei" w:hAnsi="Microsoft JhengHei" w:eastAsia="Microsoft JhengHei"/>
                <w:b/>
                <w:i w:val="0"/>
                <w:color w:val="222A36"/>
                <w:sz w:val="20"/>
              </w:rPr>
              <w:t>範疇</w:t>
            </w:r>
          </w:p>
        </w:tc>
        <w:tc>
          <w:tcPr>
            <w:tcW w:type="dxa" w:w="3969"/>
            <w:shd w:val="clear" w:fill="EFE7D6"/>
          </w:tcPr>
          <w:p>
            <w:r/>
            <w:r>
              <w:rPr>
                <w:rFonts w:ascii="Microsoft JhengHei" w:hAnsi="Microsoft JhengHei" w:eastAsia="Microsoft JhengHei"/>
                <w:b/>
                <w:i w:val="0"/>
                <w:color w:val="222A36"/>
                <w:sz w:val="20"/>
              </w:rPr>
              <w:t>本課怎樣邀請</w:t>
            </w:r>
          </w:p>
        </w:tc>
        <w:tc>
          <w:tcPr>
            <w:tcW w:type="dxa" w:w="3402"/>
            <w:shd w:val="clear" w:fill="EFE7D6"/>
          </w:tcPr>
          <w:p>
            <w:r/>
            <w:r>
              <w:rPr>
                <w:rFonts w:ascii="Microsoft JhengHei" w:hAnsi="Microsoft JhengHei" w:eastAsia="Microsoft JhengHei"/>
                <w:b/>
                <w:i w:val="0"/>
                <w:color w:val="222A36"/>
                <w:sz w:val="20"/>
              </w:rPr>
              <w:t>必須避免</w:t>
            </w:r>
          </w:p>
        </w:tc>
      </w:tr>
      <w:tr>
        <w:tc>
          <w:tcPr>
            <w:tcW w:type="dxa" w:w="1701"/>
          </w:tcPr>
          <w:p>
            <w:r/>
            <w:r>
              <w:rPr>
                <w:rFonts w:ascii="Microsoft JhengHei" w:hAnsi="Microsoft JhengHei" w:eastAsia="Microsoft JhengHei"/>
                <w:b w:val="0"/>
                <w:i w:val="0"/>
                <w:color w:val="222A36"/>
                <w:sz w:val="20"/>
              </w:rPr>
              <w:t>真誠的悔改</w:t>
            </w:r>
          </w:p>
        </w:tc>
        <w:tc>
          <w:tcPr>
            <w:tcW w:type="dxa" w:w="3969"/>
          </w:tcPr>
          <w:p>
            <w:r/>
            <w:r>
              <w:rPr>
                <w:rFonts w:ascii="Microsoft JhengHei" w:hAnsi="Microsoft JhengHei" w:eastAsia="Microsoft JhengHei"/>
                <w:b w:val="0"/>
                <w:i w:val="0"/>
                <w:color w:val="222A36"/>
                <w:sz w:val="20"/>
              </w:rPr>
              <w:t>悔改是轉向那位先叫我名字的耶穌，不是先證明自己夠好。</w:t>
            </w:r>
          </w:p>
        </w:tc>
        <w:tc>
          <w:tcPr>
            <w:tcW w:type="dxa" w:w="3402"/>
          </w:tcPr>
          <w:p>
            <w:r/>
            <w:r>
              <w:rPr>
                <w:rFonts w:ascii="Microsoft JhengHei" w:hAnsi="Microsoft JhengHei" w:eastAsia="Microsoft JhengHei"/>
                <w:b w:val="0"/>
                <w:i w:val="0"/>
                <w:color w:val="222A36"/>
                <w:sz w:val="20"/>
              </w:rPr>
              <w:t>要求同學公開說出自己的「罪」或缺點；用「你這樣會令父母失望」推動改變</w:t>
            </w:r>
          </w:p>
        </w:tc>
      </w:tr>
      <w:tr>
        <w:tc>
          <w:tcPr>
            <w:tcW w:type="dxa" w:w="1701"/>
          </w:tcPr>
          <w:p>
            <w:r/>
            <w:r>
              <w:rPr>
                <w:rFonts w:ascii="Microsoft JhengHei" w:hAnsi="Microsoft JhengHei" w:eastAsia="Microsoft JhengHei"/>
                <w:b w:val="0"/>
                <w:i w:val="0"/>
                <w:color w:val="222A36"/>
                <w:sz w:val="20"/>
              </w:rPr>
              <w:t>真誠的相信</w:t>
            </w:r>
          </w:p>
        </w:tc>
        <w:tc>
          <w:tcPr>
            <w:tcW w:type="dxa" w:w="3969"/>
          </w:tcPr>
          <w:p>
            <w:r/>
            <w:r>
              <w:rPr>
                <w:rFonts w:ascii="Microsoft JhengHei" w:hAnsi="Microsoft JhengHei" w:eastAsia="Microsoft JhengHei"/>
                <w:b w:val="0"/>
                <w:i w:val="0"/>
                <w:color w:val="222A36"/>
                <w:sz w:val="20"/>
              </w:rPr>
              <w:t>像撒該一樣「想看看耶穌是怎樣的人」：好奇也是信心的開始；相信耶穌知道我的名字。</w:t>
            </w:r>
          </w:p>
        </w:tc>
        <w:tc>
          <w:tcPr>
            <w:tcW w:type="dxa" w:w="3402"/>
          </w:tcPr>
          <w:p>
            <w:r/>
            <w:r>
              <w:rPr>
                <w:rFonts w:ascii="Microsoft JhengHei" w:hAnsi="Microsoft JhengHei" w:eastAsia="Microsoft JhengHei"/>
                <w:b w:val="0"/>
                <w:i w:val="0"/>
                <w:color w:val="222A36"/>
                <w:sz w:val="20"/>
              </w:rPr>
              <w:t>要求即場決志；用感人音樂製造情緒</w:t>
            </w:r>
          </w:p>
        </w:tc>
      </w:tr>
      <w:tr>
        <w:tc>
          <w:tcPr>
            <w:tcW w:type="dxa" w:w="1701"/>
          </w:tcPr>
          <w:p>
            <w:r/>
            <w:r>
              <w:rPr>
                <w:rFonts w:ascii="Microsoft JhengHei" w:hAnsi="Microsoft JhengHei" w:eastAsia="Microsoft JhengHei"/>
                <w:b w:val="0"/>
                <w:i w:val="0"/>
                <w:color w:val="222A36"/>
                <w:sz w:val="20"/>
              </w:rPr>
              <w:t>真誠的行動</w:t>
            </w:r>
          </w:p>
        </w:tc>
        <w:tc>
          <w:tcPr>
            <w:tcW w:type="dxa" w:w="3969"/>
          </w:tcPr>
          <w:p>
            <w:r/>
            <w:r>
              <w:rPr>
                <w:rFonts w:ascii="Microsoft JhengHei" w:hAnsi="Microsoft JhengHei" w:eastAsia="Microsoft JhengHei"/>
                <w:b w:val="0"/>
                <w:i w:val="0"/>
                <w:color w:val="222A36"/>
                <w:sz w:val="20"/>
              </w:rPr>
              <w:t>撒該的改變很具體：這星期選一件很小的事，例如向一位家人說謝謝，或幫同學一次。</w:t>
            </w:r>
          </w:p>
        </w:tc>
        <w:tc>
          <w:tcPr>
            <w:tcW w:type="dxa" w:w="3402"/>
          </w:tcPr>
          <w:p>
            <w:r/>
            <w:r>
              <w:rPr>
                <w:rFonts w:ascii="Microsoft JhengHei" w:hAnsi="Microsoft JhengHei" w:eastAsia="Microsoft JhengHei"/>
                <w:b w:val="0"/>
                <w:i w:val="0"/>
                <w:color w:val="222A36"/>
                <w:sz w:val="20"/>
              </w:rPr>
              <w:t>行動變成評分或公開比較；行動太大（例如「從此不再玩手機」）</w:t>
            </w:r>
          </w:p>
        </w:tc>
      </w:tr>
    </w:tbl>
    <w:p/>
    <w:tbl>
      <w:tblPr>
        <w:tblStyle w:val="TableGrid"/>
        <w:tblW w:type="auto" w:w="0"/>
        <w:tblLook w:firstColumn="1" w:firstRow="1" w:lastColumn="0" w:lastRow="0" w:noHBand="0" w:noVBand="1" w:val="04A0"/>
      </w:tblPr>
      <w:tblGrid>
        <w:gridCol w:w="9972"/>
      </w:tblGrid>
      <w:tr>
        <w:tc>
          <w:tcPr>
            <w:tcW w:type="dxa" w:w="9972"/>
            <w:shd w:val="clear" w:fill="EEF6EA"/>
          </w:tcPr>
          <w:p>
            <w:r/>
            <w:r>
              <w:rPr>
                <w:rFonts w:ascii="Microsoft JhengHei" w:hAnsi="Microsoft JhengHei" w:eastAsia="Microsoft JhengHei"/>
                <w:b/>
                <w:i w:val="0"/>
                <w:color w:val="A86B1F"/>
                <w:sz w:val="22"/>
              </w:rPr>
              <w:t>🌱 極簡方案：kerygma_three</w:t>
            </w:r>
          </w:p>
          <w:p>
            <w:r>
              <w:rPr>
                <w:rFonts w:ascii="Microsoft JhengHei" w:hAnsi="Microsoft JhengHei" w:eastAsia="Microsoft JhengHei"/>
                <w:b w:val="0"/>
                <w:i w:val="0"/>
                <w:color w:val="222A36"/>
                <w:sz w:val="22"/>
              </w:rPr>
              <w:t>1. 耶穌知道你的名字。</w:t>
            </w:r>
          </w:p>
          <w:p>
            <w:r>
              <w:rPr>
                <w:rFonts w:ascii="Microsoft JhengHei" w:hAnsi="Microsoft JhengHei" w:eastAsia="Microsoft JhengHei"/>
                <w:b w:val="0"/>
                <w:i w:val="0"/>
                <w:color w:val="222A36"/>
                <w:sz w:val="22"/>
              </w:rPr>
              <w:t>2. 耶穌為你捨命，拯救你。</w:t>
            </w:r>
          </w:p>
          <w:p>
            <w:r>
              <w:rPr>
                <w:rFonts w:ascii="Microsoft JhengHei" w:hAnsi="Microsoft JhengHei" w:eastAsia="Microsoft JhengHei"/>
                <w:b w:val="0"/>
                <w:i w:val="0"/>
                <w:color w:val="222A36"/>
                <w:sz w:val="22"/>
              </w:rPr>
              <w:t>3. 祂復活了，今天想到你家（你的生活）裏。</w:t>
            </w:r>
          </w:p>
          <w:p>
            <w:r>
              <w:rPr>
                <w:rFonts w:ascii="Microsoft JhengHei" w:hAnsi="Microsoft JhengHei" w:eastAsia="Microsoft JhengHei"/>
                <w:b w:val="0"/>
                <w:i w:val="0"/>
                <w:color w:val="222A36"/>
                <w:sz w:val="22"/>
              </w:rPr>
              <w:t>理據：研究庫 kerygma_three 及 christus_vivit：先宣告愛，再邀請回應。</w:t>
            </w:r>
          </w:p>
        </w:tc>
      </w:tr>
    </w:tbl>
    <w:p/>
    <w:tbl>
      <w:tblPr>
        <w:tblStyle w:val="TableGrid"/>
        <w:tblW w:type="auto" w:w="0"/>
        <w:tblLook w:firstColumn="1" w:firstRow="1" w:lastColumn="0" w:lastRow="0" w:noHBand="0" w:noVBand="1" w:val="04A0"/>
      </w:tblPr>
      <w:tblGrid>
        <w:gridCol w:w="9972"/>
      </w:tblGrid>
      <w:tr>
        <w:tc>
          <w:tcPr>
            <w:tcW w:type="dxa" w:w="9972"/>
            <w:shd w:val="clear" w:fill="EEF6EA"/>
          </w:tcPr>
          <w:p>
            <w:r/>
            <w:r>
              <w:rPr>
                <w:rFonts w:ascii="Microsoft JhengHei" w:hAnsi="Microsoft JhengHei" w:eastAsia="Microsoft JhengHei"/>
                <w:b/>
                <w:i w:val="0"/>
                <w:color w:val="A86B1F"/>
                <w:sz w:val="22"/>
              </w:rPr>
              <w:t>🌱 極簡方案：relationship_not_rules</w:t>
            </w:r>
          </w:p>
          <w:p>
            <w:r>
              <w:rPr>
                <w:rFonts w:ascii="Microsoft JhengHei" w:hAnsi="Microsoft JhengHei" w:eastAsia="Microsoft JhengHei"/>
                <w:b w:val="0"/>
                <w:i w:val="0"/>
                <w:color w:val="222A36"/>
                <w:sz w:val="22"/>
              </w:rPr>
              <w:t>1. 把「要做好人」改寫成「因為耶穌叫了我的名字，所以我想……」。</w:t>
            </w:r>
          </w:p>
          <w:p>
            <w:r>
              <w:rPr>
                <w:rFonts w:ascii="Microsoft JhengHei" w:hAnsi="Microsoft JhengHei" w:eastAsia="Microsoft JhengHei"/>
                <w:b w:val="0"/>
                <w:i w:val="0"/>
                <w:color w:val="222A36"/>
                <w:sz w:val="22"/>
              </w:rPr>
              <w:t>2. 說出耶穌在故事中是一位怎樣的朋友。</w:t>
            </w:r>
          </w:p>
          <w:p>
            <w:r>
              <w:rPr>
                <w:rFonts w:ascii="Microsoft JhengHei" w:hAnsi="Microsoft JhengHei" w:eastAsia="Microsoft JhengHei"/>
                <w:b w:val="0"/>
                <w:i w:val="0"/>
                <w:color w:val="222A36"/>
                <w:sz w:val="22"/>
              </w:rPr>
              <w:t>3. 以一句向耶穌說話的禱告作結。</w:t>
            </w:r>
          </w:p>
          <w:p>
            <w:r>
              <w:rPr>
                <w:rFonts w:ascii="Microsoft JhengHei" w:hAnsi="Microsoft JhengHei" w:eastAsia="Microsoft JhengHei"/>
                <w:b w:val="0"/>
                <w:i w:val="0"/>
                <w:color w:val="222A36"/>
                <w:sz w:val="22"/>
              </w:rPr>
              <w:t>理據：研究庫 relationship_not_rules：避免把撒該的故事變成道德規條。</w:t>
            </w:r>
          </w:p>
        </w:tc>
      </w:tr>
    </w:tbl>
    <w:p/>
    <w:p>
      <w:pPr>
        <w:spacing w:after="120" w:before="240"/>
      </w:pPr>
      <w:r>
        <w:rPr>
          <w:rFonts w:ascii="Microsoft JhengHei" w:hAnsi="Microsoft JhengHei" w:eastAsia="Microsoft JhengHei"/>
          <w:b/>
          <w:i w:val="0"/>
          <w:color w:val="A86B1F"/>
          <w:sz w:val="32"/>
        </w:rPr>
        <w:t>五之二、應用選單（學生自選）</w:t>
      </w:r>
    </w:p>
    <w:tbl>
      <w:tblPr>
        <w:tblStyle w:val="TableGrid"/>
        <w:tblW w:type="auto" w:w="0"/>
        <w:tblLook w:firstColumn="1" w:firstRow="1" w:lastColumn="0" w:lastRow="0" w:noHBand="0" w:noVBand="1" w:val="04A0"/>
      </w:tblPr>
      <w:tblGrid>
        <w:gridCol w:w="2493"/>
        <w:gridCol w:w="2493"/>
        <w:gridCol w:w="2493"/>
        <w:gridCol w:w="2493"/>
      </w:tblGrid>
      <w:tr>
        <w:tc>
          <w:tcPr>
            <w:tcW w:type="dxa" w:w="1474"/>
            <w:shd w:val="clear" w:fill="EFE7D6"/>
          </w:tcPr>
          <w:p>
            <w:r/>
            <w:r>
              <w:rPr>
                <w:rFonts w:ascii="Microsoft JhengHei" w:hAnsi="Microsoft JhengHei" w:eastAsia="Microsoft JhengHei"/>
                <w:b/>
                <w:i w:val="0"/>
                <w:color w:val="222A36"/>
                <w:sz w:val="20"/>
              </w:rPr>
              <w:t>對象</w:t>
            </w:r>
          </w:p>
        </w:tc>
        <w:tc>
          <w:tcPr>
            <w:tcW w:type="dxa" w:w="1701"/>
            <w:shd w:val="clear" w:fill="EFE7D6"/>
          </w:tcPr>
          <w:p>
            <w:r/>
            <w:r>
              <w:rPr>
                <w:rFonts w:ascii="Microsoft JhengHei" w:hAnsi="Microsoft JhengHei" w:eastAsia="Microsoft JhengHei"/>
                <w:b/>
                <w:i w:val="0"/>
                <w:color w:val="222A36"/>
                <w:sz w:val="20"/>
              </w:rPr>
              <w:t>需要</w:t>
            </w:r>
          </w:p>
        </w:tc>
        <w:tc>
          <w:tcPr>
            <w:tcW w:type="dxa" w:w="3175"/>
            <w:shd w:val="clear" w:fill="EFE7D6"/>
          </w:tcPr>
          <w:p>
            <w:r/>
            <w:r>
              <w:rPr>
                <w:rFonts w:ascii="Microsoft JhengHei" w:hAnsi="Microsoft JhengHei" w:eastAsia="Microsoft JhengHei"/>
                <w:b/>
                <w:i w:val="0"/>
                <w:color w:val="222A36"/>
                <w:sz w:val="20"/>
              </w:rPr>
              <w:t>應用</w:t>
            </w:r>
          </w:p>
        </w:tc>
        <w:tc>
          <w:tcPr>
            <w:tcW w:type="dxa" w:w="2721"/>
            <w:shd w:val="clear" w:fill="EFE7D6"/>
          </w:tcPr>
          <w:p>
            <w:r/>
            <w:r>
              <w:rPr>
                <w:rFonts w:ascii="Microsoft JhengHei" w:hAnsi="Microsoft JhengHei" w:eastAsia="Microsoft JhengHei"/>
                <w:b/>
                <w:i w:val="0"/>
                <w:color w:val="222A36"/>
                <w:sz w:val="20"/>
              </w:rPr>
              <w:t>短禱</w:t>
            </w:r>
          </w:p>
        </w:tc>
      </w:tr>
      <w:tr>
        <w:tc>
          <w:tcPr>
            <w:tcW w:type="dxa" w:w="1474"/>
          </w:tcPr>
          <w:p>
            <w:r/>
            <w:r>
              <w:rPr>
                <w:rFonts w:ascii="Microsoft JhengHei" w:hAnsi="Microsoft JhengHei" w:eastAsia="Microsoft JhengHei"/>
                <w:b w:val="0"/>
                <w:i w:val="0"/>
                <w:color w:val="222A36"/>
                <w:sz w:val="20"/>
              </w:rPr>
              <w:t>未信／好奇</w:t>
            </w:r>
          </w:p>
        </w:tc>
        <w:tc>
          <w:tcPr>
            <w:tcW w:type="dxa" w:w="1701"/>
          </w:tcPr>
          <w:p>
            <w:r/>
            <w:r>
              <w:rPr>
                <w:rFonts w:ascii="Microsoft JhengHei" w:hAnsi="Microsoft JhengHei" w:eastAsia="Microsoft JhengHei"/>
                <w:b w:val="0"/>
                <w:i w:val="0"/>
                <w:color w:val="222A36"/>
                <w:sz w:val="20"/>
              </w:rPr>
              <w:t>從未想過耶穌會認識自己</w:t>
            </w:r>
          </w:p>
        </w:tc>
        <w:tc>
          <w:tcPr>
            <w:tcW w:type="dxa" w:w="3175"/>
          </w:tcPr>
          <w:p>
            <w:r/>
            <w:r>
              <w:rPr>
                <w:rFonts w:ascii="Microsoft JhengHei" w:hAnsi="Microsoft JhengHei" w:eastAsia="Microsoft JhengHei"/>
                <w:b w:val="0"/>
                <w:i w:val="0"/>
                <w:color w:val="222A36"/>
                <w:sz w:val="20"/>
              </w:rPr>
              <w:t>這星期試一次：在心裏問耶穌「你真的知道我的名字嗎？」</w:t>
            </w:r>
          </w:p>
        </w:tc>
        <w:tc>
          <w:tcPr>
            <w:tcW w:type="dxa" w:w="2721"/>
          </w:tcPr>
          <w:p>
            <w:r/>
            <w:r>
              <w:rPr>
                <w:rFonts w:ascii="Microsoft JhengHei" w:hAnsi="Microsoft JhengHei" w:eastAsia="Microsoft JhengHei"/>
                <w:b w:val="0"/>
                <w:i w:val="0"/>
                <w:color w:val="222A36"/>
                <w:sz w:val="20"/>
              </w:rPr>
              <w:t>耶穌，如果你真的知道我的名字，請讓我知道。</w:t>
            </w:r>
          </w:p>
        </w:tc>
      </w:tr>
      <w:tr>
        <w:tc>
          <w:tcPr>
            <w:tcW w:type="dxa" w:w="1474"/>
          </w:tcPr>
          <w:p>
            <w:r/>
            <w:r>
              <w:rPr>
                <w:rFonts w:ascii="Microsoft JhengHei" w:hAnsi="Microsoft JhengHei" w:eastAsia="Microsoft JhengHei"/>
                <w:b w:val="0"/>
                <w:i w:val="0"/>
                <w:color w:val="222A36"/>
                <w:sz w:val="20"/>
              </w:rPr>
              <w:t>正在懷疑</w:t>
            </w:r>
          </w:p>
        </w:tc>
        <w:tc>
          <w:tcPr>
            <w:tcW w:type="dxa" w:w="1701"/>
          </w:tcPr>
          <w:p>
            <w:r/>
            <w:r>
              <w:rPr>
                <w:rFonts w:ascii="Microsoft JhengHei" w:hAnsi="Microsoft JhengHei" w:eastAsia="Microsoft JhengHei"/>
                <w:b w:val="0"/>
                <w:i w:val="0"/>
                <w:color w:val="222A36"/>
                <w:sz w:val="20"/>
              </w:rPr>
              <w:t>懷疑耶穌會接納成績差、不夠好的人</w:t>
            </w:r>
          </w:p>
        </w:tc>
        <w:tc>
          <w:tcPr>
            <w:tcW w:type="dxa" w:w="3175"/>
          </w:tcPr>
          <w:p>
            <w:r/>
            <w:r>
              <w:rPr>
                <w:rFonts w:ascii="Microsoft JhengHei" w:hAnsi="Microsoft JhengHei" w:eastAsia="Microsoft JhengHei"/>
                <w:b w:val="0"/>
                <w:i w:val="0"/>
                <w:color w:val="222A36"/>
                <w:sz w:val="20"/>
              </w:rPr>
              <w:t>讀路加福音 19:1-10 一次，圈出耶穌主動做的三件事。</w:t>
            </w:r>
          </w:p>
        </w:tc>
        <w:tc>
          <w:tcPr>
            <w:tcW w:type="dxa" w:w="2721"/>
          </w:tcPr>
          <w:p>
            <w:r/>
            <w:r>
              <w:rPr>
                <w:rFonts w:ascii="Microsoft JhengHei" w:hAnsi="Microsoft JhengHei" w:eastAsia="Microsoft JhengHei"/>
                <w:b w:val="0"/>
                <w:i w:val="0"/>
                <w:color w:val="222A36"/>
                <w:sz w:val="20"/>
              </w:rPr>
              <w:t>主，我不肯定你會接納我，但我想看看你是怎樣的。</w:t>
            </w:r>
          </w:p>
        </w:tc>
      </w:tr>
      <w:tr>
        <w:tc>
          <w:tcPr>
            <w:tcW w:type="dxa" w:w="1474"/>
          </w:tcPr>
          <w:p>
            <w:r/>
            <w:r>
              <w:rPr>
                <w:rFonts w:ascii="Microsoft JhengHei" w:hAnsi="Microsoft JhengHei" w:eastAsia="Microsoft JhengHei"/>
                <w:b w:val="0"/>
                <w:i w:val="0"/>
                <w:color w:val="222A36"/>
                <w:sz w:val="20"/>
              </w:rPr>
              <w:t>想成長的信徒</w:t>
            </w:r>
          </w:p>
        </w:tc>
        <w:tc>
          <w:tcPr>
            <w:tcW w:type="dxa" w:w="1701"/>
          </w:tcPr>
          <w:p>
            <w:r/>
            <w:r>
              <w:rPr>
                <w:rFonts w:ascii="Microsoft JhengHei" w:hAnsi="Microsoft JhengHei" w:eastAsia="Microsoft JhengHei"/>
                <w:b w:val="0"/>
                <w:i w:val="0"/>
                <w:color w:val="222A36"/>
                <w:sz w:val="20"/>
              </w:rPr>
              <w:t>想更親近耶穌</w:t>
            </w:r>
          </w:p>
        </w:tc>
        <w:tc>
          <w:tcPr>
            <w:tcW w:type="dxa" w:w="3175"/>
          </w:tcPr>
          <w:p>
            <w:r/>
            <w:r>
              <w:rPr>
                <w:rFonts w:ascii="Microsoft JhengHei" w:hAnsi="Microsoft JhengHei" w:eastAsia="Microsoft JhengHei"/>
                <w:b w:val="0"/>
                <w:i w:val="0"/>
                <w:color w:val="222A36"/>
                <w:sz w:val="20"/>
              </w:rPr>
              <w:t>每天三分鐘與耶穌朋友說話。</w:t>
            </w:r>
          </w:p>
        </w:tc>
        <w:tc>
          <w:tcPr>
            <w:tcW w:type="dxa" w:w="2721"/>
          </w:tcPr>
          <w:p>
            <w:r/>
            <w:r>
              <w:rPr>
                <w:rFonts w:ascii="Microsoft JhengHei" w:hAnsi="Microsoft JhengHei" w:eastAsia="Microsoft JhengHei"/>
                <w:b w:val="0"/>
                <w:i w:val="0"/>
                <w:color w:val="222A36"/>
                <w:sz w:val="20"/>
              </w:rPr>
              <w:t>主耶穌，謝謝你叫我的名字。</w:t>
            </w:r>
          </w:p>
        </w:tc>
      </w:tr>
      <w:tr>
        <w:tc>
          <w:tcPr>
            <w:tcW w:type="dxa" w:w="1474"/>
          </w:tcPr>
          <w:p>
            <w:r/>
            <w:r>
              <w:rPr>
                <w:rFonts w:ascii="Microsoft JhengHei" w:hAnsi="Microsoft JhengHei" w:eastAsia="Microsoft JhengHei"/>
                <w:b w:val="0"/>
                <w:i w:val="0"/>
                <w:color w:val="222A36"/>
                <w:sz w:val="20"/>
              </w:rPr>
              <w:t>特殊需要</w:t>
            </w:r>
          </w:p>
        </w:tc>
        <w:tc>
          <w:tcPr>
            <w:tcW w:type="dxa" w:w="1701"/>
          </w:tcPr>
          <w:p>
            <w:r/>
            <w:r>
              <w:rPr>
                <w:rFonts w:ascii="Microsoft JhengHei" w:hAnsi="Microsoft JhengHei" w:eastAsia="Microsoft JhengHei"/>
                <w:b w:val="0"/>
                <w:i w:val="0"/>
                <w:color w:val="222A36"/>
                <w:sz w:val="20"/>
              </w:rPr>
              <w:t>讀寫較弱</w:t>
            </w:r>
          </w:p>
        </w:tc>
        <w:tc>
          <w:tcPr>
            <w:tcW w:type="dxa" w:w="3175"/>
          </w:tcPr>
          <w:p>
            <w:r/>
            <w:r>
              <w:rPr>
                <w:rFonts w:ascii="Microsoft JhengHei" w:hAnsi="Microsoft JhengHei" w:eastAsia="Microsoft JhengHei"/>
                <w:b w:val="0"/>
                <w:i w:val="0"/>
                <w:color w:val="222A36"/>
                <w:sz w:val="20"/>
              </w:rPr>
              <w:t>在小卡上畫一棵樹和一個人，代表「我想看看耶穌」，放在書包裏。</w:t>
            </w:r>
          </w:p>
        </w:tc>
        <w:tc>
          <w:tcPr>
            <w:tcW w:type="dxa" w:w="2721"/>
          </w:tcPr>
          <w:p>
            <w:r/>
            <w:r>
              <w:rPr>
                <w:rFonts w:ascii="Microsoft JhengHei" w:hAnsi="Microsoft JhengHei" w:eastAsia="Microsoft JhengHei"/>
                <w:b w:val="0"/>
                <w:i w:val="0"/>
                <w:color w:val="222A36"/>
                <w:sz w:val="20"/>
              </w:rPr>
              <w:t>耶穌，我想看看你。</w:t>
            </w:r>
          </w:p>
        </w:tc>
      </w:tr>
      <w:tr>
        <w:tc>
          <w:tcPr>
            <w:tcW w:type="dxa" w:w="1474"/>
          </w:tcPr>
          <w:p>
            <w:r/>
            <w:r>
              <w:rPr>
                <w:rFonts w:ascii="Microsoft JhengHei" w:hAnsi="Microsoft JhengHei" w:eastAsia="Microsoft JhengHei"/>
                <w:b w:val="0"/>
                <w:i w:val="0"/>
                <w:color w:val="222A36"/>
                <w:sz w:val="20"/>
              </w:rPr>
              <w:t>全班</w:t>
            </w:r>
          </w:p>
        </w:tc>
        <w:tc>
          <w:tcPr>
            <w:tcW w:type="dxa" w:w="1701"/>
          </w:tcPr>
          <w:p>
            <w:r/>
            <w:r>
              <w:rPr>
                <w:rFonts w:ascii="Microsoft JhengHei" w:hAnsi="Microsoft JhengHei" w:eastAsia="Microsoft JhengHei"/>
                <w:b w:val="0"/>
                <w:i w:val="0"/>
                <w:color w:val="222A36"/>
                <w:sz w:val="20"/>
              </w:rPr>
              <w:t>想有一點改變</w:t>
            </w:r>
          </w:p>
        </w:tc>
        <w:tc>
          <w:tcPr>
            <w:tcW w:type="dxa" w:w="3175"/>
          </w:tcPr>
          <w:p>
            <w:r/>
            <w:r>
              <w:rPr>
                <w:rFonts w:ascii="Microsoft JhengHei" w:hAnsi="Microsoft JhengHei" w:eastAsia="Microsoft JhengHei"/>
                <w:b w:val="0"/>
                <w:i w:val="0"/>
                <w:color w:val="222A36"/>
                <w:sz w:val="20"/>
              </w:rPr>
              <w:t>像撒該一樣做一件很小的改變：向家人說一句謝謝，或幫一位同學一次。</w:t>
            </w:r>
          </w:p>
        </w:tc>
        <w:tc>
          <w:tcPr>
            <w:tcW w:type="dxa" w:w="2721"/>
          </w:tcPr>
          <w:p>
            <w:r/>
            <w:r>
              <w:rPr>
                <w:rFonts w:ascii="Microsoft JhengHei" w:hAnsi="Microsoft JhengHei" w:eastAsia="Microsoft JhengHei"/>
                <w:b w:val="0"/>
                <w:i w:val="0"/>
                <w:color w:val="222A36"/>
                <w:sz w:val="20"/>
              </w:rPr>
              <w:t>主，求你幫助我做一件小小的改變。</w:t>
            </w:r>
          </w:p>
        </w:tc>
      </w:tr>
    </w:tbl>
    <w:p/>
    <w:p>
      <w:pPr>
        <w:spacing w:after="120" w:before="240"/>
      </w:pPr>
      <w:r>
        <w:rPr>
          <w:rFonts w:ascii="Microsoft JhengHei" w:hAnsi="Microsoft JhengHei" w:eastAsia="Microsoft JhengHei"/>
          <w:b/>
          <w:i w:val="0"/>
          <w:color w:val="A86B1F"/>
          <w:sz w:val="32"/>
        </w:rPr>
        <w:t>五之三、由懷疑到信心（簡單護教）</w:t>
      </w:r>
    </w:p>
    <w:p>
      <w:pPr>
        <w:spacing w:after="0"/>
      </w:pPr>
      <w:r>
        <w:rPr>
          <w:rFonts w:ascii="Microsoft JhengHei" w:hAnsi="Microsoft JhengHei" w:eastAsia="Microsoft JhengHei"/>
          <w:b/>
          <w:i w:val="0"/>
          <w:color w:val="222A36"/>
          <w:sz w:val="22"/>
        </w:rPr>
        <w:t>❓ 耶穌真的會認識一個成績差、沒有人留意的人嗎？</w:t>
      </w:r>
    </w:p>
    <w:p>
      <w:pPr>
        <w:spacing w:after="120"/>
      </w:pPr>
      <w:r>
        <w:rPr>
          <w:rFonts w:ascii="Microsoft JhengHei" w:hAnsi="Microsoft JhengHei" w:eastAsia="Microsoft JhengHei"/>
          <w:b w:val="0"/>
          <w:i w:val="0"/>
          <w:color w:val="222A36"/>
          <w:sz w:val="22"/>
        </w:rPr>
        <w:t>撒該被所有人看不起，耶穌卻在人群中抬頭叫他的名字。耶穌看的不是成績，而是人。　〔路加福音 19:5〕</w:t>
      </w:r>
    </w:p>
    <w:p>
      <w:pPr>
        <w:spacing w:after="0"/>
      </w:pPr>
      <w:r>
        <w:rPr>
          <w:rFonts w:ascii="Microsoft JhengHei" w:hAnsi="Microsoft JhengHei" w:eastAsia="Microsoft JhengHei"/>
          <w:b/>
          <w:i w:val="0"/>
          <w:color w:val="222A36"/>
          <w:sz w:val="22"/>
        </w:rPr>
        <w:t>❓ 耶穌怎會知道撒該的名字？</w:t>
      </w:r>
    </w:p>
    <w:p>
      <w:pPr>
        <w:spacing w:after="120"/>
      </w:pPr>
      <w:r>
        <w:rPr>
          <w:rFonts w:ascii="Microsoft JhengHei" w:hAnsi="Microsoft JhengHei" w:eastAsia="Microsoft JhengHei"/>
          <w:b w:val="0"/>
          <w:i w:val="0"/>
          <w:color w:val="222A36"/>
          <w:sz w:val="22"/>
        </w:rPr>
        <w:t>有不同的可能，但聖經也記載耶穌在拿但業開口前已看見他。耶穌認識人，因為萬物是藉着祂造的。　〔約翰福音 1:47-48〕</w:t>
      </w:r>
    </w:p>
    <w:p>
      <w:pPr>
        <w:spacing w:after="0"/>
      </w:pPr>
      <w:r>
        <w:rPr>
          <w:rFonts w:ascii="Microsoft JhengHei" w:hAnsi="Microsoft JhengHei" w:eastAsia="Microsoft JhengHei"/>
          <w:b/>
          <w:i w:val="0"/>
          <w:color w:val="222A36"/>
          <w:sz w:val="22"/>
        </w:rPr>
        <w:t>❓ 我做過很多錯事，耶穌還會到我家嗎？</w:t>
      </w:r>
    </w:p>
    <w:p>
      <w:pPr>
        <w:spacing w:after="120"/>
      </w:pPr>
      <w:r>
        <w:rPr>
          <w:rFonts w:ascii="Microsoft JhengHei" w:hAnsi="Microsoft JhengHei" w:eastAsia="Microsoft JhengHei"/>
          <w:b w:val="0"/>
          <w:i w:val="0"/>
          <w:color w:val="222A36"/>
          <w:sz w:val="22"/>
        </w:rPr>
        <w:t>眾人說撒該是罪人，耶穌仍然到他家，並說祂來是要尋找、拯救失喪的人。　〔路加福音 19:10〕</w:t>
      </w:r>
    </w:p>
    <w:p>
      <w:pPr>
        <w:spacing w:after="0"/>
      </w:pPr>
      <w:r>
        <w:rPr>
          <w:rFonts w:ascii="Microsoft JhengHei" w:hAnsi="Microsoft JhengHei" w:eastAsia="Microsoft JhengHei"/>
          <w:b/>
          <w:i w:val="0"/>
          <w:color w:val="222A36"/>
          <w:sz w:val="22"/>
        </w:rPr>
        <w:t>❓ 我信心很小，也可以嗎？</w:t>
      </w:r>
    </w:p>
    <w:p>
      <w:pPr>
        <w:spacing w:after="120"/>
      </w:pPr>
      <w:r>
        <w:rPr>
          <w:rFonts w:ascii="Microsoft JhengHei" w:hAnsi="Microsoft JhengHei" w:eastAsia="Microsoft JhengHei"/>
          <w:b w:val="0"/>
          <w:i w:val="0"/>
          <w:color w:val="222A36"/>
          <w:sz w:val="22"/>
        </w:rPr>
        <w:t>撒該一開始只是想看看耶穌是怎樣的人。好奇就是開始；也可以說「我信，但我信不足，求主幫助」。　〔馬可福音 9:24〕</w:t>
      </w:r>
    </w:p>
    <w:p>
      <w:pPr>
        <w:spacing w:after="120" w:before="240"/>
      </w:pPr>
      <w:r>
        <w:rPr>
          <w:rFonts w:ascii="Microsoft JhengHei" w:hAnsi="Microsoft JhengHei" w:eastAsia="Microsoft JhengHei"/>
          <w:b/>
          <w:i w:val="0"/>
          <w:color w:val="222A36"/>
          <w:sz w:val="26"/>
        </w:rPr>
        <w:t>解經筆記</w:t>
      </w:r>
    </w:p>
    <w:p>
      <w:pPr>
        <w:pStyle w:val="ListBullet"/>
      </w:pPr>
      <w:r>
        <w:rPr>
          <w:rFonts w:ascii="Microsoft JhengHei" w:hAnsi="Microsoft JhengHei" w:eastAsia="Microsoft JhengHei"/>
          <w:b w:val="0"/>
          <w:i w:val="0"/>
          <w:color w:val="222A36"/>
          <w:sz w:val="22"/>
        </w:rPr>
        <w:t>〔路加福音 19:3〕撒該「要看看耶穌是怎樣的人」：他是出於好奇，還未相信。好奇已足以令他行動。</w:t>
      </w:r>
    </w:p>
    <w:p>
      <w:pPr>
        <w:pStyle w:val="ListBullet"/>
      </w:pPr>
      <w:r>
        <w:rPr>
          <w:rFonts w:ascii="Microsoft JhengHei" w:hAnsi="Microsoft JhengHei" w:eastAsia="Microsoft JhengHei"/>
          <w:b w:val="0"/>
          <w:i w:val="0"/>
          <w:color w:val="222A36"/>
          <w:sz w:val="22"/>
        </w:rPr>
        <w:t>〔路加福音 19:4〕桑樹（又譯無花果桑樹）枝幹低而粗，容易爬上去。一個有身分的稅吏長爬樹，在當時是令人取笑的事。</w:t>
      </w:r>
    </w:p>
    <w:p>
      <w:pPr>
        <w:pStyle w:val="ListBullet"/>
      </w:pPr>
      <w:r>
        <w:rPr>
          <w:rFonts w:ascii="Microsoft JhengHei" w:hAnsi="Microsoft JhengHei" w:eastAsia="Microsoft JhengHei"/>
          <w:b w:val="0"/>
          <w:i w:val="0"/>
          <w:color w:val="222A36"/>
          <w:sz w:val="22"/>
        </w:rPr>
        <w:t>〔路加福音 19:7〕稅吏替羅馬收稅，常被視為出賣同胞及訛詐，所以眾人稱他為「罪人」。耶穌仍然選擇到他家。</w:t>
      </w:r>
    </w:p>
    <w:p>
      <w:pPr>
        <w:pStyle w:val="ListBullet"/>
      </w:pPr>
      <w:r>
        <w:rPr>
          <w:rFonts w:ascii="Microsoft JhengHei" w:hAnsi="Microsoft JhengHei" w:eastAsia="Microsoft JhengHei"/>
          <w:b w:val="0"/>
          <w:i w:val="0"/>
          <w:color w:val="222A36"/>
          <w:sz w:val="22"/>
        </w:rPr>
        <w:t>〔路加福音 19:10〕「尋找」和「拯救」都是耶穌主動做的事：撒該找耶穌，原來耶穌一直在找他。</w:t>
      </w:r>
    </w:p>
    <w:p>
      <w:pPr>
        <w:spacing w:after="120" w:before="240"/>
      </w:pPr>
      <w:r>
        <w:rPr>
          <w:rFonts w:ascii="Microsoft JhengHei" w:hAnsi="Microsoft JhengHei" w:eastAsia="Microsoft JhengHei"/>
          <w:b/>
          <w:i w:val="0"/>
          <w:color w:val="222A36"/>
          <w:sz w:val="26"/>
        </w:rPr>
        <w:t>小知識</w:t>
      </w:r>
    </w:p>
    <w:p>
      <w:pPr>
        <w:pStyle w:val="ListBullet"/>
      </w:pPr>
      <w:r>
        <w:rPr>
          <w:rFonts w:ascii="Microsoft JhengHei" w:hAnsi="Microsoft JhengHei" w:eastAsia="Microsoft JhengHei"/>
          <w:b w:val="0"/>
          <w:i w:val="0"/>
          <w:color w:val="222A36"/>
          <w:sz w:val="22"/>
        </w:rPr>
        <w:t>耶利哥是古老的城市，位於耶路撒冷附近，是重要的交通及稅收地點。（稅吏長在這裏很有錢，也很多人討厭他。；出處：聖經地理資料（請老師核對））</w:t>
      </w:r>
    </w:p>
    <w:p>
      <w:pPr>
        <w:pStyle w:val="ListBullet"/>
      </w:pPr>
      <w:r>
        <w:rPr>
          <w:rFonts w:ascii="Microsoft JhengHei" w:hAnsi="Microsoft JhengHei" w:eastAsia="Microsoft JhengHei"/>
          <w:b w:val="0"/>
          <w:i w:val="0"/>
          <w:color w:val="222A36"/>
          <w:sz w:val="22"/>
        </w:rPr>
        <w:t>「撒該」這個名字在希伯來文中與「純潔」「公義」相近。（耶穌叫他的名字，好像在提醒他神原本造他的樣子。；出處：字義說法（請老師核對））</w:t>
      </w:r>
    </w:p>
    <w:p>
      <w:pPr>
        <w:spacing w:after="120" w:before="240"/>
      </w:pPr>
      <w:r>
        <w:rPr>
          <w:rFonts w:ascii="Microsoft JhengHei" w:hAnsi="Microsoft JhengHei" w:eastAsia="Microsoft JhengHei"/>
          <w:b/>
          <w:i w:val="0"/>
          <w:color w:val="222A36"/>
          <w:sz w:val="26"/>
        </w:rPr>
        <w:t>影片</w:t>
      </w:r>
    </w:p>
    <w:tbl>
      <w:tblPr>
        <w:tblStyle w:val="TableGrid"/>
        <w:tblW w:type="auto" w:w="0"/>
        <w:tblLook w:firstColumn="1" w:firstRow="1" w:lastColumn="0" w:lastRow="0" w:noHBand="0" w:noVBand="1" w:val="04A0"/>
      </w:tblPr>
      <w:tblGrid>
        <w:gridCol w:w="3324"/>
        <w:gridCol w:w="3324"/>
        <w:gridCol w:w="3324"/>
      </w:tblGrid>
      <w:tr>
        <w:tc>
          <w:tcPr>
            <w:tcW w:type="dxa" w:w="3402"/>
            <w:shd w:val="clear" w:fill="EFE7D6"/>
          </w:tcPr>
          <w:p>
            <w:r/>
            <w:r>
              <w:rPr>
                <w:rFonts w:ascii="Microsoft JhengHei" w:hAnsi="Microsoft JhengHei" w:eastAsia="Microsoft JhengHei"/>
                <w:b/>
                <w:i w:val="0"/>
                <w:color w:val="222A36"/>
                <w:sz w:val="20"/>
              </w:rPr>
              <w:t>影片（YouTube 已核實）</w:t>
            </w:r>
          </w:p>
        </w:tc>
        <w:tc>
          <w:tcPr>
            <w:tcW w:type="dxa" w:w="2835"/>
            <w:shd w:val="clear" w:fill="EFE7D6"/>
          </w:tcPr>
          <w:p>
            <w:r/>
            <w:r>
              <w:rPr>
                <w:rFonts w:ascii="Microsoft JhengHei" w:hAnsi="Microsoft JhengHei" w:eastAsia="Microsoft JhengHei"/>
                <w:b/>
                <w:i w:val="0"/>
                <w:color w:val="222A36"/>
                <w:sz w:val="20"/>
              </w:rPr>
              <w:t>連結</w:t>
            </w:r>
          </w:p>
        </w:tc>
        <w:tc>
          <w:tcPr>
            <w:tcW w:type="dxa" w:w="2835"/>
            <w:shd w:val="clear" w:fill="EFE7D6"/>
          </w:tcPr>
          <w:p>
            <w:r/>
            <w:r>
              <w:rPr>
                <w:rFonts w:ascii="Microsoft JhengHei" w:hAnsi="Microsoft JhengHei" w:eastAsia="Microsoft JhengHei"/>
                <w:b/>
                <w:i w:val="0"/>
                <w:color w:val="222A36"/>
                <w:sz w:val="20"/>
              </w:rPr>
              <w:t>用途</w:t>
            </w:r>
          </w:p>
        </w:tc>
      </w:tr>
      <w:tr>
        <w:tc>
          <w:tcPr>
            <w:tcW w:type="dxa" w:w="3402"/>
          </w:tcPr>
          <w:p>
            <w:r/>
            <w:r>
              <w:rPr>
                <w:rFonts w:ascii="Microsoft JhengHei" w:hAnsi="Microsoft JhengHei" w:eastAsia="Microsoft JhengHei"/>
                <w:b w:val="0"/>
                <w:i w:val="0"/>
                <w:color w:val="222A36"/>
                <w:sz w:val="20"/>
              </w:rPr>
              <w:t>Zacchaeus（Saddleback Kids）</w:t>
            </w:r>
          </w:p>
        </w:tc>
        <w:tc>
          <w:tcPr>
            <w:tcW w:type="dxa" w:w="2835"/>
          </w:tcPr>
          <w:p>
            <w:r/>
            <w:r>
              <w:rPr>
                <w:rFonts w:ascii="Microsoft JhengHei" w:hAnsi="Microsoft JhengHei" w:eastAsia="Microsoft JhengHei"/>
                <w:b w:val="0"/>
                <w:i w:val="0"/>
                <w:color w:val="222A36"/>
                <w:sz w:val="20"/>
              </w:rPr>
              <w:t>https://www.youtube.com/watch?v=5BjtbJFz2ug</w:t>
            </w:r>
          </w:p>
        </w:tc>
        <w:tc>
          <w:tcPr>
            <w:tcW w:type="dxa" w:w="2835"/>
          </w:tcPr>
          <w:p>
            <w:r/>
            <w:r>
              <w:rPr>
                <w:rFonts w:ascii="Microsoft JhengHei" w:hAnsi="Microsoft JhengHei" w:eastAsia="Microsoft JhengHei"/>
                <w:b w:val="0"/>
                <w:i w:val="0"/>
                <w:color w:val="222A36"/>
                <w:sz w:val="20"/>
              </w:rPr>
              <w:t>故事環節後播放兩至三分鐘的英文動畫，作重溫及引入偵探遊戲；畫風較適合年幼學生，老師可按小組選擇。</w:t>
            </w:r>
          </w:p>
        </w:tc>
      </w:tr>
      <w:tr>
        <w:tc>
          <w:tcPr>
            <w:tcW w:type="dxa" w:w="3402"/>
          </w:tcPr>
          <w:p>
            <w:r/>
            <w:r>
              <w:rPr>
                <w:rFonts w:ascii="Microsoft JhengHei" w:hAnsi="Microsoft JhengHei" w:eastAsia="Microsoft JhengHei"/>
                <w:b w:val="0"/>
                <w:i w:val="0"/>
                <w:color w:val="222A36"/>
                <w:sz w:val="20"/>
              </w:rPr>
              <w:t>路加福音19章／陪你讀聖經（JAM愛的影響力）</w:t>
            </w:r>
          </w:p>
        </w:tc>
        <w:tc>
          <w:tcPr>
            <w:tcW w:type="dxa" w:w="2835"/>
          </w:tcPr>
          <w:p>
            <w:r/>
            <w:r>
              <w:rPr>
                <w:rFonts w:ascii="Microsoft JhengHei" w:hAnsi="Microsoft JhengHei" w:eastAsia="Microsoft JhengHei"/>
                <w:b w:val="0"/>
                <w:i w:val="0"/>
                <w:color w:val="222A36"/>
                <w:sz w:val="20"/>
              </w:rPr>
              <w:t>https://www.youtube.com/watch?v=Z56QNLqg1pk</w:t>
            </w:r>
          </w:p>
        </w:tc>
        <w:tc>
          <w:tcPr>
            <w:tcW w:type="dxa" w:w="2835"/>
          </w:tcPr>
          <w:p>
            <w:r/>
            <w:r>
              <w:rPr>
                <w:rFonts w:ascii="Microsoft JhengHei" w:hAnsi="Microsoft JhengHei" w:eastAsia="Microsoft JhengHei"/>
                <w:b w:val="0"/>
                <w:i w:val="0"/>
                <w:color w:val="222A36"/>
                <w:sz w:val="20"/>
              </w:rPr>
              <w:t>老師備課參考。</w:t>
            </w:r>
          </w:p>
        </w:tc>
      </w:tr>
    </w:tbl>
    <w:p/>
    <w:p>
      <w:pPr>
        <w:spacing w:after="80"/>
      </w:pPr>
      <w:r>
        <w:rPr>
          <w:rFonts w:ascii="Microsoft JhengHei" w:hAnsi="Microsoft JhengHei" w:eastAsia="Microsoft JhengHei"/>
          <w:b w:val="0"/>
          <w:i w:val="0"/>
          <w:color w:val="6B7280"/>
          <w:sz w:val="20"/>
        </w:rPr>
        <w:t>老師可自行搜尋的關鍵字：撒該 動畫；Zacchaeus animated Bible story；路加福音 19 撒該 講道</w:t>
      </w:r>
    </w:p>
    <w:p>
      <w:pPr>
        <w:spacing w:after="120" w:before="240"/>
      </w:pPr>
      <w:r>
        <w:rPr>
          <w:rFonts w:ascii="Microsoft JhengHei" w:hAnsi="Microsoft JhengHei" w:eastAsia="Microsoft JhengHei"/>
          <w:b/>
          <w:i w:val="0"/>
          <w:color w:val="A86B1F"/>
          <w:sz w:val="32"/>
        </w:rPr>
        <w:t>五之四、禱告箱</w:t>
      </w:r>
    </w:p>
    <w:tbl>
      <w:tblPr>
        <w:tblStyle w:val="TableGrid"/>
        <w:tblW w:type="auto" w:w="0"/>
        <w:tblLook w:firstColumn="1" w:firstRow="1" w:lastColumn="0" w:lastRow="0" w:noHBand="0" w:noVBand="1" w:val="04A0"/>
      </w:tblPr>
      <w:tblGrid>
        <w:gridCol w:w="3324"/>
        <w:gridCol w:w="3324"/>
        <w:gridCol w:w="3324"/>
      </w:tblGrid>
      <w:tr>
        <w:tc>
          <w:tcPr>
            <w:tcW w:type="dxa" w:w="1474"/>
            <w:shd w:val="clear" w:fill="EFE7D6"/>
          </w:tcPr>
          <w:p>
            <w:r/>
            <w:r>
              <w:rPr>
                <w:rFonts w:ascii="Microsoft JhengHei" w:hAnsi="Microsoft JhengHei" w:eastAsia="Microsoft JhengHei"/>
                <w:b/>
                <w:i w:val="0"/>
                <w:color w:val="222A36"/>
                <w:sz w:val="20"/>
              </w:rPr>
              <w:t>層次</w:t>
            </w:r>
          </w:p>
        </w:tc>
        <w:tc>
          <w:tcPr>
            <w:tcW w:type="dxa" w:w="1701"/>
            <w:shd w:val="clear" w:fill="EFE7D6"/>
          </w:tcPr>
          <w:p>
            <w:r/>
            <w:r>
              <w:rPr>
                <w:rFonts w:ascii="Microsoft JhengHei" w:hAnsi="Microsoft JhengHei" w:eastAsia="Microsoft JhengHei"/>
                <w:b/>
                <w:i w:val="0"/>
                <w:color w:val="222A36"/>
                <w:sz w:val="20"/>
              </w:rPr>
              <w:t>題目</w:t>
            </w:r>
          </w:p>
        </w:tc>
        <w:tc>
          <w:tcPr>
            <w:tcW w:type="dxa" w:w="5896"/>
            <w:shd w:val="clear" w:fill="EFE7D6"/>
          </w:tcPr>
          <w:p>
            <w:r/>
            <w:r>
              <w:rPr>
                <w:rFonts w:ascii="Microsoft JhengHei" w:hAnsi="Microsoft JhengHei" w:eastAsia="Microsoft JhengHei"/>
                <w:b/>
                <w:i w:val="0"/>
                <w:color w:val="222A36"/>
                <w:sz w:val="20"/>
              </w:rPr>
              <w:t>禱文</w:t>
            </w:r>
          </w:p>
        </w:tc>
      </w:tr>
      <w:tr>
        <w:tc>
          <w:tcPr>
            <w:tcW w:type="dxa" w:w="1474"/>
          </w:tcPr>
          <w:p>
            <w:r/>
            <w:r>
              <w:rPr>
                <w:rFonts w:ascii="Microsoft JhengHei" w:hAnsi="Microsoft JhengHei" w:eastAsia="Microsoft JhengHei"/>
                <w:b w:val="0"/>
                <w:i w:val="0"/>
                <w:color w:val="222A36"/>
                <w:sz w:val="20"/>
              </w:rPr>
              <w:t>開課</w:t>
            </w:r>
          </w:p>
        </w:tc>
        <w:tc>
          <w:tcPr>
            <w:tcW w:type="dxa" w:w="1701"/>
          </w:tcPr>
          <w:p>
            <w:r/>
            <w:r>
              <w:rPr>
                <w:rFonts w:ascii="Microsoft JhengHei" w:hAnsi="Microsoft JhengHei" w:eastAsia="Microsoft JhengHei"/>
                <w:b w:val="0"/>
                <w:i w:val="0"/>
                <w:color w:val="222A36"/>
                <w:sz w:val="20"/>
              </w:rPr>
              <w:t>開課</w:t>
            </w:r>
          </w:p>
        </w:tc>
        <w:tc>
          <w:tcPr>
            <w:tcW w:type="dxa" w:w="5896"/>
          </w:tcPr>
          <w:p>
            <w:r/>
            <w:r>
              <w:rPr>
                <w:rFonts w:ascii="Microsoft JhengHei" w:hAnsi="Microsoft JhengHei" w:eastAsia="Microsoft JhengHei"/>
                <w:b w:val="0"/>
                <w:i w:val="0"/>
                <w:color w:val="222A36"/>
                <w:sz w:val="20"/>
              </w:rPr>
              <w:t>主，我有時覺得自己很小、沒有人看見。求你在這一課讓我知道你怎樣看我。</w:t>
            </w:r>
          </w:p>
        </w:tc>
      </w:tr>
      <w:tr>
        <w:tc>
          <w:tcPr>
            <w:tcW w:type="dxa" w:w="1474"/>
          </w:tcPr>
          <w:p>
            <w:r/>
            <w:r>
              <w:rPr>
                <w:rFonts w:ascii="Microsoft JhengHei" w:hAnsi="Microsoft JhengHei" w:eastAsia="Microsoft JhengHei"/>
                <w:b w:val="0"/>
                <w:i w:val="0"/>
                <w:color w:val="222A36"/>
                <w:sz w:val="20"/>
              </w:rPr>
              <w:t>讀經後</w:t>
            </w:r>
          </w:p>
        </w:tc>
        <w:tc>
          <w:tcPr>
            <w:tcW w:type="dxa" w:w="1701"/>
          </w:tcPr>
          <w:p>
            <w:r/>
            <w:r>
              <w:rPr>
                <w:rFonts w:ascii="Microsoft JhengHei" w:hAnsi="Microsoft JhengHei" w:eastAsia="Microsoft JhengHei"/>
                <w:b w:val="0"/>
                <w:i w:val="0"/>
                <w:color w:val="222A36"/>
                <w:sz w:val="20"/>
              </w:rPr>
              <w:t>讀經後</w:t>
            </w:r>
          </w:p>
        </w:tc>
        <w:tc>
          <w:tcPr>
            <w:tcW w:type="dxa" w:w="5896"/>
          </w:tcPr>
          <w:p>
            <w:r/>
            <w:r>
              <w:rPr>
                <w:rFonts w:ascii="Microsoft JhengHei" w:hAnsi="Microsoft JhengHei" w:eastAsia="Microsoft JhengHei"/>
                <w:b w:val="0"/>
                <w:i w:val="0"/>
                <w:color w:val="222A36"/>
                <w:sz w:val="20"/>
              </w:rPr>
              <w:t>主耶穌，你在人群中抬頭叫撒該的名字。謝謝你也知道我的名字。</w:t>
            </w:r>
          </w:p>
        </w:tc>
      </w:tr>
      <w:tr>
        <w:tc>
          <w:tcPr>
            <w:tcW w:type="dxa" w:w="1474"/>
          </w:tcPr>
          <w:p>
            <w:r/>
            <w:r>
              <w:rPr>
                <w:rFonts w:ascii="Microsoft JhengHei" w:hAnsi="Microsoft JhengHei" w:eastAsia="Microsoft JhengHei"/>
                <w:b w:val="0"/>
                <w:i w:val="0"/>
                <w:color w:val="222A36"/>
                <w:sz w:val="20"/>
              </w:rPr>
              <w:t>應用</w:t>
            </w:r>
          </w:p>
        </w:tc>
        <w:tc>
          <w:tcPr>
            <w:tcW w:type="dxa" w:w="1701"/>
          </w:tcPr>
          <w:p>
            <w:r/>
            <w:r>
              <w:rPr>
                <w:rFonts w:ascii="Microsoft JhengHei" w:hAnsi="Microsoft JhengHei" w:eastAsia="Microsoft JhengHei"/>
                <w:b w:val="0"/>
                <w:i w:val="0"/>
                <w:color w:val="222A36"/>
                <w:sz w:val="20"/>
              </w:rPr>
              <w:t>選擇一小步</w:t>
            </w:r>
          </w:p>
        </w:tc>
        <w:tc>
          <w:tcPr>
            <w:tcW w:type="dxa" w:w="5896"/>
          </w:tcPr>
          <w:p>
            <w:r/>
            <w:r>
              <w:rPr>
                <w:rFonts w:ascii="Microsoft JhengHei" w:hAnsi="Microsoft JhengHei" w:eastAsia="Microsoft JhengHei"/>
                <w:b w:val="0"/>
                <w:i w:val="0"/>
                <w:color w:val="222A36"/>
                <w:sz w:val="20"/>
              </w:rPr>
              <w:t>主，撒該為你作了改變。求你幫助我這星期也做一件很小的改變。</w:t>
            </w:r>
          </w:p>
        </w:tc>
      </w:tr>
      <w:tr>
        <w:tc>
          <w:tcPr>
            <w:tcW w:type="dxa" w:w="1474"/>
          </w:tcPr>
          <w:p>
            <w:r/>
            <w:r>
              <w:rPr>
                <w:rFonts w:ascii="Microsoft JhengHei" w:hAnsi="Microsoft JhengHei" w:eastAsia="Microsoft JhengHei"/>
                <w:b w:val="0"/>
                <w:i w:val="0"/>
                <w:color w:val="222A36"/>
                <w:sz w:val="20"/>
              </w:rPr>
              <w:t>生活</w:t>
            </w:r>
          </w:p>
        </w:tc>
        <w:tc>
          <w:tcPr>
            <w:tcW w:type="dxa" w:w="1701"/>
          </w:tcPr>
          <w:p>
            <w:r/>
            <w:r>
              <w:rPr>
                <w:rFonts w:ascii="Microsoft JhengHei" w:hAnsi="Microsoft JhengHei" w:eastAsia="Microsoft JhengHei"/>
                <w:b w:val="0"/>
                <w:i w:val="0"/>
                <w:color w:val="222A36"/>
                <w:sz w:val="20"/>
              </w:rPr>
              <w:t>被別人看不起時</w:t>
            </w:r>
          </w:p>
        </w:tc>
        <w:tc>
          <w:tcPr>
            <w:tcW w:type="dxa" w:w="5896"/>
          </w:tcPr>
          <w:p>
            <w:r/>
            <w:r>
              <w:rPr>
                <w:rFonts w:ascii="Microsoft JhengHei" w:hAnsi="Microsoft JhengHei" w:eastAsia="Microsoft JhengHei"/>
                <w:b w:val="0"/>
                <w:i w:val="0"/>
                <w:color w:val="222A36"/>
                <w:sz w:val="20"/>
              </w:rPr>
              <w:t>耶穌，別人怎樣說我，你都知道。求你提醒我，在你眼中我是寶貴的。</w:t>
            </w:r>
          </w:p>
        </w:tc>
      </w:tr>
      <w:tr>
        <w:tc>
          <w:tcPr>
            <w:tcW w:type="dxa" w:w="1474"/>
          </w:tcPr>
          <w:p>
            <w:r/>
            <w:r>
              <w:rPr>
                <w:rFonts w:ascii="Microsoft JhengHei" w:hAnsi="Microsoft JhengHei" w:eastAsia="Microsoft JhengHei"/>
                <w:b w:val="0"/>
                <w:i w:val="0"/>
                <w:color w:val="222A36"/>
                <w:sz w:val="20"/>
              </w:rPr>
              <w:t>生活</w:t>
            </w:r>
          </w:p>
        </w:tc>
        <w:tc>
          <w:tcPr>
            <w:tcW w:type="dxa" w:w="1701"/>
          </w:tcPr>
          <w:p>
            <w:r/>
            <w:r>
              <w:rPr>
                <w:rFonts w:ascii="Microsoft JhengHei" w:hAnsi="Microsoft JhengHei" w:eastAsia="Microsoft JhengHei"/>
                <w:b w:val="0"/>
                <w:i w:val="0"/>
                <w:color w:val="222A36"/>
                <w:sz w:val="20"/>
              </w:rPr>
              <w:t>為家人</w:t>
            </w:r>
          </w:p>
        </w:tc>
        <w:tc>
          <w:tcPr>
            <w:tcW w:type="dxa" w:w="5896"/>
          </w:tcPr>
          <w:p>
            <w:r/>
            <w:r>
              <w:rPr>
                <w:rFonts w:ascii="Microsoft JhengHei" w:hAnsi="Microsoft JhengHei" w:eastAsia="Microsoft JhengHei"/>
                <w:b w:val="0"/>
                <w:i w:val="0"/>
                <w:color w:val="222A36"/>
                <w:sz w:val="20"/>
              </w:rPr>
              <w:t>天父，謝謝你給我爸媽。他們有時不明白我，我有時也不明白他們。求你祝福我們的家。</w:t>
            </w:r>
          </w:p>
        </w:tc>
      </w:tr>
      <w:tr>
        <w:tc>
          <w:tcPr>
            <w:tcW w:type="dxa" w:w="1474"/>
          </w:tcPr>
          <w:p>
            <w:r/>
            <w:r>
              <w:rPr>
                <w:rFonts w:ascii="Microsoft JhengHei" w:hAnsi="Microsoft JhengHei" w:eastAsia="Microsoft JhengHei"/>
                <w:b w:val="0"/>
                <w:i w:val="0"/>
                <w:color w:val="222A36"/>
                <w:sz w:val="20"/>
              </w:rPr>
              <w:t>生活</w:t>
            </w:r>
          </w:p>
        </w:tc>
        <w:tc>
          <w:tcPr>
            <w:tcW w:type="dxa" w:w="1701"/>
          </w:tcPr>
          <w:p>
            <w:r/>
            <w:r>
              <w:rPr>
                <w:rFonts w:ascii="Microsoft JhengHei" w:hAnsi="Microsoft JhengHei" w:eastAsia="Microsoft JhengHei"/>
                <w:b w:val="0"/>
                <w:i w:val="0"/>
                <w:color w:val="222A36"/>
                <w:sz w:val="20"/>
              </w:rPr>
              <w:t>睡前</w:t>
            </w:r>
          </w:p>
        </w:tc>
        <w:tc>
          <w:tcPr>
            <w:tcW w:type="dxa" w:w="5896"/>
          </w:tcPr>
          <w:p>
            <w:r/>
            <w:r>
              <w:rPr>
                <w:rFonts w:ascii="Microsoft JhengHei" w:hAnsi="Microsoft JhengHei" w:eastAsia="Microsoft JhengHei"/>
                <w:b w:val="0"/>
                <w:i w:val="0"/>
                <w:color w:val="222A36"/>
                <w:sz w:val="20"/>
              </w:rPr>
              <w:t>主，今天我想把一件事告訴你，像告訴朋友一樣。謝謝你一直在找我。</w:t>
            </w:r>
          </w:p>
        </w:tc>
      </w:tr>
      <w:tr>
        <w:tc>
          <w:tcPr>
            <w:tcW w:type="dxa" w:w="1474"/>
          </w:tcPr>
          <w:p>
            <w:r/>
            <w:r>
              <w:rPr>
                <w:rFonts w:ascii="Microsoft JhengHei" w:hAnsi="Microsoft JhengHei" w:eastAsia="Microsoft JhengHei"/>
                <w:b w:val="0"/>
                <w:i w:val="0"/>
                <w:color w:val="222A36"/>
                <w:sz w:val="20"/>
              </w:rPr>
              <w:t>工作紙</w:t>
            </w:r>
          </w:p>
        </w:tc>
        <w:tc>
          <w:tcPr>
            <w:tcW w:type="dxa" w:w="1701"/>
          </w:tcPr>
          <w:p>
            <w:r/>
            <w:r>
              <w:rPr>
                <w:rFonts w:ascii="Microsoft JhengHei" w:hAnsi="Microsoft JhengHei" w:eastAsia="Microsoft JhengHei"/>
                <w:b w:val="0"/>
                <w:i w:val="0"/>
                <w:color w:val="222A36"/>
                <w:sz w:val="20"/>
              </w:rPr>
              <w:t>我的禱告</w:t>
            </w:r>
          </w:p>
        </w:tc>
        <w:tc>
          <w:tcPr>
            <w:tcW w:type="dxa" w:w="5896"/>
          </w:tcPr>
          <w:p>
            <w:r/>
            <w:r>
              <w:rPr>
                <w:rFonts w:ascii="Microsoft JhengHei" w:hAnsi="Microsoft JhengHei" w:eastAsia="Microsoft JhengHei"/>
                <w:b w:val="0"/>
                <w:i w:val="0"/>
                <w:color w:val="222A36"/>
                <w:sz w:val="20"/>
              </w:rPr>
              <w:t>耶穌，你知道我的名字。我想告訴你……</w:t>
            </w:r>
          </w:p>
        </w:tc>
      </w:tr>
      <w:tr>
        <w:tc>
          <w:tcPr>
            <w:tcW w:type="dxa" w:w="1474"/>
          </w:tcPr>
          <w:p>
            <w:r/>
            <w:r>
              <w:rPr>
                <w:rFonts w:ascii="Microsoft JhengHei" w:hAnsi="Microsoft JhengHei" w:eastAsia="Microsoft JhengHei"/>
                <w:b w:val="0"/>
                <w:i w:val="0"/>
                <w:color w:val="222A36"/>
                <w:sz w:val="20"/>
              </w:rPr>
              <w:t>投影片</w:t>
            </w:r>
          </w:p>
        </w:tc>
        <w:tc>
          <w:tcPr>
            <w:tcW w:type="dxa" w:w="1701"/>
          </w:tcPr>
          <w:p>
            <w:r/>
            <w:r>
              <w:rPr>
                <w:rFonts w:ascii="Microsoft JhengHei" w:hAnsi="Microsoft JhengHei" w:eastAsia="Microsoft JhengHei"/>
                <w:b w:val="0"/>
                <w:i w:val="0"/>
                <w:color w:val="222A36"/>
                <w:sz w:val="20"/>
              </w:rPr>
              <w:t>一句禱告</w:t>
            </w:r>
          </w:p>
        </w:tc>
        <w:tc>
          <w:tcPr>
            <w:tcW w:type="dxa" w:w="5896"/>
          </w:tcPr>
          <w:p>
            <w:r/>
            <w:r>
              <w:rPr>
                <w:rFonts w:ascii="Microsoft JhengHei" w:hAnsi="Microsoft JhengHei" w:eastAsia="Microsoft JhengHei"/>
                <w:b w:val="0"/>
                <w:i w:val="0"/>
                <w:color w:val="222A36"/>
                <w:sz w:val="20"/>
              </w:rPr>
              <w:t>主，你已經鑒察我，認識我。</w:t>
            </w:r>
          </w:p>
        </w:tc>
      </w:tr>
      <w:tr>
        <w:tc>
          <w:tcPr>
            <w:tcW w:type="dxa" w:w="1474"/>
          </w:tcPr>
          <w:p>
            <w:r/>
            <w:r>
              <w:rPr>
                <w:rFonts w:ascii="Microsoft JhengHei" w:hAnsi="Microsoft JhengHei" w:eastAsia="Microsoft JhengHei"/>
                <w:b w:val="0"/>
                <w:i w:val="0"/>
                <w:color w:val="222A36"/>
                <w:sz w:val="20"/>
              </w:rPr>
              <w:t>給未肯定的同學</w:t>
            </w:r>
          </w:p>
        </w:tc>
        <w:tc>
          <w:tcPr>
            <w:tcW w:type="dxa" w:w="1701"/>
          </w:tcPr>
          <w:p>
            <w:r/>
            <w:r>
              <w:rPr>
                <w:rFonts w:ascii="Microsoft JhengHei" w:hAnsi="Microsoft JhengHei" w:eastAsia="Microsoft JhengHei"/>
                <w:b w:val="0"/>
                <w:i w:val="0"/>
                <w:color w:val="222A36"/>
                <w:sz w:val="20"/>
              </w:rPr>
              <w:t>如果你不肯定</w:t>
            </w:r>
          </w:p>
        </w:tc>
        <w:tc>
          <w:tcPr>
            <w:tcW w:type="dxa" w:w="5896"/>
          </w:tcPr>
          <w:p>
            <w:r/>
            <w:r>
              <w:rPr>
                <w:rFonts w:ascii="Microsoft JhengHei" w:hAnsi="Microsoft JhengHei" w:eastAsia="Microsoft JhengHei"/>
                <w:b w:val="0"/>
                <w:i w:val="0"/>
                <w:color w:val="222A36"/>
                <w:sz w:val="20"/>
              </w:rPr>
              <w:t>耶穌，我不肯定你是誰，但我像撒該一樣，想看看你是怎樣的。</w:t>
            </w:r>
          </w:p>
        </w:tc>
      </w:tr>
      <w:tr>
        <w:tc>
          <w:tcPr>
            <w:tcW w:type="dxa" w:w="1474"/>
          </w:tcPr>
          <w:p>
            <w:r/>
            <w:r>
              <w:rPr>
                <w:rFonts w:ascii="Microsoft JhengHei" w:hAnsi="Microsoft JhengHei" w:eastAsia="Microsoft JhengHei"/>
                <w:b w:val="0"/>
                <w:i w:val="0"/>
                <w:color w:val="222A36"/>
                <w:sz w:val="20"/>
              </w:rPr>
              <w:t>特別需要</w:t>
            </w:r>
          </w:p>
        </w:tc>
        <w:tc>
          <w:tcPr>
            <w:tcW w:type="dxa" w:w="1701"/>
          </w:tcPr>
          <w:p>
            <w:r/>
            <w:r>
              <w:rPr>
                <w:rFonts w:ascii="Microsoft JhengHei" w:hAnsi="Microsoft JhengHei" w:eastAsia="Microsoft JhengHei"/>
                <w:b w:val="0"/>
                <w:i w:val="0"/>
                <w:color w:val="222A36"/>
                <w:sz w:val="20"/>
              </w:rPr>
              <w:t>給覺得自己沒有用的同學</w:t>
            </w:r>
          </w:p>
        </w:tc>
        <w:tc>
          <w:tcPr>
            <w:tcW w:type="dxa" w:w="5896"/>
          </w:tcPr>
          <w:p>
            <w:r/>
            <w:r>
              <w:rPr>
                <w:rFonts w:ascii="Microsoft JhengHei" w:hAnsi="Microsoft JhengHei" w:eastAsia="Microsoft JhengHei"/>
                <w:b w:val="0"/>
                <w:i w:val="0"/>
                <w:color w:val="222A36"/>
                <w:sz w:val="20"/>
              </w:rPr>
              <w:t>主，我常覺得自己沒有用。求你讓我看見你怎樣看我。</w:t>
            </w:r>
          </w:p>
        </w:tc>
      </w:tr>
      <w:tr>
        <w:tc>
          <w:tcPr>
            <w:tcW w:type="dxa" w:w="1474"/>
          </w:tcPr>
          <w:p>
            <w:r/>
            <w:r>
              <w:rPr>
                <w:rFonts w:ascii="Microsoft JhengHei" w:hAnsi="Microsoft JhengHei" w:eastAsia="Microsoft JhengHei"/>
                <w:b w:val="0"/>
                <w:i w:val="0"/>
                <w:color w:val="222A36"/>
                <w:sz w:val="20"/>
              </w:rPr>
              <w:t>收結</w:t>
            </w:r>
          </w:p>
        </w:tc>
        <w:tc>
          <w:tcPr>
            <w:tcW w:type="dxa" w:w="1701"/>
          </w:tcPr>
          <w:p>
            <w:r/>
            <w:r>
              <w:rPr>
                <w:rFonts w:ascii="Microsoft JhengHei" w:hAnsi="Microsoft JhengHei" w:eastAsia="Microsoft JhengHei"/>
                <w:b w:val="0"/>
                <w:i w:val="0"/>
                <w:color w:val="222A36"/>
                <w:sz w:val="20"/>
              </w:rPr>
              <w:t>收結</w:t>
            </w:r>
          </w:p>
        </w:tc>
        <w:tc>
          <w:tcPr>
            <w:tcW w:type="dxa" w:w="5896"/>
          </w:tcPr>
          <w:p>
            <w:r/>
            <w:r>
              <w:rPr>
                <w:rFonts w:ascii="Microsoft JhengHei" w:hAnsi="Microsoft JhengHei" w:eastAsia="Microsoft JhengHei"/>
                <w:b w:val="0"/>
                <w:i w:val="0"/>
                <w:color w:val="222A36"/>
                <w:sz w:val="20"/>
              </w:rPr>
              <w:t>主耶穌，謝謝你叫我的名字，也想到我家。我願意歡歡喜喜地接待你。阿們。</w:t>
            </w:r>
          </w:p>
        </w:tc>
      </w:tr>
    </w:tbl>
    <w:p/>
    <w:p>
      <w:pPr>
        <w:spacing w:after="120" w:before="240"/>
      </w:pPr>
      <w:r>
        <w:rPr>
          <w:rFonts w:ascii="Microsoft JhengHei" w:hAnsi="Microsoft JhengHei" w:eastAsia="Microsoft JhengHei"/>
          <w:b/>
          <w:i w:val="0"/>
          <w:color w:val="A86B1F"/>
          <w:sz w:val="32"/>
        </w:rPr>
        <w:t>六、活動選項（由老師挑選）</w:t>
      </w:r>
    </w:p>
    <w:p>
      <w:pPr>
        <w:spacing w:after="120" w:before="240"/>
      </w:pPr>
      <w:r>
        <w:rPr>
          <w:rFonts w:ascii="Microsoft JhengHei" w:hAnsi="Microsoft JhengHei" w:eastAsia="Microsoft JhengHei"/>
          <w:b/>
          <w:i w:val="0"/>
          <w:color w:val="222A36"/>
          <w:sz w:val="26"/>
        </w:rPr>
        <w:t>三面鏡子（匿名字卡）（導入與破冰 · 6 分鐘 · 歡樂度 3 · 坐在座位）</w:t>
      </w:r>
    </w:p>
    <w:p>
      <w:pPr>
        <w:spacing w:after="80"/>
      </w:pPr>
      <w:r>
        <w:rPr>
          <w:rFonts w:ascii="Microsoft JhengHei" w:hAnsi="Microsoft JhengHei" w:eastAsia="Microsoft JhengHei"/>
          <w:b w:val="0"/>
          <w:i w:val="0"/>
          <w:color w:val="222A36"/>
          <w:sz w:val="20"/>
        </w:rPr>
        <w:t>物資：每人三張鏡子卡及字卡（或用網頁）</w:t>
      </w:r>
    </w:p>
    <w:p>
      <w:pPr>
        <w:pStyle w:val="ListBullet"/>
      </w:pPr>
      <w:r>
        <w:rPr>
          <w:rFonts w:ascii="Microsoft JhengHei" w:hAnsi="Microsoft JhengHei" w:eastAsia="Microsoft JhengHei"/>
          <w:b w:val="0"/>
          <w:i w:val="0"/>
          <w:color w:val="222A36"/>
          <w:sz w:val="22"/>
        </w:rPr>
        <w:t>每人拿三張鏡子卡：爸媽、朋友、老師。</w:t>
      </w:r>
    </w:p>
    <w:p>
      <w:pPr>
        <w:pStyle w:val="ListBullet"/>
      </w:pPr>
      <w:r>
        <w:rPr>
          <w:rFonts w:ascii="Microsoft JhengHei" w:hAnsi="Microsoft JhengHei" w:eastAsia="Microsoft JhengHei"/>
          <w:b w:val="0"/>
          <w:i w:val="0"/>
          <w:color w:val="222A36"/>
          <w:sz w:val="22"/>
        </w:rPr>
        <w:t>從字卡中各選一個「我猜他們眼中的我」，不寫名字。</w:t>
      </w:r>
    </w:p>
    <w:p>
      <w:pPr>
        <w:pStyle w:val="ListBullet"/>
      </w:pPr>
      <w:r>
        <w:rPr>
          <w:rFonts w:ascii="Microsoft JhengHei" w:hAnsi="Microsoft JhengHei" w:eastAsia="Microsoft JhengHei"/>
          <w:b w:val="0"/>
          <w:i w:val="0"/>
          <w:color w:val="222A36"/>
          <w:sz w:val="22"/>
        </w:rPr>
        <w:t>反轉卡背，讀「他們可能其實想說的話」，例如「爸媽常催我溫習，其實是擔心我的將來」。</w:t>
      </w:r>
    </w:p>
    <w:p>
      <w:pPr>
        <w:spacing w:after="80"/>
      </w:pPr>
      <w:r>
        <w:rPr>
          <w:rFonts w:ascii="Microsoft JhengHei" w:hAnsi="Microsoft JhengHei" w:eastAsia="Microsoft JhengHei"/>
          <w:b w:val="0"/>
          <w:i w:val="0"/>
          <w:color w:val="222A36"/>
          <w:sz w:val="20"/>
        </w:rPr>
        <w:t>經文連結：引出撒該在眾人眼中的標籤，以及耶穌的眼光。</w:t>
      </w:r>
    </w:p>
    <w:p>
      <w:pPr>
        <w:spacing w:after="80"/>
      </w:pPr>
      <w:r>
        <w:rPr>
          <w:rFonts w:ascii="Microsoft JhengHei" w:hAnsi="Microsoft JhengHei" w:eastAsia="Microsoft JhengHei"/>
          <w:b w:val="0"/>
          <w:i/>
          <w:color w:val="222A36"/>
          <w:sz w:val="20"/>
        </w:rPr>
        <w:t>反思問題：哪一面鏡子最影響你怎樣看自己？</w:t>
      </w:r>
    </w:p>
    <w:p>
      <w:pPr>
        <w:spacing w:after="120" w:before="240"/>
      </w:pPr>
      <w:r>
        <w:rPr>
          <w:rFonts w:ascii="Microsoft JhengHei" w:hAnsi="Microsoft JhengHei" w:eastAsia="Microsoft JhengHei"/>
          <w:b/>
          <w:i w:val="0"/>
          <w:color w:val="222A36"/>
          <w:sz w:val="26"/>
        </w:rPr>
        <w:t>微電影：三個眼光（導入與破冰 · 4 分鐘 · 歡樂度 3 · 坐在座位）</w:t>
      </w:r>
    </w:p>
    <w:p>
      <w:pPr>
        <w:spacing w:after="80"/>
      </w:pPr>
      <w:r>
        <w:rPr>
          <w:rFonts w:ascii="Microsoft JhengHei" w:hAnsi="Microsoft JhengHei" w:eastAsia="Microsoft JhengHei"/>
          <w:b w:val="0"/>
          <w:i w:val="0"/>
          <w:color w:val="222A36"/>
          <w:sz w:val="20"/>
        </w:rPr>
        <w:t>物資：投影機及喇叭</w:t>
      </w:r>
    </w:p>
    <w:p>
      <w:pPr>
        <w:pStyle w:val="ListBullet"/>
      </w:pPr>
      <w:r>
        <w:rPr>
          <w:rFonts w:ascii="Microsoft JhengHei" w:hAnsi="Microsoft JhengHei" w:eastAsia="Microsoft JhengHei"/>
          <w:b w:val="0"/>
          <w:i w:val="0"/>
          <w:color w:val="222A36"/>
          <w:sz w:val="22"/>
        </w:rPr>
        <w:t>播放〈爸媽眼中的我〉。</w:t>
      </w:r>
    </w:p>
    <w:p>
      <w:pPr>
        <w:pStyle w:val="ListBullet"/>
      </w:pPr>
      <w:r>
        <w:rPr>
          <w:rFonts w:ascii="Microsoft JhengHei" w:hAnsi="Microsoft JhengHei" w:eastAsia="Microsoft JhengHei"/>
          <w:b w:val="0"/>
          <w:i w:val="0"/>
          <w:color w:val="222A36"/>
          <w:sz w:val="22"/>
        </w:rPr>
        <w:t>播放〈朋友眼中的我〉。</w:t>
      </w:r>
    </w:p>
    <w:p>
      <w:pPr>
        <w:pStyle w:val="ListBullet"/>
      </w:pPr>
      <w:r>
        <w:rPr>
          <w:rFonts w:ascii="Microsoft JhengHei" w:hAnsi="Microsoft JhengHei" w:eastAsia="Microsoft JhengHei"/>
          <w:b w:val="0"/>
          <w:i w:val="0"/>
          <w:color w:val="222A36"/>
          <w:sz w:val="22"/>
        </w:rPr>
        <w:t>播放〈老師眼中的我〉，最後一幕問：還有一個眼光呢？</w:t>
      </w:r>
    </w:p>
    <w:p>
      <w:pPr>
        <w:spacing w:after="80"/>
      </w:pPr>
      <w:r>
        <w:rPr>
          <w:rFonts w:ascii="Microsoft JhengHei" w:hAnsi="Microsoft JhengHei" w:eastAsia="Microsoft JhengHei"/>
          <w:b w:val="0"/>
          <w:i w:val="0"/>
          <w:color w:val="222A36"/>
          <w:sz w:val="20"/>
        </w:rPr>
        <w:t>經文連結：為「耶穌眼中的我」鋪路。</w:t>
      </w:r>
    </w:p>
    <w:p>
      <w:pPr>
        <w:spacing w:after="80"/>
      </w:pPr>
      <w:r>
        <w:rPr>
          <w:rFonts w:ascii="Microsoft JhengHei" w:hAnsi="Microsoft JhengHei" w:eastAsia="Microsoft JhengHei"/>
          <w:b w:val="0"/>
          <w:i/>
          <w:color w:val="222A36"/>
          <w:sz w:val="20"/>
        </w:rPr>
        <w:t>反思問題：三段影片中，哪一句最像你的經驗？</w:t>
      </w:r>
    </w:p>
    <w:p>
      <w:pPr>
        <w:spacing w:after="120" w:before="240"/>
      </w:pPr>
      <w:r>
        <w:rPr>
          <w:rFonts w:ascii="Microsoft JhengHei" w:hAnsi="Microsoft JhengHei" w:eastAsia="Microsoft JhengHei"/>
          <w:b/>
          <w:i w:val="0"/>
          <w:color w:val="222A36"/>
          <w:sz w:val="26"/>
        </w:rPr>
        <w:t>爬上桑樹尋寶（椅底版）（經文探索 · 7 分鐘 · 歡樂度 4 · 原位站立）</w:t>
      </w:r>
    </w:p>
    <w:p>
      <w:pPr>
        <w:spacing w:after="80"/>
      </w:pPr>
      <w:r>
        <w:rPr>
          <w:rFonts w:ascii="Microsoft JhengHei" w:hAnsi="Microsoft JhengHei" w:eastAsia="Microsoft JhengHei"/>
          <w:b w:val="0"/>
          <w:i w:val="0"/>
          <w:color w:val="222A36"/>
          <w:sz w:val="20"/>
        </w:rPr>
        <w:t>物資：四張桑葉卡（可列印），預先貼在四位同學的椅底；密碼鎖網頁</w:t>
      </w:r>
    </w:p>
    <w:p>
      <w:pPr>
        <w:pStyle w:val="ListBullet"/>
      </w:pPr>
      <w:r>
        <w:rPr>
          <w:rFonts w:ascii="Microsoft JhengHei" w:hAnsi="Microsoft JhengHei" w:eastAsia="Microsoft JhengHei"/>
          <w:b w:val="0"/>
          <w:i w:val="0"/>
          <w:color w:val="222A36"/>
          <w:sz w:val="22"/>
        </w:rPr>
        <w:t>老師說：答案藏在你們身邊，要爬上樹才找到。</w:t>
      </w:r>
    </w:p>
    <w:p>
      <w:pPr>
        <w:pStyle w:val="ListBullet"/>
      </w:pPr>
      <w:r>
        <w:rPr>
          <w:rFonts w:ascii="Microsoft JhengHei" w:hAnsi="Microsoft JhengHei" w:eastAsia="Microsoft JhengHei"/>
          <w:b w:val="0"/>
          <w:i w:val="0"/>
          <w:color w:val="222A36"/>
          <w:sz w:val="22"/>
        </w:rPr>
        <w:t>同學原位站起，摸自己的椅底，找到桑葉卡的同學讀出卡上的數字及位置圖案。</w:t>
      </w:r>
    </w:p>
    <w:p>
      <w:pPr>
        <w:pStyle w:val="ListBullet"/>
      </w:pPr>
      <w:r>
        <w:rPr>
          <w:rFonts w:ascii="Microsoft JhengHei" w:hAnsi="Microsoft JhengHei" w:eastAsia="Microsoft JhengHei"/>
          <w:b w:val="0"/>
          <w:i w:val="0"/>
          <w:color w:val="222A36"/>
          <w:sz w:val="22"/>
        </w:rPr>
        <w:t>全組排好次序，輸入四位密碼 1905，解開「耶穌眼中的你」。</w:t>
      </w:r>
    </w:p>
    <w:p>
      <w:pPr>
        <w:spacing w:after="80"/>
      </w:pPr>
      <w:r>
        <w:rPr>
          <w:rFonts w:ascii="Microsoft JhengHei" w:hAnsi="Microsoft JhengHei" w:eastAsia="Microsoft JhengHei"/>
          <w:b w:val="0"/>
          <w:i w:val="0"/>
          <w:color w:val="222A36"/>
          <w:sz w:val="20"/>
        </w:rPr>
        <w:t>經文連結：密碼就是路加福音 19:5：耶穌叫出撒該的名字。</w:t>
      </w:r>
    </w:p>
    <w:p>
      <w:pPr>
        <w:spacing w:after="80"/>
      </w:pPr>
      <w:r>
        <w:rPr>
          <w:rFonts w:ascii="Microsoft JhengHei" w:hAnsi="Microsoft JhengHei" w:eastAsia="Microsoft JhengHei"/>
          <w:b w:val="0"/>
          <w:i/>
          <w:color w:val="222A36"/>
          <w:sz w:val="20"/>
        </w:rPr>
        <w:t>反思問題：你願意為了知道答案，像撒該一樣花力氣嗎？</w:t>
      </w:r>
    </w:p>
    <w:p>
      <w:pPr>
        <w:spacing w:after="120" w:before="240"/>
      </w:pPr>
      <w:r>
        <w:rPr>
          <w:rFonts w:ascii="Microsoft JhengHei" w:hAnsi="Microsoft JhengHei" w:eastAsia="Microsoft JhengHei"/>
          <w:b/>
          <w:i w:val="0"/>
          <w:color w:val="222A36"/>
          <w:sz w:val="26"/>
        </w:rPr>
        <w:t>故事鏡頭：四個角度（經文探索 · 4 分鐘 · 歡樂度 3 · 原位站立）</w:t>
      </w:r>
    </w:p>
    <w:p>
      <w:pPr>
        <w:spacing w:after="80"/>
      </w:pPr>
      <w:r>
        <w:rPr>
          <w:rFonts w:ascii="Microsoft JhengHei" w:hAnsi="Microsoft JhengHei" w:eastAsia="Microsoft JhengHei"/>
          <w:b w:val="0"/>
          <w:i w:val="0"/>
          <w:color w:val="222A36"/>
          <w:sz w:val="20"/>
        </w:rPr>
        <w:t>物資：投影片或網頁</w:t>
      </w:r>
    </w:p>
    <w:p>
      <w:pPr>
        <w:pStyle w:val="ListBullet"/>
      </w:pPr>
      <w:r>
        <w:rPr>
          <w:rFonts w:ascii="Microsoft JhengHei" w:hAnsi="Microsoft JhengHei" w:eastAsia="Microsoft JhengHei"/>
          <w:b w:val="0"/>
          <w:i w:val="0"/>
          <w:color w:val="222A36"/>
          <w:sz w:val="22"/>
        </w:rPr>
        <w:t>老師讀路加福音 19:1-10，分四個鏡頭：人群、桑樹、抬頭、家中。</w:t>
      </w:r>
    </w:p>
    <w:p>
      <w:pPr>
        <w:pStyle w:val="ListBullet"/>
      </w:pPr>
      <w:r>
        <w:rPr>
          <w:rFonts w:ascii="Microsoft JhengHei" w:hAnsi="Microsoft JhengHei" w:eastAsia="Microsoft JhengHei"/>
          <w:b w:val="0"/>
          <w:i w:val="0"/>
          <w:color w:val="222A36"/>
          <w:sz w:val="22"/>
        </w:rPr>
        <w:t>每個鏡頭同學原位做一個動作（踮腳、抱樹、抬頭、張開手歡迎）。</w:t>
      </w:r>
    </w:p>
    <w:p>
      <w:pPr>
        <w:pStyle w:val="ListBullet"/>
      </w:pPr>
      <w:r>
        <w:rPr>
          <w:rFonts w:ascii="Microsoft JhengHei" w:hAnsi="Microsoft JhengHei" w:eastAsia="Microsoft JhengHei"/>
          <w:b w:val="0"/>
          <w:i w:val="0"/>
          <w:color w:val="222A36"/>
          <w:sz w:val="22"/>
        </w:rPr>
        <w:t>問：耶穌在每個鏡頭做了甚麼？</w:t>
      </w:r>
    </w:p>
    <w:p>
      <w:pPr>
        <w:spacing w:after="80"/>
      </w:pPr>
      <w:r>
        <w:rPr>
          <w:rFonts w:ascii="Microsoft JhengHei" w:hAnsi="Microsoft JhengHei" w:eastAsia="Microsoft JhengHei"/>
          <w:b w:val="0"/>
          <w:i w:val="0"/>
          <w:color w:val="222A36"/>
          <w:sz w:val="20"/>
        </w:rPr>
        <w:t>經文連結：身體經歷撒該由找耶穌到被耶穌找到。</w:t>
      </w:r>
    </w:p>
    <w:p>
      <w:pPr>
        <w:spacing w:after="80"/>
      </w:pPr>
      <w:r>
        <w:rPr>
          <w:rFonts w:ascii="Microsoft JhengHei" w:hAnsi="Microsoft JhengHei" w:eastAsia="Microsoft JhengHei"/>
          <w:b w:val="0"/>
          <w:i/>
          <w:color w:val="222A36"/>
          <w:sz w:val="20"/>
        </w:rPr>
        <w:t>反思問題：哪一個鏡頭最觸動你？</w:t>
      </w:r>
    </w:p>
    <w:p>
      <w:pPr>
        <w:spacing w:after="120" w:before="240"/>
      </w:pPr>
      <w:r>
        <w:rPr>
          <w:rFonts w:ascii="Microsoft JhengHei" w:hAnsi="Microsoft JhengHei" w:eastAsia="Microsoft JhengHei"/>
          <w:b/>
          <w:i w:val="0"/>
          <w:color w:val="222A36"/>
          <w:sz w:val="26"/>
        </w:rPr>
        <w:t>偵探：耶穌怎樣知道撒該的名字？（經文探索 · 7 分鐘 · 歡樂度 3 · 坐在座位）</w:t>
      </w:r>
    </w:p>
    <w:p>
      <w:pPr>
        <w:spacing w:after="80"/>
      </w:pPr>
      <w:r>
        <w:rPr>
          <w:rFonts w:ascii="Microsoft JhengHei" w:hAnsi="Microsoft JhengHei" w:eastAsia="Microsoft JhengHei"/>
          <w:b w:val="0"/>
          <w:i w:val="0"/>
          <w:color w:val="222A36"/>
          <w:sz w:val="20"/>
        </w:rPr>
        <w:t>物資：網頁或五張角色卡</w:t>
      </w:r>
    </w:p>
    <w:p>
      <w:pPr>
        <w:pStyle w:val="ListBullet"/>
      </w:pPr>
      <w:r>
        <w:rPr>
          <w:rFonts w:ascii="Microsoft JhengHei" w:hAnsi="Microsoft JhengHei" w:eastAsia="Microsoft JhengHei"/>
          <w:b w:val="0"/>
          <w:i w:val="0"/>
          <w:color w:val="222A36"/>
          <w:sz w:val="22"/>
        </w:rPr>
        <w:t>五位角色逐一提出說法：科學家、偵探、鄰居、聖經學者、神學家。</w:t>
      </w:r>
    </w:p>
    <w:p>
      <w:pPr>
        <w:pStyle w:val="ListBullet"/>
      </w:pPr>
      <w:r>
        <w:rPr>
          <w:rFonts w:ascii="Microsoft JhengHei" w:hAnsi="Microsoft JhengHei" w:eastAsia="Microsoft JhengHei"/>
          <w:b w:val="0"/>
          <w:i w:val="0"/>
          <w:color w:val="222A36"/>
          <w:sz w:val="22"/>
        </w:rPr>
        <w:t>同學用一至五隻手指評分每個說法的證據。</w:t>
      </w:r>
    </w:p>
    <w:p>
      <w:pPr>
        <w:pStyle w:val="ListBullet"/>
      </w:pPr>
      <w:r>
        <w:rPr>
          <w:rFonts w:ascii="Microsoft JhengHei" w:hAnsi="Microsoft JhengHei" w:eastAsia="Microsoft JhengHei"/>
          <w:b w:val="0"/>
          <w:i w:val="0"/>
          <w:color w:val="222A36"/>
          <w:sz w:val="22"/>
        </w:rPr>
        <w:t>最後讀約翰福音 1:47-48 及路加福音 19:10，看聖經怎樣說。</w:t>
      </w:r>
    </w:p>
    <w:p>
      <w:pPr>
        <w:spacing w:after="80"/>
      </w:pPr>
      <w:r>
        <w:rPr>
          <w:rFonts w:ascii="Microsoft JhengHei" w:hAnsi="Microsoft JhengHei" w:eastAsia="Microsoft JhengHei"/>
          <w:b w:val="0"/>
          <w:i w:val="0"/>
          <w:color w:val="222A36"/>
          <w:sz w:val="20"/>
        </w:rPr>
        <w:t>經文連結：耶穌認識人，因為祂是創造人、尋找人的主。</w:t>
      </w:r>
    </w:p>
    <w:p>
      <w:pPr>
        <w:spacing w:after="80"/>
      </w:pPr>
      <w:r>
        <w:rPr>
          <w:rFonts w:ascii="Microsoft JhengHei" w:hAnsi="Microsoft JhengHei" w:eastAsia="Microsoft JhengHei"/>
          <w:b w:val="0"/>
          <w:i/>
          <w:color w:val="222A36"/>
          <w:sz w:val="20"/>
        </w:rPr>
        <w:t>反思問題：你覺得耶穌為甚麼選擇到撒該家，而不是其他人家？</w:t>
      </w:r>
    </w:p>
    <w:p>
      <w:pPr>
        <w:spacing w:after="120" w:before="240"/>
      </w:pPr>
      <w:r>
        <w:rPr>
          <w:rFonts w:ascii="Microsoft JhengHei" w:hAnsi="Microsoft JhengHei" w:eastAsia="Microsoft JhengHei"/>
          <w:b/>
          <w:i w:val="0"/>
          <w:color w:val="222A36"/>
          <w:sz w:val="26"/>
        </w:rPr>
        <w:t>名字禱告（生命連結、反思與禱告 · 5 分鐘 · 歡樂度 1 · 坐在座位）</w:t>
      </w:r>
    </w:p>
    <w:p>
      <w:pPr>
        <w:spacing w:after="80"/>
      </w:pPr>
      <w:r>
        <w:rPr>
          <w:rFonts w:ascii="Microsoft JhengHei" w:hAnsi="Microsoft JhengHei" w:eastAsia="Microsoft JhengHei"/>
          <w:b w:val="0"/>
          <w:i w:val="0"/>
          <w:color w:val="222A36"/>
          <w:sz w:val="20"/>
        </w:rPr>
        <w:t>物資：每人一張名字卡（可反轉）</w:t>
      </w:r>
    </w:p>
    <w:p>
      <w:pPr>
        <w:pStyle w:val="ListBullet"/>
      </w:pPr>
      <w:r>
        <w:rPr>
          <w:rFonts w:ascii="Microsoft JhengHei" w:hAnsi="Microsoft JhengHei" w:eastAsia="Microsoft JhengHei"/>
          <w:b w:val="0"/>
          <w:i w:val="0"/>
          <w:color w:val="222A36"/>
          <w:sz w:val="22"/>
        </w:rPr>
        <w:t>每人在卡上寫自己的名字，放在桌上；不想被叫的反轉。</w:t>
      </w:r>
    </w:p>
    <w:p>
      <w:pPr>
        <w:pStyle w:val="ListBullet"/>
      </w:pPr>
      <w:r>
        <w:rPr>
          <w:rFonts w:ascii="Microsoft JhengHei" w:hAnsi="Microsoft JhengHei" w:eastAsia="Microsoft JhengHei"/>
          <w:b w:val="0"/>
          <w:i w:val="0"/>
          <w:color w:val="222A36"/>
          <w:sz w:val="22"/>
        </w:rPr>
        <w:t>老師走到每位同學身旁，輕聲說：「（名字），耶穌知道你的名字。」</w:t>
      </w:r>
    </w:p>
    <w:p>
      <w:pPr>
        <w:pStyle w:val="ListBullet"/>
      </w:pPr>
      <w:r>
        <w:rPr>
          <w:rFonts w:ascii="Microsoft JhengHei" w:hAnsi="Microsoft JhengHei" w:eastAsia="Microsoft JhengHei"/>
          <w:b w:val="0"/>
          <w:i w:val="0"/>
          <w:color w:val="222A36"/>
          <w:sz w:val="22"/>
        </w:rPr>
        <w:t>全組安靜一分鐘，以一句禱告作結。</w:t>
      </w:r>
    </w:p>
    <w:p>
      <w:pPr>
        <w:spacing w:after="80"/>
      </w:pPr>
      <w:r>
        <w:rPr>
          <w:rFonts w:ascii="Microsoft JhengHei" w:hAnsi="Microsoft JhengHei" w:eastAsia="Microsoft JhengHei"/>
          <w:b w:val="0"/>
          <w:i w:val="0"/>
          <w:color w:val="222A36"/>
          <w:sz w:val="20"/>
        </w:rPr>
        <w:t>經文連結：耶穌叫出撒該的名字。</w:t>
      </w:r>
    </w:p>
    <w:p>
      <w:pPr>
        <w:spacing w:after="80"/>
      </w:pPr>
      <w:r>
        <w:rPr>
          <w:rFonts w:ascii="Microsoft JhengHei" w:hAnsi="Microsoft JhengHei" w:eastAsia="Microsoft JhengHei"/>
          <w:b w:val="0"/>
          <w:i/>
          <w:color w:val="222A36"/>
          <w:sz w:val="20"/>
        </w:rPr>
        <w:t>反思問題：被叫名字時，你心裏有甚麼感覺？（不用說出來）</w:t>
      </w:r>
    </w:p>
    <w:p>
      <w:pPr>
        <w:spacing w:after="120" w:before="240"/>
      </w:pPr>
      <w:r>
        <w:rPr>
          <w:rFonts w:ascii="Microsoft JhengHei" w:hAnsi="Microsoft JhengHei" w:eastAsia="Microsoft JhengHei"/>
          <w:b/>
          <w:i w:val="0"/>
          <w:color w:val="222A36"/>
          <w:sz w:val="26"/>
        </w:rPr>
        <w:t>淘寶／預先準備的小物資</w:t>
      </w:r>
    </w:p>
    <w:tbl>
      <w:tblPr>
        <w:tblStyle w:val="TableGrid"/>
        <w:tblW w:type="auto" w:w="0"/>
        <w:tblLook w:firstColumn="1" w:firstRow="1" w:lastColumn="0" w:lastRow="0" w:noHBand="0" w:noVBand="1" w:val="04A0"/>
      </w:tblPr>
      <w:tblGrid>
        <w:gridCol w:w="3324"/>
        <w:gridCol w:w="3324"/>
        <w:gridCol w:w="3324"/>
      </w:tblGrid>
      <w:tr>
        <w:tc>
          <w:tcPr>
            <w:tcW w:type="dxa" w:w="2268"/>
            <w:shd w:val="clear" w:fill="EFE7D6"/>
          </w:tcPr>
          <w:p>
            <w:r/>
            <w:r>
              <w:rPr>
                <w:rFonts w:ascii="Microsoft JhengHei" w:hAnsi="Microsoft JhengHei" w:eastAsia="Microsoft JhengHei"/>
                <w:b/>
                <w:i w:val="0"/>
                <w:color w:val="222A36"/>
                <w:sz w:val="20"/>
              </w:rPr>
              <w:t>物品</w:t>
            </w:r>
          </w:p>
        </w:tc>
        <w:tc>
          <w:tcPr>
            <w:tcW w:type="dxa" w:w="3402"/>
            <w:shd w:val="clear" w:fill="EFE7D6"/>
          </w:tcPr>
          <w:p>
            <w:r/>
            <w:r>
              <w:rPr>
                <w:rFonts w:ascii="Microsoft JhengHei" w:hAnsi="Microsoft JhengHei" w:eastAsia="Microsoft JhengHei"/>
                <w:b/>
                <w:i w:val="0"/>
                <w:color w:val="222A36"/>
                <w:sz w:val="20"/>
              </w:rPr>
              <w:t>課堂用途</w:t>
            </w:r>
          </w:p>
        </w:tc>
        <w:tc>
          <w:tcPr>
            <w:tcW w:type="dxa" w:w="3402"/>
            <w:shd w:val="clear" w:fill="EFE7D6"/>
          </w:tcPr>
          <w:p>
            <w:r/>
            <w:r>
              <w:rPr>
                <w:rFonts w:ascii="Microsoft JhengHei" w:hAnsi="Microsoft JhengHei" w:eastAsia="Microsoft JhengHei"/>
                <w:b/>
                <w:i w:val="0"/>
                <w:color w:val="222A36"/>
                <w:sz w:val="20"/>
              </w:rPr>
              <w:t>準備事項</w:t>
            </w:r>
          </w:p>
        </w:tc>
      </w:tr>
      <w:tr>
        <w:tc>
          <w:tcPr>
            <w:tcW w:type="dxa" w:w="2268"/>
          </w:tcPr>
          <w:p>
            <w:r/>
            <w:r>
              <w:rPr>
                <w:rFonts w:ascii="Microsoft JhengHei" w:hAnsi="Microsoft JhengHei" w:eastAsia="Microsoft JhengHei"/>
                <w:b w:val="0"/>
                <w:i w:val="0"/>
                <w:color w:val="222A36"/>
                <w:sz w:val="20"/>
              </w:rPr>
              <w:t>葉形便利貼（約 50 張）</w:t>
            </w:r>
          </w:p>
        </w:tc>
        <w:tc>
          <w:tcPr>
            <w:tcW w:type="dxa" w:w="3402"/>
          </w:tcPr>
          <w:p>
            <w:r/>
            <w:r>
              <w:rPr>
                <w:rFonts w:ascii="Microsoft JhengHei" w:hAnsi="Microsoft JhengHei" w:eastAsia="Microsoft JhengHei"/>
                <w:b w:val="0"/>
                <w:i w:val="0"/>
                <w:color w:val="222A36"/>
                <w:sz w:val="20"/>
              </w:rPr>
              <w:t>製作桑葉尋寶卡及「我想看看耶穌」小卡</w:t>
            </w:r>
          </w:p>
        </w:tc>
        <w:tc>
          <w:tcPr>
            <w:tcW w:type="dxa" w:w="3402"/>
          </w:tcPr>
          <w:p>
            <w:r/>
            <w:r>
              <w:rPr>
                <w:rFonts w:ascii="Microsoft JhengHei" w:hAnsi="Microsoft JhengHei" w:eastAsia="Microsoft JhengHei"/>
                <w:b w:val="0"/>
                <w:i w:val="0"/>
                <w:color w:val="222A36"/>
                <w:sz w:val="20"/>
              </w:rPr>
              <w:t>網購約需一星期；可先用綠色紙剪成葉形代替</w:t>
            </w:r>
          </w:p>
        </w:tc>
      </w:tr>
    </w:tbl>
    <w:p/>
    <w:p>
      <w:pPr>
        <w:spacing w:after="120" w:before="240"/>
      </w:pPr>
      <w:r>
        <w:rPr>
          <w:rFonts w:ascii="Microsoft JhengHei" w:hAnsi="Microsoft JhengHei" w:eastAsia="Microsoft JhengHei"/>
          <w:b/>
          <w:i w:val="0"/>
          <w:color w:val="A86B1F"/>
          <w:sz w:val="32"/>
        </w:rPr>
        <w:t>七、差異化、物資及安全</w:t>
      </w:r>
    </w:p>
    <w:p>
      <w:pPr>
        <w:pStyle w:val="ListBullet"/>
      </w:pPr>
      <w:r>
        <w:rPr>
          <w:rFonts w:ascii="Microsoft JhengHei" w:hAnsi="Microsoft JhengHei" w:eastAsia="Microsoft JhengHei"/>
          <w:b w:val="0"/>
          <w:i w:val="0"/>
          <w:color w:val="222A36"/>
          <w:sz w:val="22"/>
        </w:rPr>
        <w:t>SEN：字卡及圖示代替寫字；尋寶每人都有角色；偵探遊戲用手指評分。</w:t>
      </w:r>
    </w:p>
    <w:p>
      <w:pPr>
        <w:pStyle w:val="ListBullet"/>
      </w:pPr>
      <w:r>
        <w:rPr>
          <w:rFonts w:ascii="Microsoft JhengHei" w:hAnsi="Microsoft JhengHei" w:eastAsia="Microsoft JhengHei"/>
          <w:b w:val="0"/>
          <w:i w:val="0"/>
          <w:color w:val="222A36"/>
          <w:sz w:val="22"/>
        </w:rPr>
        <w:t>能力較高：思考「耶穌說撒該也是亞伯拉罕的子孫」的意思。</w:t>
      </w:r>
    </w:p>
    <w:p>
      <w:pPr>
        <w:pStyle w:val="ListBullet"/>
      </w:pPr>
      <w:r>
        <w:rPr>
          <w:rFonts w:ascii="Microsoft JhengHei" w:hAnsi="Microsoft JhengHei" w:eastAsia="Microsoft JhengHei"/>
          <w:b w:val="0"/>
          <w:i w:val="0"/>
          <w:color w:val="222A36"/>
          <w:sz w:val="22"/>
        </w:rPr>
        <w:t>非信徒同學：可以只是觀察撒該的故事，用「我想看看」的句式回應。</w:t>
      </w:r>
    </w:p>
    <w:p>
      <w:pPr>
        <w:spacing w:after="80"/>
      </w:pPr>
      <w:r>
        <w:rPr>
          <w:rFonts w:ascii="Microsoft JhengHei" w:hAnsi="Microsoft JhengHei" w:eastAsia="Microsoft JhengHei"/>
          <w:b w:val="0"/>
          <w:i w:val="0"/>
          <w:color w:val="222A36"/>
          <w:sz w:val="22"/>
        </w:rPr>
        <w:t>物資：三面鏡子卡及字卡（可用網頁）、四張桑葉尋寶卡（可列印）、名字卡、一星期十字架尋寶卡及撒該改變卡（可列印）、投影機及喇叭</w:t>
      </w:r>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安全提示</w:t>
            </w:r>
          </w:p>
          <w:p>
            <w:r>
              <w:rPr>
                <w:rFonts w:ascii="Microsoft JhengHei" w:hAnsi="Microsoft JhengHei" w:eastAsia="Microsoft JhengHei"/>
                <w:b w:val="0"/>
                <w:i w:val="0"/>
                <w:color w:val="222A36"/>
                <w:sz w:val="22"/>
              </w:rPr>
              <w:t>本課談到別人的看法及標籤，可能觸動被批評、被欺負或家庭衝突的經驗。尊重父母及老師，不批評任何人；名字禱告可以選擇不參與。如發現有同學情緒持續低落或流露輕生念頭，課後即時轉介學校社工。　如有需要，請向老師、社工、家長或牧者／神父傾談。</w:t>
            </w:r>
          </w:p>
        </w:tc>
      </w:tr>
    </w:tbl>
    <w:p/>
    <w:tbl>
      <w:tblPr>
        <w:tblStyle w:val="TableGrid"/>
        <w:tblW w:type="auto" w:w="0"/>
        <w:tblLook w:firstColumn="1" w:firstRow="1" w:lastColumn="0" w:lastRow="0" w:noHBand="0" w:noVBand="1" w:val="04A0"/>
      </w:tblPr>
      <w:tblGrid>
        <w:gridCol w:w="3324"/>
        <w:gridCol w:w="3324"/>
        <w:gridCol w:w="3324"/>
      </w:tblGrid>
      <w:tr>
        <w:tc>
          <w:tcPr>
            <w:tcW w:type="dxa" w:w="3402"/>
            <w:shd w:val="clear" w:fill="EFE7D6"/>
          </w:tcPr>
          <w:p>
            <w:r/>
            <w:r>
              <w:rPr>
                <w:rFonts w:ascii="Microsoft JhengHei" w:hAnsi="Microsoft JhengHei" w:eastAsia="Microsoft JhengHei"/>
                <w:b/>
                <w:i w:val="0"/>
                <w:color w:val="222A36"/>
                <w:sz w:val="20"/>
              </w:rPr>
              <w:t>求助熱線</w:t>
            </w:r>
          </w:p>
        </w:tc>
        <w:tc>
          <w:tcPr>
            <w:tcW w:type="dxa" w:w="2268"/>
            <w:shd w:val="clear" w:fill="EFE7D6"/>
          </w:tcPr>
          <w:p>
            <w:r/>
            <w:r>
              <w:rPr>
                <w:rFonts w:ascii="Microsoft JhengHei" w:hAnsi="Microsoft JhengHei" w:eastAsia="Microsoft JhengHei"/>
                <w:b/>
                <w:i w:val="0"/>
                <w:color w:val="222A36"/>
                <w:sz w:val="20"/>
              </w:rPr>
              <w:t>電話／網址</w:t>
            </w:r>
          </w:p>
        </w:tc>
        <w:tc>
          <w:tcPr>
            <w:tcW w:type="dxa" w:w="3402"/>
            <w:shd w:val="clear" w:fill="EFE7D6"/>
          </w:tcPr>
          <w:p>
            <w:r/>
            <w:r>
              <w:rPr>
                <w:rFonts w:ascii="Microsoft JhengHei" w:hAnsi="Microsoft JhengHei" w:eastAsia="Microsoft JhengHei"/>
                <w:b/>
                <w:i w:val="0"/>
                <w:color w:val="222A36"/>
                <w:sz w:val="20"/>
              </w:rPr>
              <w:t>說明</w:t>
            </w:r>
          </w:p>
        </w:tc>
      </w:tr>
      <w:tr>
        <w:tc>
          <w:tcPr>
            <w:tcW w:type="dxa" w:w="3402"/>
          </w:tcPr>
          <w:p>
            <w:r/>
            <w:r>
              <w:rPr>
                <w:rFonts w:ascii="Microsoft JhengHei" w:hAnsi="Microsoft JhengHei" w:eastAsia="Microsoft JhengHei"/>
                <w:b w:val="0"/>
                <w:i w:val="0"/>
                <w:color w:val="222A36"/>
                <w:sz w:val="20"/>
              </w:rPr>
              <w:t>情緒通（政府精神健康支援熱線）</w:t>
            </w:r>
          </w:p>
        </w:tc>
        <w:tc>
          <w:tcPr>
            <w:tcW w:type="dxa" w:w="2268"/>
          </w:tcPr>
          <w:p>
            <w:r/>
            <w:r>
              <w:rPr>
                <w:rFonts w:ascii="Microsoft JhengHei" w:hAnsi="Microsoft JhengHei" w:eastAsia="Microsoft JhengHei"/>
                <w:b w:val="0"/>
                <w:i w:val="0"/>
                <w:color w:val="222A36"/>
                <w:sz w:val="20"/>
              </w:rPr>
              <w:t>18111</w:t>
            </w:r>
          </w:p>
        </w:tc>
        <w:tc>
          <w:tcPr>
            <w:tcW w:type="dxa" w:w="3402"/>
          </w:tcPr>
          <w:p>
            <w:r/>
            <w:r>
              <w:rPr>
                <w:rFonts w:ascii="Microsoft JhengHei" w:hAnsi="Microsoft JhengHei" w:eastAsia="Microsoft JhengHei"/>
                <w:b w:val="0"/>
                <w:i w:val="0"/>
                <w:color w:val="222A36"/>
                <w:sz w:val="20"/>
              </w:rPr>
              <w:t>24 小時 · 亦可 WhatsApp</w:t>
            </w:r>
          </w:p>
        </w:tc>
      </w:tr>
      <w:tr>
        <w:tc>
          <w:tcPr>
            <w:tcW w:type="dxa" w:w="3402"/>
          </w:tcPr>
          <w:p>
            <w:r/>
            <w:r>
              <w:rPr>
                <w:rFonts w:ascii="Microsoft JhengHei" w:hAnsi="Microsoft JhengHei" w:eastAsia="Microsoft JhengHei"/>
                <w:b w:val="0"/>
                <w:i w:val="0"/>
                <w:color w:val="222A36"/>
                <w:sz w:val="20"/>
              </w:rPr>
              <w:t>Open Up（青少年網上文字傾訴）</w:t>
            </w:r>
          </w:p>
        </w:tc>
        <w:tc>
          <w:tcPr>
            <w:tcW w:type="dxa" w:w="2268"/>
          </w:tcPr>
          <w:p>
            <w:r/>
            <w:r>
              <w:rPr>
                <w:rFonts w:ascii="Microsoft JhengHei" w:hAnsi="Microsoft JhengHei" w:eastAsia="Microsoft JhengHei"/>
                <w:b w:val="0"/>
                <w:i w:val="0"/>
                <w:color w:val="222A36"/>
                <w:sz w:val="20"/>
              </w:rPr>
              <w:t>openup.hk</w:t>
            </w:r>
          </w:p>
        </w:tc>
        <w:tc>
          <w:tcPr>
            <w:tcW w:type="dxa" w:w="3402"/>
          </w:tcPr>
          <w:p>
            <w:r/>
            <w:r>
              <w:rPr>
                <w:rFonts w:ascii="Microsoft JhengHei" w:hAnsi="Microsoft JhengHei" w:eastAsia="Microsoft JhengHei"/>
                <w:b w:val="0"/>
                <w:i w:val="0"/>
                <w:color w:val="222A36"/>
                <w:sz w:val="20"/>
              </w:rPr>
              <w:t>24/7 · 6–24 歲 · WhatsApp 9101 2012</w:t>
            </w:r>
          </w:p>
        </w:tc>
      </w:tr>
      <w:tr>
        <w:tc>
          <w:tcPr>
            <w:tcW w:type="dxa" w:w="3402"/>
          </w:tcPr>
          <w:p>
            <w:r/>
            <w:r>
              <w:rPr>
                <w:rFonts w:ascii="Microsoft JhengHei" w:hAnsi="Microsoft JhengHei" w:eastAsia="Microsoft JhengHei"/>
                <w:b w:val="0"/>
                <w:i w:val="0"/>
                <w:color w:val="222A36"/>
                <w:sz w:val="20"/>
              </w:rPr>
              <w:t>香港撒瑪利亞防止自殺會</w:t>
            </w:r>
          </w:p>
        </w:tc>
        <w:tc>
          <w:tcPr>
            <w:tcW w:type="dxa" w:w="2268"/>
          </w:tcPr>
          <w:p>
            <w:r/>
            <w:r>
              <w:rPr>
                <w:rFonts w:ascii="Microsoft JhengHei" w:hAnsi="Microsoft JhengHei" w:eastAsia="Microsoft JhengHei"/>
                <w:b w:val="0"/>
                <w:i w:val="0"/>
                <w:color w:val="222A36"/>
                <w:sz w:val="20"/>
              </w:rPr>
              <w:t>2389 2222</w:t>
            </w:r>
          </w:p>
        </w:tc>
        <w:tc>
          <w:tcPr>
            <w:tcW w:type="dxa" w:w="3402"/>
          </w:tcPr>
          <w:p>
            <w:r/>
            <w:r>
              <w:rPr>
                <w:rFonts w:ascii="Microsoft JhengHei" w:hAnsi="Microsoft JhengHei" w:eastAsia="Microsoft JhengHei"/>
                <w:b w:val="0"/>
                <w:i w:val="0"/>
                <w:color w:val="222A36"/>
                <w:sz w:val="20"/>
              </w:rPr>
              <w:t>24 小時防止自殺</w:t>
            </w:r>
          </w:p>
        </w:tc>
      </w:tr>
      <w:tr>
        <w:tc>
          <w:tcPr>
            <w:tcW w:type="dxa" w:w="3402"/>
          </w:tcPr>
          <w:p>
            <w:r/>
            <w:r>
              <w:rPr>
                <w:rFonts w:ascii="Microsoft JhengHei" w:hAnsi="Microsoft JhengHei" w:eastAsia="Microsoft JhengHei"/>
                <w:b w:val="0"/>
                <w:i w:val="0"/>
                <w:color w:val="222A36"/>
                <w:sz w:val="20"/>
              </w:rPr>
              <w:t>生命熱線</w:t>
            </w:r>
          </w:p>
        </w:tc>
        <w:tc>
          <w:tcPr>
            <w:tcW w:type="dxa" w:w="2268"/>
          </w:tcPr>
          <w:p>
            <w:r/>
            <w:r>
              <w:rPr>
                <w:rFonts w:ascii="Microsoft JhengHei" w:hAnsi="Microsoft JhengHei" w:eastAsia="Microsoft JhengHei"/>
                <w:b w:val="0"/>
                <w:i w:val="0"/>
                <w:color w:val="222A36"/>
                <w:sz w:val="20"/>
              </w:rPr>
              <w:t>2382 0000</w:t>
            </w:r>
          </w:p>
        </w:tc>
        <w:tc>
          <w:tcPr>
            <w:tcW w:type="dxa" w:w="3402"/>
          </w:tcPr>
          <w:p>
            <w:r/>
            <w:r>
              <w:rPr>
                <w:rFonts w:ascii="Microsoft JhengHei" w:hAnsi="Microsoft JhengHei" w:eastAsia="Microsoft JhengHei"/>
                <w:b w:val="0"/>
                <w:i w:val="0"/>
                <w:color w:val="222A36"/>
                <w:sz w:val="20"/>
              </w:rPr>
              <w:t>24 小時</w:t>
            </w:r>
          </w:p>
        </w:tc>
      </w:tr>
      <w:tr>
        <w:tc>
          <w:tcPr>
            <w:tcW w:type="dxa" w:w="3402"/>
          </w:tcPr>
          <w:p>
            <w:r/>
            <w:r>
              <w:rPr>
                <w:rFonts w:ascii="Microsoft JhengHei" w:hAnsi="Microsoft JhengHei" w:eastAsia="Microsoft JhengHei"/>
                <w:b w:val="0"/>
                <w:i w:val="0"/>
                <w:color w:val="222A36"/>
                <w:sz w:val="20"/>
              </w:rPr>
              <w:t>明愛向晴軒</w:t>
            </w:r>
          </w:p>
        </w:tc>
        <w:tc>
          <w:tcPr>
            <w:tcW w:type="dxa" w:w="2268"/>
          </w:tcPr>
          <w:p>
            <w:r/>
            <w:r>
              <w:rPr>
                <w:rFonts w:ascii="Microsoft JhengHei" w:hAnsi="Microsoft JhengHei" w:eastAsia="Microsoft JhengHei"/>
                <w:b w:val="0"/>
                <w:i w:val="0"/>
                <w:color w:val="222A36"/>
                <w:sz w:val="20"/>
              </w:rPr>
              <w:t>18288</w:t>
            </w:r>
          </w:p>
        </w:tc>
        <w:tc>
          <w:tcPr>
            <w:tcW w:type="dxa" w:w="3402"/>
          </w:tcPr>
          <w:p>
            <w:r/>
            <w:r>
              <w:rPr>
                <w:rFonts w:ascii="Microsoft JhengHei" w:hAnsi="Microsoft JhengHei" w:eastAsia="Microsoft JhengHei"/>
                <w:b w:val="0"/>
                <w:i w:val="0"/>
                <w:color w:val="222A36"/>
                <w:sz w:val="20"/>
              </w:rPr>
              <w:t>24 小時</w:t>
            </w:r>
          </w:p>
        </w:tc>
      </w:tr>
      <w:tr>
        <w:tc>
          <w:tcPr>
            <w:tcW w:type="dxa" w:w="3402"/>
          </w:tcPr>
          <w:p>
            <w:r/>
            <w:r>
              <w:rPr>
                <w:rFonts w:ascii="Microsoft JhengHei" w:hAnsi="Microsoft JhengHei" w:eastAsia="Microsoft JhengHei"/>
                <w:b w:val="0"/>
                <w:i w:val="0"/>
                <w:color w:val="222A36"/>
                <w:sz w:val="20"/>
              </w:rPr>
              <w:t>撒瑪利亞會（多語言）</w:t>
            </w:r>
          </w:p>
        </w:tc>
        <w:tc>
          <w:tcPr>
            <w:tcW w:type="dxa" w:w="2268"/>
          </w:tcPr>
          <w:p>
            <w:r/>
            <w:r>
              <w:rPr>
                <w:rFonts w:ascii="Microsoft JhengHei" w:hAnsi="Microsoft JhengHei" w:eastAsia="Microsoft JhengHei"/>
                <w:b w:val="0"/>
                <w:i w:val="0"/>
                <w:color w:val="222A36"/>
                <w:sz w:val="20"/>
              </w:rPr>
              <w:t>2896 0000</w:t>
            </w:r>
          </w:p>
        </w:tc>
        <w:tc>
          <w:tcPr>
            <w:tcW w:type="dxa" w:w="3402"/>
          </w:tcPr>
          <w:p>
            <w:r/>
            <w:r>
              <w:rPr>
                <w:rFonts w:ascii="Microsoft JhengHei" w:hAnsi="Microsoft JhengHei" w:eastAsia="Microsoft JhengHei"/>
                <w:b w:val="0"/>
                <w:i w:val="0"/>
                <w:color w:val="222A36"/>
                <w:sz w:val="20"/>
              </w:rPr>
              <w:t>24 小時</w:t>
            </w:r>
          </w:p>
        </w:tc>
      </w:tr>
      <w:tr>
        <w:tc>
          <w:tcPr>
            <w:tcW w:type="dxa" w:w="3402"/>
          </w:tcPr>
          <w:p>
            <w:r/>
            <w:r>
              <w:rPr>
                <w:rFonts w:ascii="Microsoft JhengHei" w:hAnsi="Microsoft JhengHei" w:eastAsia="Microsoft JhengHei"/>
                <w:b w:val="0"/>
                <w:i w:val="0"/>
                <w:color w:val="222A36"/>
                <w:sz w:val="20"/>
              </w:rPr>
              <w:t>社會福利署熱線</w:t>
            </w:r>
          </w:p>
        </w:tc>
        <w:tc>
          <w:tcPr>
            <w:tcW w:type="dxa" w:w="2268"/>
          </w:tcPr>
          <w:p>
            <w:r/>
            <w:r>
              <w:rPr>
                <w:rFonts w:ascii="Microsoft JhengHei" w:hAnsi="Microsoft JhengHei" w:eastAsia="Microsoft JhengHei"/>
                <w:b w:val="0"/>
                <w:i w:val="0"/>
                <w:color w:val="222A36"/>
                <w:sz w:val="20"/>
              </w:rPr>
              <w:t>2343 2255</w:t>
            </w:r>
          </w:p>
        </w:tc>
        <w:tc>
          <w:tcPr>
            <w:tcW w:type="dxa" w:w="3402"/>
          </w:tcPr>
          <w:p>
            <w:r/>
            <w:r>
              <w:rPr>
                <w:rFonts w:ascii="Microsoft JhengHei" w:hAnsi="Microsoft JhengHei" w:eastAsia="Microsoft JhengHei"/>
                <w:b w:val="0"/>
                <w:i w:val="0"/>
                <w:color w:val="222A36"/>
                <w:sz w:val="20"/>
              </w:rPr>
              <w:t>24 小時</w:t>
            </w:r>
          </w:p>
        </w:tc>
      </w:tr>
    </w:tbl>
    <w:p/>
    <w:p>
      <w:pPr>
        <w:spacing w:after="120" w:before="240"/>
      </w:pPr>
      <w:r>
        <w:rPr>
          <w:rFonts w:ascii="Microsoft JhengHei" w:hAnsi="Microsoft JhengHei" w:eastAsia="Microsoft JhengHei"/>
          <w:b/>
          <w:i w:val="0"/>
          <w:color w:val="222A36"/>
          <w:sz w:val="26"/>
        </w:rPr>
        <w:t>接力摘要（兩層）</w:t>
      </w:r>
    </w:p>
    <w:tbl>
      <w:tblPr>
        <w:tblStyle w:val="TableGrid"/>
        <w:tblW w:type="auto" w:w="0"/>
        <w:tblLook w:firstColumn="1" w:firstRow="1" w:lastColumn="0" w:lastRow="0" w:noHBand="0" w:noVBand="1" w:val="04A0"/>
      </w:tblPr>
      <w:tblGrid>
        <w:gridCol w:w="4986"/>
        <w:gridCol w:w="4986"/>
      </w:tblGrid>
      <w:tr>
        <w:tc>
          <w:tcPr>
            <w:tcW w:type="dxa" w:w="2268"/>
            <w:shd w:val="clear" w:fill="EFE7D6"/>
          </w:tcPr>
          <w:p>
            <w:r/>
            <w:r>
              <w:rPr>
                <w:rFonts w:ascii="Microsoft JhengHei" w:hAnsi="Microsoft JhengHei" w:eastAsia="Microsoft JhengHei"/>
                <w:b/>
                <w:i w:val="0"/>
                <w:color w:val="222A36"/>
                <w:sz w:val="20"/>
              </w:rPr>
              <w:t>Bot</w:t>
            </w:r>
          </w:p>
        </w:tc>
        <w:tc>
          <w:tcPr>
            <w:tcW w:type="dxa" w:w="6803"/>
            <w:shd w:val="clear" w:fill="EFE7D6"/>
          </w:tcPr>
          <w:p>
            <w:r/>
            <w:r>
              <w:rPr>
                <w:rFonts w:ascii="Microsoft JhengHei" w:hAnsi="Microsoft JhengHei" w:eastAsia="Microsoft JhengHei"/>
                <w:b/>
                <w:i w:val="0"/>
                <w:color w:val="222A36"/>
                <w:sz w:val="20"/>
              </w:rPr>
              <w:t>建議（第一層）</w:t>
            </w:r>
          </w:p>
        </w:tc>
      </w:tr>
      <w:tr>
        <w:tc>
          <w:tcPr>
            <w:tcW w:type="dxa" w:w="2268"/>
          </w:tcPr>
          <w:p>
            <w:r/>
            <w:r>
              <w:rPr>
                <w:rFonts w:ascii="Microsoft JhengHei" w:hAnsi="Microsoft JhengHei" w:eastAsia="Microsoft JhengHei"/>
                <w:b w:val="0"/>
                <w:i w:val="0"/>
                <w:color w:val="222A36"/>
                <w:sz w:val="20"/>
              </w:rPr>
              <w:t>🎒 需求博</w:t>
            </w:r>
          </w:p>
        </w:tc>
        <w:tc>
          <w:tcPr>
            <w:tcW w:type="dxa" w:w="6803"/>
          </w:tcPr>
          <w:p>
            <w:r/>
            <w:r>
              <w:rPr>
                <w:rFonts w:ascii="Microsoft JhengHei" w:hAnsi="Microsoft JhengHei" w:eastAsia="Microsoft JhengHei"/>
                <w:b w:val="0"/>
                <w:i w:val="0"/>
                <w:color w:val="222A36"/>
                <w:sz w:val="20"/>
              </w:rPr>
              <w:t>每段都可不說話、可退出；談爸媽要尊重父母。</w:t>
            </w:r>
          </w:p>
        </w:tc>
      </w:tr>
      <w:tr>
        <w:tc>
          <w:tcPr>
            <w:tcW w:type="dxa" w:w="2268"/>
          </w:tcPr>
          <w:p>
            <w:r/>
            <w:r>
              <w:rPr>
                <w:rFonts w:ascii="Microsoft JhengHei" w:hAnsi="Microsoft JhengHei" w:eastAsia="Microsoft JhengHei"/>
                <w:b w:val="0"/>
                <w:i w:val="0"/>
                <w:color w:val="222A36"/>
                <w:sz w:val="20"/>
              </w:rPr>
              <w:t>🔎 聖經博</w:t>
            </w:r>
          </w:p>
        </w:tc>
        <w:tc>
          <w:tcPr>
            <w:tcW w:type="dxa" w:w="6803"/>
          </w:tcPr>
          <w:p>
            <w:r/>
            <w:r>
              <w:rPr>
                <w:rFonts w:ascii="Microsoft JhengHei" w:hAnsi="Microsoft JhengHei" w:eastAsia="Microsoft JhengHei"/>
                <w:b w:val="0"/>
                <w:i w:val="0"/>
                <w:color w:val="222A36"/>
                <w:sz w:val="20"/>
              </w:rPr>
              <w:t>路加福音 19:1-10：撒該爬上樹找耶穌，原來耶穌一直在找他。</w:t>
            </w:r>
          </w:p>
        </w:tc>
      </w:tr>
      <w:tr>
        <w:tc>
          <w:tcPr>
            <w:tcW w:type="dxa" w:w="2268"/>
          </w:tcPr>
          <w:p>
            <w:r/>
            <w:r>
              <w:rPr>
                <w:rFonts w:ascii="Microsoft JhengHei" w:hAnsi="Microsoft JhengHei" w:eastAsia="Microsoft JhengHei"/>
                <w:b w:val="0"/>
                <w:i w:val="0"/>
                <w:color w:val="222A36"/>
                <w:sz w:val="20"/>
              </w:rPr>
              <w:t>⚖️ 神學博</w:t>
            </w:r>
          </w:p>
        </w:tc>
        <w:tc>
          <w:tcPr>
            <w:tcW w:type="dxa" w:w="6803"/>
          </w:tcPr>
          <w:p>
            <w:r/>
            <w:r>
              <w:rPr>
                <w:rFonts w:ascii="Microsoft JhengHei" w:hAnsi="Microsoft JhengHei" w:eastAsia="Microsoft JhengHei"/>
                <w:b w:val="0"/>
                <w:i w:val="0"/>
                <w:color w:val="222A36"/>
                <w:sz w:val="20"/>
              </w:rPr>
              <w:t>與耶穌朋友說話：每天三分鐘，讓耶穌叫你的名字。</w:t>
            </w:r>
          </w:p>
        </w:tc>
      </w:tr>
      <w:tr>
        <w:tc>
          <w:tcPr>
            <w:tcW w:type="dxa" w:w="2268"/>
          </w:tcPr>
          <w:p>
            <w:r/>
            <w:r>
              <w:rPr>
                <w:rFonts w:ascii="Microsoft JhengHei" w:hAnsi="Microsoft JhengHei" w:eastAsia="Microsoft JhengHei"/>
                <w:b w:val="0"/>
                <w:i w:val="0"/>
                <w:color w:val="222A36"/>
                <w:sz w:val="20"/>
              </w:rPr>
              <w:t>🙏 禱告博</w:t>
            </w:r>
          </w:p>
        </w:tc>
        <w:tc>
          <w:tcPr>
            <w:tcW w:type="dxa" w:w="6803"/>
          </w:tcPr>
          <w:p>
            <w:r/>
            <w:r>
              <w:rPr>
                <w:rFonts w:ascii="Microsoft JhengHei" w:hAnsi="Microsoft JhengHei" w:eastAsia="Microsoft JhengHei"/>
                <w:b w:val="0"/>
                <w:i w:val="0"/>
                <w:color w:val="222A36"/>
                <w:sz w:val="20"/>
              </w:rPr>
              <w:t>讓同學聽見「耶穌知道你的名字」，並以一句禱告回應。</w:t>
            </w:r>
          </w:p>
        </w:tc>
      </w:tr>
      <w:tr>
        <w:tc>
          <w:tcPr>
            <w:tcW w:type="dxa" w:w="2268"/>
          </w:tcPr>
          <w:p>
            <w:r/>
            <w:r>
              <w:rPr>
                <w:rFonts w:ascii="Microsoft JhengHei" w:hAnsi="Microsoft JhengHei" w:eastAsia="Microsoft JhengHei"/>
                <w:b w:val="0"/>
                <w:i w:val="0"/>
                <w:color w:val="222A36"/>
                <w:sz w:val="20"/>
              </w:rPr>
              <w:t>🎲 課程博</w:t>
            </w:r>
          </w:p>
        </w:tc>
        <w:tc>
          <w:tcPr>
            <w:tcW w:type="dxa" w:w="6803"/>
          </w:tcPr>
          <w:p>
            <w:r/>
            <w:r>
              <w:rPr>
                <w:rFonts w:ascii="Microsoft JhengHei" w:hAnsi="Microsoft JhengHei" w:eastAsia="Microsoft JhengHei"/>
                <w:b w:val="0"/>
                <w:i w:val="0"/>
                <w:color w:val="222A36"/>
                <w:sz w:val="20"/>
              </w:rPr>
              <w:t>三面鏡子 → 三段微電影 → 椅底尋寶 → 偵探遊戲 → 名字禱告。</w:t>
            </w:r>
          </w:p>
        </w:tc>
      </w:tr>
    </w:tbl>
    <w:p/>
    <w:p>
      <w:pPr>
        <w:spacing w:after="20"/>
      </w:pPr>
      <w:r>
        <w:rPr>
          <w:rFonts w:ascii="Microsoft JhengHei" w:hAnsi="Microsoft JhengHei" w:eastAsia="Microsoft JhengHei"/>
          <w:b w:val="0"/>
          <w:i w:val="0"/>
          <w:color w:val="6B7280"/>
          <w:sz w:val="18"/>
        </w:rPr>
        <w:t>🎒 需求博 · 為甚麼：我按之前的需要審視第一課：三面鏡子可能觸動與父母或老師的衝突，所以字卡要平衡，並以「他們可能其實想說的話」幫助同學理解對方；名字禱告對自我價值低的同學很有力量，但也可能令部分同學尷尬，所以要有反轉卡退出的方法。尋寶在椅底進行，不用離開座位，但要避免只有部分同學「找到」而其他人覺得被冷落，所以由全組一起組成密碼。</w:t>
      </w:r>
    </w:p>
    <w:p>
      <w:pPr>
        <w:spacing w:after="20"/>
      </w:pPr>
      <w:r>
        <w:rPr>
          <w:rFonts w:ascii="Microsoft JhengHei" w:hAnsi="Microsoft JhengHei" w:eastAsia="Microsoft JhengHei"/>
          <w:b w:val="0"/>
          <w:i w:val="0"/>
          <w:color w:val="6B7280"/>
          <w:sz w:val="18"/>
        </w:rPr>
        <w:t xml:space="preserve">　依據：沉默被動（可以不參與）</w:t>
      </w:r>
    </w:p>
    <w:p>
      <w:pPr>
        <w:spacing w:after="20"/>
      </w:pPr>
      <w:r>
        <w:rPr>
          <w:rFonts w:ascii="Microsoft JhengHei" w:hAnsi="Microsoft JhengHei" w:eastAsia="Microsoft JhengHei"/>
          <w:b w:val="0"/>
          <w:i w:val="0"/>
          <w:color w:val="6B7280"/>
          <w:sz w:val="18"/>
        </w:rPr>
        <w:t xml:space="preserve">　依據：自我價值偏低（名字禱告要有退出方法）</w:t>
      </w:r>
    </w:p>
    <w:p>
      <w:pPr>
        <w:spacing w:after="20"/>
      </w:pPr>
      <w:r>
        <w:rPr>
          <w:rFonts w:ascii="Microsoft JhengHei" w:hAnsi="Microsoft JhengHei" w:eastAsia="Microsoft JhengHei"/>
          <w:b w:val="0"/>
          <w:i w:val="0"/>
          <w:color w:val="6B7280"/>
          <w:sz w:val="18"/>
        </w:rPr>
        <w:t>🔎 聖經博 · 為甚麼：需求博指出同學自我價值低、常被成績定義。撒該被眾人標籤為「罪人」，身量又矮，卻主動爬上樹想看耶穌；耶穌抬頭叫出他的名字，並說「今天我必住在你家裏」，最後宣告人子來是要尋找拯救失喪的人。這正好回應「別人怎樣看我」與「耶穌怎樣看我」的對比。need_verses 從經文庫「自我形象低」標籤選撒母耳記上 16:7（人看外貌，神看內心）及以賽亞書 43:1（神提你的名召你）。約翰福音 1:47-48 支援「耶穌怎樣知道撒該的名字」的討論。</w:t>
      </w:r>
    </w:p>
    <w:p>
      <w:pPr>
        <w:spacing w:after="20"/>
      </w:pPr>
      <w:r>
        <w:rPr>
          <w:rFonts w:ascii="Microsoft JhengHei" w:hAnsi="Microsoft JhengHei" w:eastAsia="Microsoft JhengHei"/>
          <w:b w:val="0"/>
          <w:i w:val="0"/>
          <w:color w:val="6B7280"/>
          <w:sz w:val="18"/>
        </w:rPr>
        <w:t xml:space="preserve">　依據：1 Samuel 16:7：撒母耳膏立大衛時，神提醒他：人看外貌，神看內心。（經文庫：自我形象低、被排擠）　https://bible.fhl.net/new/read.php?VERSION1=unv&amp;strongflag=0&amp;TABFLAG=1&amp;chineses=%E6%92%92%E4%B8%8A&amp;chap=16&amp;sec=7</w:t>
      </w:r>
    </w:p>
    <w:p>
      <w:pPr>
        <w:spacing w:after="20"/>
      </w:pPr>
      <w:r>
        <w:rPr>
          <w:rFonts w:ascii="Microsoft JhengHei" w:hAnsi="Microsoft JhengHei" w:eastAsia="Microsoft JhengHei"/>
          <w:b w:val="0"/>
          <w:i w:val="0"/>
          <w:color w:val="6B7280"/>
          <w:sz w:val="18"/>
        </w:rPr>
        <w:t xml:space="preserve">　依據：Isaiah 43:1：神向失敗後被擄的以色列人說話，提醒他們是神所救贖、按名呼召的人。（經文庫：自我形象低、恐懼、孤單）　https://bible.fhl.net/new/read.php?VERSION1=unv&amp;strongflag=0&amp;TABFLAG=1&amp;chineses=%E8%B3%BD&amp;chap=43&amp;sec=1</w:t>
      </w:r>
    </w:p>
    <w:p>
      <w:pPr>
        <w:spacing w:after="20"/>
      </w:pPr>
      <w:r>
        <w:rPr>
          <w:rFonts w:ascii="Microsoft JhengHei" w:hAnsi="Microsoft JhengHei" w:eastAsia="Microsoft JhengHei"/>
          <w:b w:val="0"/>
          <w:i w:val="0"/>
          <w:color w:val="6B7280"/>
          <w:sz w:val="18"/>
        </w:rPr>
        <w:t xml:space="preserve">　依據：Luke 19:5（耶穌叫出撒該的名字）　https://bible.fhl.net/new/read.php?VERSION1=unv&amp;strongflag=0&amp;TABFLAG=1&amp;chineses=%E8%B7%AF&amp;chap=19&amp;sec=5</w:t>
      </w:r>
    </w:p>
    <w:p>
      <w:pPr>
        <w:spacing w:after="20"/>
      </w:pPr>
      <w:r>
        <w:rPr>
          <w:rFonts w:ascii="Microsoft JhengHei" w:hAnsi="Microsoft JhengHei" w:eastAsia="Microsoft JhengHei"/>
          <w:b w:val="0"/>
          <w:i w:val="0"/>
          <w:color w:val="6B7280"/>
          <w:sz w:val="18"/>
        </w:rPr>
        <w:t xml:space="preserve">　依據：Luke 19:10（人子來尋找拯救失喪的人）　https://bible.fhl.net/new/read.php?VERSION1=unv&amp;strongflag=0&amp;TABFLAG=1&amp;chineses=%E8%B7%AF&amp;chap=19&amp;sec=10</w:t>
      </w:r>
    </w:p>
    <w:p>
      <w:pPr>
        <w:spacing w:after="20"/>
      </w:pPr>
      <w:r>
        <w:rPr>
          <w:rFonts w:ascii="Microsoft JhengHei" w:hAnsi="Microsoft JhengHei" w:eastAsia="Microsoft JhengHei"/>
          <w:b w:val="0"/>
          <w:i w:val="0"/>
          <w:color w:val="6B7280"/>
          <w:sz w:val="18"/>
        </w:rPr>
        <w:t xml:space="preserve">　依據：學業較弱，自我價值偏低（老師描述的需要）</w:t>
      </w:r>
    </w:p>
    <w:p>
      <w:pPr>
        <w:spacing w:after="20"/>
      </w:pPr>
      <w:r>
        <w:rPr>
          <w:rFonts w:ascii="Microsoft JhengHei" w:hAnsi="Microsoft JhengHei" w:eastAsia="Microsoft JhengHei"/>
          <w:b w:val="0"/>
          <w:i w:val="0"/>
          <w:color w:val="6B7280"/>
          <w:sz w:val="18"/>
        </w:rPr>
        <w:t xml:space="preserve">　依據：宗教教育課程指引（中一至中三）第 78 頁（B1 認識自己：我是誰？）</w:t>
      </w:r>
    </w:p>
    <w:p>
      <w:pPr>
        <w:spacing w:after="20"/>
      </w:pPr>
      <w:r>
        <w:rPr>
          <w:rFonts w:ascii="Microsoft JhengHei" w:hAnsi="Microsoft JhengHei" w:eastAsia="Microsoft JhengHei"/>
          <w:b w:val="0"/>
          <w:i w:val="0"/>
          <w:color w:val="6B7280"/>
          <w:sz w:val="18"/>
        </w:rPr>
        <w:t>⚖️ 神學博 · 為甚麼：聖經博選了路加福音 19:5 及以賽亞書 43:1：重點是耶穌主動認識、呼喚、接納。對自我價值低又多數未信的同學，最大的危險是把故事變成「要努力變好才配得耶穌」。所以我從操練庫選「與耶穌朋友說話」，配合約翰福音 15:15，讓同學每天三分鐘，以朋友的身分把今天的事告訴耶穌。福音核心落在耶穌主動尋找、為罪人捨命及復活；撒該的改變是被愛後的回應。</w:t>
      </w:r>
    </w:p>
    <w:p>
      <w:pPr>
        <w:spacing w:after="20"/>
      </w:pPr>
      <w:r>
        <w:rPr>
          <w:rFonts w:ascii="Microsoft JhengHei" w:hAnsi="Microsoft JhengHei" w:eastAsia="Microsoft JhengHei"/>
          <w:b w:val="0"/>
          <w:i w:val="0"/>
          <w:color w:val="6B7280"/>
          <w:sz w:val="18"/>
        </w:rPr>
        <w:t xml:space="preserve">　依據：與耶穌朋友說話（3 分鐘）（操練庫：與耶穌朋友說話）</w:t>
      </w:r>
    </w:p>
    <w:p>
      <w:pPr>
        <w:spacing w:after="20"/>
      </w:pPr>
      <w:r>
        <w:rPr>
          <w:rFonts w:ascii="Microsoft JhengHei" w:hAnsi="Microsoft JhengHei" w:eastAsia="Microsoft JhengHei"/>
          <w:b w:val="0"/>
          <w:i w:val="0"/>
          <w:color w:val="6B7280"/>
          <w:sz w:val="18"/>
        </w:rPr>
        <w:t xml:space="preserve">　依據：Luke 19:10（耶穌主動尋找）　https://bible.fhl.net/new/read.php?VERSION1=unv&amp;strongflag=0&amp;TABFLAG=1&amp;chineses=%E8%B7%AF&amp;chap=19&amp;sec=10</w:t>
      </w:r>
    </w:p>
    <w:p>
      <w:pPr>
        <w:spacing w:after="20"/>
      </w:pPr>
      <w:r>
        <w:rPr>
          <w:rFonts w:ascii="Microsoft JhengHei" w:hAnsi="Microsoft JhengHei" w:eastAsia="Microsoft JhengHei"/>
          <w:b w:val="0"/>
          <w:i w:val="0"/>
          <w:color w:val="6B7280"/>
          <w:sz w:val="18"/>
        </w:rPr>
        <w:t xml:space="preserve">　依據：Romans 5:8（愛先於改變）　https://bible.fhl.net/new/read.php?VERSION1=unv&amp;strongflag=0&amp;TABFLAG=1&amp;chineses=%E7%BE%85&amp;chap=5&amp;sec=8</w:t>
      </w:r>
    </w:p>
    <w:p>
      <w:pPr>
        <w:spacing w:after="20"/>
      </w:pPr>
      <w:r>
        <w:rPr>
          <w:rFonts w:ascii="Microsoft JhengHei" w:hAnsi="Microsoft JhengHei" w:eastAsia="Microsoft JhengHei"/>
          <w:b w:val="0"/>
          <w:i w:val="0"/>
          <w:color w:val="6B7280"/>
          <w:sz w:val="18"/>
        </w:rPr>
        <w:t xml:space="preserve">　依據：自我價值偏低（恩典先行，不加壓力）</w:t>
      </w:r>
    </w:p>
    <w:p>
      <w:pPr>
        <w:spacing w:after="20"/>
      </w:pPr>
      <w:r>
        <w:rPr>
          <w:rFonts w:ascii="Microsoft JhengHei" w:hAnsi="Microsoft JhengHei" w:eastAsia="Microsoft JhengHei"/>
          <w:b w:val="0"/>
          <w:i w:val="0"/>
          <w:color w:val="6B7280"/>
          <w:sz w:val="18"/>
        </w:rPr>
        <w:t>🙏 禱告博 · 為甚麼：我接聖經博及神學博的棒：主經文是耶穌叫出撒該的名字，神學博的操練是每天三分鐘與耶穌朋友說話。自我價值低的同學最需要的是被叫名字、被接納的經驗，而不是勸勉，所以禱告以「主，你知道我的名字」為主線。談到父母和老師的看法時，禱告要尊重他們，並為他們祝福。眾人議論撒該的一節可能觸動被背後說閒話的經驗，所以加入安全提示。</w:t>
      </w:r>
    </w:p>
    <w:p>
      <w:pPr>
        <w:spacing w:after="20"/>
      </w:pPr>
      <w:r>
        <w:rPr>
          <w:rFonts w:ascii="Microsoft JhengHei" w:hAnsi="Microsoft JhengHei" w:eastAsia="Microsoft JhengHei"/>
          <w:b w:val="0"/>
          <w:i w:val="0"/>
          <w:color w:val="6B7280"/>
          <w:sz w:val="18"/>
        </w:rPr>
        <w:t xml:space="preserve">　依據：Luke 19:5（耶穌叫出撒該的名字）　https://bible.fhl.net/new/read.php?VERSION1=unv&amp;strongflag=0&amp;TABFLAG=1&amp;chineses=%E8%B7%AF&amp;chap=19&amp;sec=5</w:t>
      </w:r>
    </w:p>
    <w:p>
      <w:pPr>
        <w:spacing w:after="20"/>
      </w:pPr>
      <w:r>
        <w:rPr>
          <w:rFonts w:ascii="Microsoft JhengHei" w:hAnsi="Microsoft JhengHei" w:eastAsia="Microsoft JhengHei"/>
          <w:b w:val="0"/>
          <w:i w:val="0"/>
          <w:color w:val="6B7280"/>
          <w:sz w:val="18"/>
        </w:rPr>
        <w:t xml:space="preserve">　依據：Isaiah 43:1（神按名呼召）　https://bible.fhl.net/new/read.php?VERSION1=unv&amp;strongflag=0&amp;TABFLAG=1&amp;chineses=%E8%B3%BD&amp;chap=43&amp;sec=1</w:t>
      </w:r>
    </w:p>
    <w:p>
      <w:pPr>
        <w:spacing w:after="20"/>
      </w:pPr>
      <w:r>
        <w:rPr>
          <w:rFonts w:ascii="Microsoft JhengHei" w:hAnsi="Microsoft JhengHei" w:eastAsia="Microsoft JhengHei"/>
          <w:b w:val="0"/>
          <w:i w:val="0"/>
          <w:color w:val="6B7280"/>
          <w:sz w:val="18"/>
        </w:rPr>
        <w:t xml:space="preserve">　依據：與耶穌朋友說話（3 分鐘）（神學博的操練）</w:t>
      </w:r>
    </w:p>
    <w:p>
      <w:pPr>
        <w:spacing w:after="20"/>
      </w:pPr>
      <w:r>
        <w:rPr>
          <w:rFonts w:ascii="Microsoft JhengHei" w:hAnsi="Microsoft JhengHei" w:eastAsia="Microsoft JhengHei"/>
          <w:b w:val="0"/>
          <w:i w:val="0"/>
          <w:color w:val="6B7280"/>
          <w:sz w:val="18"/>
        </w:rPr>
        <w:t xml:space="preserve">　依據：自我價值偏低（以被叫名字為主線）</w:t>
      </w:r>
    </w:p>
    <w:p>
      <w:pPr>
        <w:spacing w:after="20"/>
      </w:pPr>
      <w:r>
        <w:rPr>
          <w:rFonts w:ascii="Microsoft JhengHei" w:hAnsi="Microsoft JhengHei" w:eastAsia="Microsoft JhengHei"/>
          <w:b w:val="0"/>
          <w:i w:val="0"/>
          <w:color w:val="6B7280"/>
          <w:sz w:val="18"/>
        </w:rPr>
        <w:t>🎲 課程博 · 為甚麼：需求博說同學沉默被動、怕被比較，所以導入用匿名字卡及影片，不用說話也可參與。老師希望用尋寶找出「耶穌眼中的我」，但香港課室不宜跑動，所以把四張桑葉卡收在四位同學的椅底，大家原位找出數字，組成密碼「1905」（路加福音 19 章 5 節）。偵探遊戲讓同學評估不同說法，最後由經文揭曉。神學博的操練落在「名字禱告」：老師輕聲叫每位同學的名字，同學可以把卡反轉表示不想被叫。</w:t>
      </w:r>
    </w:p>
    <w:p>
      <w:pPr>
        <w:spacing w:after="20"/>
      </w:pPr>
      <w:r>
        <w:rPr>
          <w:rFonts w:ascii="Microsoft JhengHei" w:hAnsi="Microsoft JhengHei" w:eastAsia="Microsoft JhengHei"/>
          <w:b w:val="0"/>
          <w:i w:val="0"/>
          <w:color w:val="6B7280"/>
          <w:sz w:val="18"/>
        </w:rPr>
        <w:t xml:space="preserve">　依據：沉默被動（匿名、可以不說話）</w:t>
      </w:r>
    </w:p>
    <w:p>
      <w:pPr>
        <w:spacing w:after="20"/>
      </w:pPr>
      <w:r>
        <w:rPr>
          <w:rFonts w:ascii="Microsoft JhengHei" w:hAnsi="Microsoft JhengHei" w:eastAsia="Microsoft JhengHei"/>
          <w:b w:val="0"/>
          <w:i w:val="0"/>
          <w:color w:val="6B7280"/>
          <w:sz w:val="18"/>
        </w:rPr>
        <w:t xml:space="preserve">　依據：Luke 19:5（密碼 1905 及名字禱告）　https://bible.fhl.net/new/read.php?VERSION1=unv&amp;strongflag=0&amp;TABFLAG=1&amp;chineses=%E8%B7%AF&amp;chap=19&amp;sec=5</w:t>
      </w:r>
    </w:p>
    <w:p>
      <w:pPr>
        <w:spacing w:after="20"/>
      </w:pPr>
      <w:r>
        <w:rPr>
          <w:rFonts w:ascii="Microsoft JhengHei" w:hAnsi="Microsoft JhengHei" w:eastAsia="Microsoft JhengHei"/>
          <w:b w:val="0"/>
          <w:i w:val="0"/>
          <w:color w:val="6B7280"/>
          <w:sz w:val="18"/>
        </w:rPr>
        <w:t xml:space="preserve">　依據：與耶穌朋友說話（3 分鐘）（名字禱告連到每天三分鐘）</w:t>
      </w:r>
    </w:p>
    <w:p>
      <w:pPr>
        <w:spacing w:after="120" w:before="240"/>
      </w:pPr>
      <w:r>
        <w:rPr>
          <w:rFonts w:ascii="Microsoft JhengHei" w:hAnsi="Microsoft JhengHei" w:eastAsia="Microsoft JhengHei"/>
          <w:b/>
          <w:i w:val="0"/>
          <w:color w:val="A86B1F"/>
          <w:sz w:val="32"/>
        </w:rPr>
        <w:t>八、課後生活實踐</w:t>
      </w:r>
    </w:p>
    <w:tbl>
      <w:tblPr>
        <w:tblStyle w:val="TableGrid"/>
        <w:tblW w:type="auto" w:w="0"/>
        <w:tblLook w:firstColumn="1" w:firstRow="1" w:lastColumn="0" w:lastRow="0" w:noHBand="0" w:noVBand="1" w:val="04A0"/>
      </w:tblPr>
      <w:tblGrid>
        <w:gridCol w:w="4986"/>
        <w:gridCol w:w="4986"/>
      </w:tblGrid>
      <w:tr>
        <w:tc>
          <w:tcPr>
            <w:tcW w:type="dxa" w:w="2268"/>
            <w:shd w:val="clear" w:fill="EFE7D6"/>
          </w:tcPr>
          <w:p>
            <w:r/>
            <w:r>
              <w:rPr>
                <w:rFonts w:ascii="Microsoft JhengHei" w:hAnsi="Microsoft JhengHei" w:eastAsia="Microsoft JhengHei"/>
                <w:b/>
                <w:i w:val="0"/>
                <w:color w:val="222A36"/>
                <w:sz w:val="20"/>
              </w:rPr>
              <w:t>帶回家</w:t>
            </w:r>
          </w:p>
        </w:tc>
        <w:tc>
          <w:tcPr>
            <w:tcW w:type="dxa" w:w="6803"/>
            <w:shd w:val="clear" w:fill="EFE7D6"/>
          </w:tcPr>
          <w:p>
            <w:r/>
            <w:r>
              <w:rPr>
                <w:rFonts w:ascii="Microsoft JhengHei" w:hAnsi="Microsoft JhengHei" w:eastAsia="Microsoft JhengHei"/>
                <w:b/>
                <w:i w:val="0"/>
                <w:color w:val="222A36"/>
                <w:sz w:val="20"/>
              </w:rPr>
              <w:t>內容</w:t>
            </w:r>
          </w:p>
        </w:tc>
      </w:tr>
      <w:tr>
        <w:tc>
          <w:tcPr>
            <w:tcW w:type="dxa" w:w="2268"/>
          </w:tcPr>
          <w:p>
            <w:r/>
            <w:r>
              <w:rPr>
                <w:rFonts w:ascii="Microsoft JhengHei" w:hAnsi="Microsoft JhengHei" w:eastAsia="Microsoft JhengHei"/>
                <w:b w:val="0"/>
                <w:i w:val="0"/>
                <w:color w:val="222A36"/>
                <w:sz w:val="20"/>
              </w:rPr>
              <w:t>一星期十字架尋寶（每天一題）</w:t>
            </w:r>
          </w:p>
        </w:tc>
        <w:tc>
          <w:tcPr>
            <w:tcW w:type="dxa" w:w="6803"/>
          </w:tcPr>
          <w:p>
            <w:r/>
            <w:r>
              <w:rPr>
                <w:rFonts w:ascii="Microsoft JhengHei" w:hAnsi="Microsoft JhengHei" w:eastAsia="Microsoft JhengHei"/>
                <w:b w:val="0"/>
                <w:i w:val="0"/>
                <w:color w:val="222A36"/>
                <w:sz w:val="20"/>
              </w:rPr>
              <w:t>每天讀一小段路加福音 23 至 24 章，回答一個問題，找出「耶穌為何認識我、要到我家」的答案。下一課一起揭曉。</w:t>
            </w:r>
          </w:p>
        </w:tc>
      </w:tr>
      <w:tr>
        <w:tc>
          <w:tcPr>
            <w:tcW w:type="dxa" w:w="2268"/>
          </w:tcPr>
          <w:p>
            <w:r/>
            <w:r>
              <w:rPr>
                <w:rFonts w:ascii="Microsoft JhengHei" w:hAnsi="Microsoft JhengHei" w:eastAsia="Microsoft JhengHei"/>
                <w:b w:val="0"/>
                <w:i w:val="0"/>
                <w:color w:val="222A36"/>
                <w:sz w:val="20"/>
              </w:rPr>
              <w:t>與耶穌朋友說話（每天三分鐘）及撒該改變卡</w:t>
            </w:r>
          </w:p>
        </w:tc>
        <w:tc>
          <w:tcPr>
            <w:tcW w:type="dxa" w:w="6803"/>
          </w:tcPr>
          <w:p>
            <w:r/>
            <w:r>
              <w:rPr>
                <w:rFonts w:ascii="Microsoft JhengHei" w:hAnsi="Microsoft JhengHei" w:eastAsia="Microsoft JhengHei"/>
                <w:b w:val="0"/>
                <w:i w:val="0"/>
                <w:color w:val="222A36"/>
                <w:sz w:val="20"/>
              </w:rPr>
              <w:t>每天三分鐘告訴耶穌一件事；並做一件很小的改變，例如向家人說謝謝。</w:t>
            </w:r>
          </w:p>
        </w:tc>
      </w:tr>
    </w:tbl>
    <w:p/>
    <w:p>
      <w:pPr>
        <w:spacing w:after="120" w:before="240"/>
      </w:pPr>
      <w:r>
        <w:rPr>
          <w:rFonts w:ascii="Microsoft JhengHei" w:hAnsi="Microsoft JhengHei" w:eastAsia="Microsoft JhengHei"/>
          <w:b/>
          <w:i w:val="0"/>
          <w:color w:val="222A36"/>
          <w:sz w:val="26"/>
        </w:rPr>
        <w:t>七日路徑</w:t>
      </w:r>
    </w:p>
    <w:tbl>
      <w:tblPr>
        <w:tblStyle w:val="TableGrid"/>
        <w:tblW w:type="auto" w:w="0"/>
        <w:tblLook w:firstColumn="1" w:firstRow="1" w:lastColumn="0" w:lastRow="0" w:noHBand="0" w:noVBand="1" w:val="04A0"/>
      </w:tblPr>
      <w:tblGrid>
        <w:gridCol w:w="4986"/>
        <w:gridCol w:w="4986"/>
      </w:tblGrid>
      <w:tr>
        <w:tc>
          <w:tcPr>
            <w:tcW w:type="dxa" w:w="1417"/>
            <w:shd w:val="clear" w:fill="EFE7D6"/>
          </w:tcPr>
          <w:p>
            <w:r/>
            <w:r>
              <w:rPr>
                <w:rFonts w:ascii="Microsoft JhengHei" w:hAnsi="Microsoft JhengHei" w:eastAsia="Microsoft JhengHei"/>
                <w:b/>
                <w:i w:val="0"/>
                <w:color w:val="222A36"/>
                <w:sz w:val="20"/>
              </w:rPr>
              <w:t>日</w:t>
            </w:r>
          </w:p>
        </w:tc>
        <w:tc>
          <w:tcPr>
            <w:tcW w:type="dxa" w:w="7654"/>
            <w:shd w:val="clear" w:fill="EFE7D6"/>
          </w:tcPr>
          <w:p>
            <w:r/>
            <w:r>
              <w:rPr>
                <w:rFonts w:ascii="Microsoft JhengHei" w:hAnsi="Microsoft JhengHei" w:eastAsia="Microsoft JhengHei"/>
                <w:b/>
                <w:i w:val="0"/>
                <w:color w:val="222A36"/>
                <w:sz w:val="20"/>
              </w:rPr>
              <w:t>步驟</w:t>
            </w:r>
          </w:p>
        </w:tc>
      </w:tr>
      <w:tr>
        <w:tc>
          <w:tcPr>
            <w:tcW w:type="dxa" w:w="1417"/>
          </w:tcPr>
          <w:p>
            <w:r/>
            <w:r>
              <w:rPr>
                <w:rFonts w:ascii="Microsoft JhengHei" w:hAnsi="Microsoft JhengHei" w:eastAsia="Microsoft JhengHei"/>
                <w:b w:val="0"/>
                <w:i w:val="0"/>
                <w:color w:val="222A36"/>
                <w:sz w:val="20"/>
              </w:rPr>
              <w:t>第 1 天</w:t>
            </w:r>
          </w:p>
        </w:tc>
        <w:tc>
          <w:tcPr>
            <w:tcW w:type="dxa" w:w="7654"/>
          </w:tcPr>
          <w:p>
            <w:r/>
            <w:r>
              <w:rPr>
                <w:rFonts w:ascii="Microsoft JhengHei" w:hAnsi="Microsoft JhengHei" w:eastAsia="Microsoft JhengHei"/>
                <w:b w:val="0"/>
                <w:i w:val="0"/>
                <w:color w:val="222A36"/>
                <w:sz w:val="20"/>
              </w:rPr>
              <w:t>信心×行動：三分鐘與耶穌朋友說話，並做改變卡上的一件小事。</w:t>
            </w:r>
          </w:p>
        </w:tc>
      </w:tr>
      <w:tr>
        <w:tc>
          <w:tcPr>
            <w:tcW w:type="dxa" w:w="1417"/>
          </w:tcPr>
          <w:p>
            <w:r/>
            <w:r>
              <w:rPr>
                <w:rFonts w:ascii="Microsoft JhengHei" w:hAnsi="Microsoft JhengHei" w:eastAsia="Microsoft JhengHei"/>
                <w:b w:val="0"/>
                <w:i w:val="0"/>
                <w:color w:val="222A36"/>
                <w:sz w:val="20"/>
              </w:rPr>
              <w:t>第 2 天</w:t>
            </w:r>
          </w:p>
        </w:tc>
        <w:tc>
          <w:tcPr>
            <w:tcW w:type="dxa" w:w="7654"/>
          </w:tcPr>
          <w:p>
            <w:r/>
            <w:r>
              <w:rPr>
                <w:rFonts w:ascii="Microsoft JhengHei" w:hAnsi="Microsoft JhengHei" w:eastAsia="Microsoft JhengHei"/>
                <w:b w:val="0"/>
                <w:i w:val="0"/>
                <w:color w:val="222A36"/>
                <w:sz w:val="20"/>
              </w:rPr>
              <w:t>尋寶第一題：耶穌在十字架上為誰禱告？</w:t>
            </w:r>
          </w:p>
        </w:tc>
      </w:tr>
      <w:tr>
        <w:tc>
          <w:tcPr>
            <w:tcW w:type="dxa" w:w="1417"/>
          </w:tcPr>
          <w:p>
            <w:r/>
            <w:r>
              <w:rPr>
                <w:rFonts w:ascii="Microsoft JhengHei" w:hAnsi="Microsoft JhengHei" w:eastAsia="Microsoft JhengHei"/>
                <w:b w:val="0"/>
                <w:i w:val="0"/>
                <w:color w:val="222A36"/>
                <w:sz w:val="20"/>
              </w:rPr>
              <w:t>第 3 天</w:t>
            </w:r>
          </w:p>
        </w:tc>
        <w:tc>
          <w:tcPr>
            <w:tcW w:type="dxa" w:w="7654"/>
          </w:tcPr>
          <w:p>
            <w:r/>
            <w:r>
              <w:rPr>
                <w:rFonts w:ascii="Microsoft JhengHei" w:hAnsi="Microsoft JhengHei" w:eastAsia="Microsoft JhengHei"/>
                <w:b w:val="0"/>
                <w:i w:val="0"/>
                <w:color w:val="222A36"/>
                <w:sz w:val="20"/>
              </w:rPr>
              <w:t>尋寶第二題：十字架旁的強盜求甚麼？耶穌怎樣回答？</w:t>
            </w:r>
          </w:p>
        </w:tc>
      </w:tr>
      <w:tr>
        <w:tc>
          <w:tcPr>
            <w:tcW w:type="dxa" w:w="1417"/>
          </w:tcPr>
          <w:p>
            <w:r/>
            <w:r>
              <w:rPr>
                <w:rFonts w:ascii="Microsoft JhengHei" w:hAnsi="Microsoft JhengHei" w:eastAsia="Microsoft JhengHei"/>
                <w:b w:val="0"/>
                <w:i w:val="0"/>
                <w:color w:val="222A36"/>
                <w:sz w:val="20"/>
              </w:rPr>
              <w:t>第 4 天</w:t>
            </w:r>
          </w:p>
        </w:tc>
        <w:tc>
          <w:tcPr>
            <w:tcW w:type="dxa" w:w="7654"/>
          </w:tcPr>
          <w:p>
            <w:r/>
            <w:r>
              <w:rPr>
                <w:rFonts w:ascii="Microsoft JhengHei" w:hAnsi="Microsoft JhengHei" w:eastAsia="Microsoft JhengHei"/>
                <w:b w:val="0"/>
                <w:i w:val="0"/>
                <w:color w:val="222A36"/>
                <w:sz w:val="20"/>
              </w:rPr>
              <w:t>尋寶第三題：「今天」這個詞在撒該的故事和十字架上各出現在哪裏？</w:t>
            </w:r>
          </w:p>
        </w:tc>
      </w:tr>
      <w:tr>
        <w:tc>
          <w:tcPr>
            <w:tcW w:type="dxa" w:w="1417"/>
          </w:tcPr>
          <w:p>
            <w:r/>
            <w:r>
              <w:rPr>
                <w:rFonts w:ascii="Microsoft JhengHei" w:hAnsi="Microsoft JhengHei" w:eastAsia="Microsoft JhengHei"/>
                <w:b w:val="0"/>
                <w:i w:val="0"/>
                <w:color w:val="222A36"/>
                <w:sz w:val="20"/>
              </w:rPr>
              <w:t>第 5 天</w:t>
            </w:r>
          </w:p>
        </w:tc>
        <w:tc>
          <w:tcPr>
            <w:tcW w:type="dxa" w:w="7654"/>
          </w:tcPr>
          <w:p>
            <w:r/>
            <w:r>
              <w:rPr>
                <w:rFonts w:ascii="Microsoft JhengHei" w:hAnsi="Microsoft JhengHei" w:eastAsia="Microsoft JhengHei"/>
                <w:b w:val="0"/>
                <w:i w:val="0"/>
                <w:color w:val="222A36"/>
                <w:sz w:val="20"/>
              </w:rPr>
              <w:t>尋寶第四題：耶穌為甚麼要死？讀羅馬書 5:8。</w:t>
            </w:r>
          </w:p>
        </w:tc>
      </w:tr>
      <w:tr>
        <w:tc>
          <w:tcPr>
            <w:tcW w:type="dxa" w:w="1417"/>
          </w:tcPr>
          <w:p>
            <w:r/>
            <w:r>
              <w:rPr>
                <w:rFonts w:ascii="Microsoft JhengHei" w:hAnsi="Microsoft JhengHei" w:eastAsia="Microsoft JhengHei"/>
                <w:b w:val="0"/>
                <w:i w:val="0"/>
                <w:color w:val="222A36"/>
                <w:sz w:val="20"/>
              </w:rPr>
              <w:t>第 6 天</w:t>
            </w:r>
          </w:p>
        </w:tc>
        <w:tc>
          <w:tcPr>
            <w:tcW w:type="dxa" w:w="7654"/>
          </w:tcPr>
          <w:p>
            <w:r/>
            <w:r>
              <w:rPr>
                <w:rFonts w:ascii="Microsoft JhengHei" w:hAnsi="Microsoft JhengHei" w:eastAsia="Microsoft JhengHei"/>
                <w:b w:val="0"/>
                <w:i w:val="0"/>
                <w:color w:val="222A36"/>
                <w:sz w:val="20"/>
              </w:rPr>
              <w:t>尋寶第五題：復活的耶穌和兩個門徒做了甚麼事時，他們才認出祂？</w:t>
            </w:r>
          </w:p>
        </w:tc>
      </w:tr>
      <w:tr>
        <w:tc>
          <w:tcPr>
            <w:tcW w:type="dxa" w:w="1417"/>
          </w:tcPr>
          <w:p>
            <w:r/>
            <w:r>
              <w:rPr>
                <w:rFonts w:ascii="Microsoft JhengHei" w:hAnsi="Microsoft JhengHei" w:eastAsia="Microsoft JhengHei"/>
                <w:b w:val="0"/>
                <w:i w:val="0"/>
                <w:color w:val="222A36"/>
                <w:sz w:val="20"/>
              </w:rPr>
              <w:t>第 7 天</w:t>
            </w:r>
          </w:p>
        </w:tc>
        <w:tc>
          <w:tcPr>
            <w:tcW w:type="dxa" w:w="7654"/>
          </w:tcPr>
          <w:p>
            <w:r/>
            <w:r>
              <w:rPr>
                <w:rFonts w:ascii="Microsoft JhengHei" w:hAnsi="Microsoft JhengHei" w:eastAsia="Microsoft JhengHei"/>
                <w:b w:val="0"/>
                <w:i w:val="0"/>
                <w:color w:val="222A36"/>
                <w:sz w:val="20"/>
              </w:rPr>
              <w:t>回看改變卡，向耶穌說一句感謝，帶着答案來第二課。</w:t>
            </w:r>
          </w:p>
        </w:tc>
      </w:tr>
    </w:tbl>
    <w:p/>
    <w:p>
      <w:pPr>
        <w:spacing w:after="120" w:before="240"/>
      </w:pPr>
      <w:r>
        <w:rPr>
          <w:rFonts w:ascii="Microsoft JhengHei" w:hAnsi="Microsoft JhengHei" w:eastAsia="Microsoft JhengHei"/>
          <w:b/>
          <w:i w:val="0"/>
          <w:color w:val="222A36"/>
          <w:sz w:val="26"/>
        </w:rPr>
        <w:t>創意任務（學生自選）</w:t>
      </w:r>
    </w:p>
    <w:p>
      <w:pPr>
        <w:spacing w:after="80"/>
      </w:pPr>
      <w:r>
        <w:rPr>
          <w:rFonts w:ascii="Microsoft JhengHei" w:hAnsi="Microsoft JhengHei" w:eastAsia="Microsoft JhengHei"/>
          <w:b w:val="0"/>
          <w:i w:val="0"/>
          <w:color w:val="222A36"/>
          <w:sz w:val="22"/>
        </w:rPr>
        <w:t>• 我的桑樹（光影反思）：這星期拍一棵樹（不拍人），配一句：我想看看耶穌是怎樣的人，因為……　〔路加福音 19:4〕</w:t>
      </w:r>
    </w:p>
    <w:p>
      <w:pPr>
        <w:spacing w:after="80"/>
      </w:pPr>
      <w:r>
        <w:rPr>
          <w:rFonts w:ascii="Microsoft JhengHei" w:hAnsi="Microsoft JhengHei" w:eastAsia="Microsoft JhengHei"/>
          <w:b w:val="0"/>
          <w:i w:val="0"/>
          <w:color w:val="6B7280"/>
          <w:sz w:val="20"/>
        </w:rPr>
        <w:t xml:space="preserve">  完全自願，不想拍照可以畫一棵樹。　分享方式：可以只留給自己。</w:t>
      </w:r>
    </w:p>
    <w:p>
      <w:pPr>
        <w:spacing w:after="80"/>
      </w:pPr>
      <w:r>
        <w:rPr>
          <w:rFonts w:ascii="Microsoft JhengHei" w:hAnsi="Microsoft JhengHei" w:eastAsia="Microsoft JhengHei"/>
          <w:b w:val="0"/>
          <w:i w:val="0"/>
          <w:color w:val="222A36"/>
          <w:sz w:val="22"/>
        </w:rPr>
        <w:t>• 給撒該的短訊：想像你可以用手機傳一句短訊給撒該：他被耶穌叫名字那天，你想對他說甚麼？　〔路加福音 19:5〕</w:t>
      </w:r>
    </w:p>
    <w:p>
      <w:pPr>
        <w:spacing w:after="80"/>
      </w:pPr>
      <w:r>
        <w:rPr>
          <w:rFonts w:ascii="Microsoft JhengHei" w:hAnsi="Microsoft JhengHei" w:eastAsia="Microsoft JhengHei"/>
          <w:b w:val="0"/>
          <w:i w:val="0"/>
          <w:color w:val="6B7280"/>
          <w:sz w:val="20"/>
        </w:rPr>
        <w:t xml:space="preserve">  不用交，也不用給任何人看。　分享方式：可以不公開。</w:t>
      </w:r>
    </w:p>
    <w:p>
      <w:pPr>
        <w:spacing w:after="80"/>
      </w:pPr>
      <w:r>
        <w:rPr>
          <w:rFonts w:ascii="Microsoft JhengHei" w:hAnsi="Microsoft JhengHei" w:eastAsia="Microsoft JhengHei"/>
          <w:b w:val="0"/>
          <w:i w:val="0"/>
          <w:color w:val="222A36"/>
          <w:sz w:val="22"/>
        </w:rPr>
        <w:t>• 撒該改變卡：撒該為耶穌作了具體改變。寫下一件你這星期想做的小改變，例如向家人說謝謝、還一件借來的東西、幫同學一次。　〔路加福音 19:8〕</w:t>
      </w:r>
    </w:p>
    <w:p>
      <w:pPr>
        <w:spacing w:after="80"/>
      </w:pPr>
      <w:r>
        <w:rPr>
          <w:rFonts w:ascii="Microsoft JhengHei" w:hAnsi="Microsoft JhengHei" w:eastAsia="Microsoft JhengHei"/>
          <w:b w:val="0"/>
          <w:i w:val="0"/>
          <w:color w:val="6B7280"/>
          <w:sz w:val="20"/>
        </w:rPr>
        <w:t xml:space="preserve">  改變是因為被愛，不是為了換取愛；做不到也沒有關係。　分享方式：可以只留給自己，或下一課自願分享。</w:t>
      </w:r>
    </w:p>
    <w:p>
      <w:pPr>
        <w:spacing w:after="120" w:before="240"/>
      </w:pPr>
      <w:r>
        <w:rPr>
          <w:rFonts w:ascii="Microsoft JhengHei" w:hAnsi="Microsoft JhengHei" w:eastAsia="Microsoft JhengHei"/>
          <w:b/>
          <w:i w:val="0"/>
          <w:color w:val="222A36"/>
          <w:sz w:val="26"/>
        </w:rPr>
        <w:t>📱 Reclaim2K 課後跟進路徑</w:t>
      </w:r>
    </w:p>
    <w:tbl>
      <w:tblPr>
        <w:tblStyle w:val="TableGrid"/>
        <w:tblW w:type="auto" w:w="0"/>
        <w:tblLook w:firstColumn="1" w:firstRow="1" w:lastColumn="0" w:lastRow="0" w:noHBand="0" w:noVBand="1" w:val="04A0"/>
      </w:tblPr>
      <w:tblGrid>
        <w:gridCol w:w="1994"/>
        <w:gridCol w:w="1994"/>
        <w:gridCol w:w="1994"/>
        <w:gridCol w:w="1994"/>
        <w:gridCol w:w="1994"/>
      </w:tblGrid>
      <w:tr>
        <w:tc>
          <w:tcPr>
            <w:tcW w:type="dxa" w:w="907"/>
            <w:shd w:val="clear" w:fill="EFE7D6"/>
          </w:tcPr>
          <w:p>
            <w:r/>
            <w:r>
              <w:rPr>
                <w:rFonts w:ascii="Microsoft JhengHei" w:hAnsi="Microsoft JhengHei" w:eastAsia="Microsoft JhengHei"/>
                <w:b/>
                <w:i w:val="0"/>
                <w:color w:val="222A36"/>
                <w:sz w:val="20"/>
              </w:rPr>
              <w:t>日</w:t>
            </w:r>
          </w:p>
        </w:tc>
        <w:tc>
          <w:tcPr>
            <w:tcW w:type="dxa" w:w="1814"/>
            <w:shd w:val="clear" w:fill="EFE7D6"/>
          </w:tcPr>
          <w:p>
            <w:r/>
            <w:r>
              <w:rPr>
                <w:rFonts w:ascii="Microsoft JhengHei" w:hAnsi="Microsoft JhengHei" w:eastAsia="Microsoft JhengHei"/>
                <w:b/>
                <w:i w:val="0"/>
                <w:color w:val="222A36"/>
                <w:sz w:val="20"/>
              </w:rPr>
              <w:t>項目</w:t>
            </w:r>
          </w:p>
        </w:tc>
        <w:tc>
          <w:tcPr>
            <w:tcW w:type="dxa" w:w="2494"/>
            <w:shd w:val="clear" w:fill="EFE7D6"/>
          </w:tcPr>
          <w:p>
            <w:r/>
            <w:r>
              <w:rPr>
                <w:rFonts w:ascii="Microsoft JhengHei" w:hAnsi="Microsoft JhengHei" w:eastAsia="Microsoft JhengHei"/>
                <w:b/>
                <w:i w:val="0"/>
                <w:color w:val="222A36"/>
                <w:sz w:val="20"/>
              </w:rPr>
              <w:t>做甚麼</w:t>
            </w:r>
          </w:p>
        </w:tc>
        <w:tc>
          <w:tcPr>
            <w:tcW w:type="dxa" w:w="2268"/>
            <w:shd w:val="clear" w:fill="EFE7D6"/>
          </w:tcPr>
          <w:p>
            <w:r/>
            <w:r>
              <w:rPr>
                <w:rFonts w:ascii="Microsoft JhengHei" w:hAnsi="Microsoft JhengHei" w:eastAsia="Microsoft JhengHei"/>
                <w:b/>
                <w:i w:val="0"/>
                <w:color w:val="222A36"/>
                <w:sz w:val="20"/>
              </w:rPr>
              <w:t>為何</w:t>
            </w:r>
          </w:p>
        </w:tc>
        <w:tc>
          <w:tcPr>
            <w:tcW w:type="dxa" w:w="2041"/>
            <w:shd w:val="clear" w:fill="EFE7D6"/>
          </w:tcPr>
          <w:p>
            <w:r/>
            <w:r>
              <w:rPr>
                <w:rFonts w:ascii="Microsoft JhengHei" w:hAnsi="Microsoft JhengHei" w:eastAsia="Microsoft JhengHei"/>
                <w:b/>
                <w:i w:val="0"/>
                <w:color w:val="222A36"/>
                <w:sz w:val="20"/>
              </w:rPr>
              <w:t>連結</w:t>
            </w:r>
          </w:p>
        </w:tc>
      </w:tr>
      <w:tr>
        <w:tc>
          <w:tcPr>
            <w:tcW w:type="dxa" w:w="907"/>
          </w:tcPr>
          <w:p>
            <w:r/>
            <w:r>
              <w:rPr>
                <w:rFonts w:ascii="Microsoft JhengHei" w:hAnsi="Microsoft JhengHei" w:eastAsia="Microsoft JhengHei"/>
                <w:b w:val="0"/>
                <w:i w:val="0"/>
                <w:color w:val="222A36"/>
                <w:sz w:val="20"/>
              </w:rPr>
              <w:t>第 1 天</w:t>
            </w:r>
          </w:p>
        </w:tc>
        <w:tc>
          <w:tcPr>
            <w:tcW w:type="dxa" w:w="1814"/>
          </w:tcPr>
          <w:p>
            <w:r/>
            <w:r>
              <w:rPr>
                <w:rFonts w:ascii="Microsoft JhengHei" w:hAnsi="Microsoft JhengHei" w:eastAsia="Microsoft JhengHei"/>
                <w:b w:val="0"/>
                <w:i w:val="0"/>
                <w:color w:val="222A36"/>
                <w:sz w:val="20"/>
              </w:rPr>
              <w:t>耶穌是你最真實的朋友</w:t>
            </w:r>
          </w:p>
        </w:tc>
        <w:tc>
          <w:tcPr>
            <w:tcW w:type="dxa" w:w="2494"/>
          </w:tcPr>
          <w:p>
            <w:r/>
            <w:r>
              <w:rPr>
                <w:rFonts w:ascii="Microsoft JhengHei" w:hAnsi="Microsoft JhengHei" w:eastAsia="Microsoft JhengHei"/>
                <w:b w:val="0"/>
                <w:i w:val="0"/>
                <w:color w:val="222A36"/>
                <w:sz w:val="20"/>
              </w:rPr>
              <w:t>開始「耶穌是你最真實的朋友」第一天靈修。</w:t>
            </w:r>
          </w:p>
        </w:tc>
        <w:tc>
          <w:tcPr>
            <w:tcW w:type="dxa" w:w="2268"/>
          </w:tcPr>
          <w:p>
            <w:r/>
            <w:r>
              <w:rPr>
                <w:rFonts w:ascii="Microsoft JhengHei" w:hAnsi="Microsoft JhengHei" w:eastAsia="Microsoft JhengHei"/>
                <w:b w:val="0"/>
                <w:i w:val="0"/>
                <w:color w:val="222A36"/>
                <w:sz w:val="20"/>
              </w:rPr>
              <w:t>延續課堂：耶穌叫撒該的名字，也想做你的朋友。</w:t>
            </w:r>
          </w:p>
        </w:tc>
        <w:tc>
          <w:tcPr>
            <w:tcW w:type="dxa" w:w="2041"/>
          </w:tcPr>
          <w:p>
            <w:r/>
            <w:r>
              <w:rPr>
                <w:rFonts w:ascii="Microsoft JhengHei" w:hAnsi="Microsoft JhengHei" w:eastAsia="Microsoft JhengHei"/>
                <w:b w:val="0"/>
                <w:i w:val="0"/>
                <w:color w:val="222A36"/>
                <w:sz w:val="20"/>
              </w:rPr>
              <w:t>https://app.reclaim2k.org/#go=devote&amp;plan=plan_jesus_friend</w:t>
            </w:r>
          </w:p>
        </w:tc>
      </w:tr>
      <w:tr>
        <w:tc>
          <w:tcPr>
            <w:tcW w:type="dxa" w:w="907"/>
          </w:tcPr>
          <w:p>
            <w:r/>
            <w:r>
              <w:rPr>
                <w:rFonts w:ascii="Microsoft JhengHei" w:hAnsi="Microsoft JhengHei" w:eastAsia="Microsoft JhengHei"/>
                <w:b w:val="0"/>
                <w:i w:val="0"/>
                <w:color w:val="222A36"/>
                <w:sz w:val="20"/>
              </w:rPr>
              <w:t>第 2 天</w:t>
            </w:r>
          </w:p>
        </w:tc>
        <w:tc>
          <w:tcPr>
            <w:tcW w:type="dxa" w:w="1814"/>
          </w:tcPr>
          <w:p>
            <w:r/>
            <w:r>
              <w:rPr>
                <w:rFonts w:ascii="Microsoft JhengHei" w:hAnsi="Microsoft JhengHei" w:eastAsia="Microsoft JhengHei"/>
                <w:b w:val="0"/>
                <w:i w:val="0"/>
                <w:color w:val="222A36"/>
                <w:sz w:val="20"/>
              </w:rPr>
              <w:t>經文記憶</w:t>
            </w:r>
          </w:p>
        </w:tc>
        <w:tc>
          <w:tcPr>
            <w:tcW w:type="dxa" w:w="2494"/>
          </w:tcPr>
          <w:p>
            <w:r/>
            <w:r>
              <w:rPr>
                <w:rFonts w:ascii="Microsoft JhengHei" w:hAnsi="Microsoft JhengHei" w:eastAsia="Microsoft JhengHei"/>
                <w:b w:val="0"/>
                <w:i w:val="0"/>
                <w:color w:val="222A36"/>
                <w:sz w:val="20"/>
              </w:rPr>
              <w:t>在經文記憶加入路加福音 19:5，讀三次。</w:t>
            </w:r>
          </w:p>
        </w:tc>
        <w:tc>
          <w:tcPr>
            <w:tcW w:type="dxa" w:w="2268"/>
          </w:tcPr>
          <w:p>
            <w:r/>
            <w:r>
              <w:rPr>
                <w:rFonts w:ascii="Microsoft JhengHei" w:hAnsi="Microsoft JhengHei" w:eastAsia="Microsoft JhengHei"/>
                <w:b w:val="0"/>
                <w:i w:val="0"/>
                <w:color w:val="222A36"/>
                <w:sz w:val="20"/>
              </w:rPr>
              <w:t>記得耶穌叫撒該名字的一句話。</w:t>
            </w:r>
          </w:p>
        </w:tc>
        <w:tc>
          <w:tcPr>
            <w:tcW w:type="dxa" w:w="2041"/>
          </w:tcPr>
          <w:p>
            <w:r/>
            <w:r>
              <w:rPr>
                <w:rFonts w:ascii="Microsoft JhengHei" w:hAnsi="Microsoft JhengHei" w:eastAsia="Microsoft JhengHei"/>
                <w:b w:val="0"/>
                <w:i w:val="0"/>
                <w:color w:val="222A36"/>
                <w:sz w:val="20"/>
              </w:rPr>
              <w:t>https://app.reclaim2k.org/#go=scripture</w:t>
            </w:r>
          </w:p>
        </w:tc>
      </w:tr>
      <w:tr>
        <w:tc>
          <w:tcPr>
            <w:tcW w:type="dxa" w:w="907"/>
          </w:tcPr>
          <w:p>
            <w:r/>
            <w:r>
              <w:rPr>
                <w:rFonts w:ascii="Microsoft JhengHei" w:hAnsi="Microsoft JhengHei" w:eastAsia="Microsoft JhengHei"/>
                <w:b w:val="0"/>
                <w:i w:val="0"/>
                <w:color w:val="222A36"/>
                <w:sz w:val="20"/>
              </w:rPr>
              <w:t>第 3 天</w:t>
            </w:r>
          </w:p>
        </w:tc>
        <w:tc>
          <w:tcPr>
            <w:tcW w:type="dxa" w:w="1814"/>
          </w:tcPr>
          <w:p>
            <w:r/>
            <w:r>
              <w:rPr>
                <w:rFonts w:ascii="Microsoft JhengHei" w:hAnsi="Microsoft JhengHei" w:eastAsia="Microsoft JhengHei"/>
                <w:b w:val="0"/>
                <w:i w:val="0"/>
                <w:color w:val="222A36"/>
                <w:sz w:val="20"/>
              </w:rPr>
              <w:t>井旁的婦人</w:t>
            </w:r>
          </w:p>
        </w:tc>
        <w:tc>
          <w:tcPr>
            <w:tcW w:type="dxa" w:w="2494"/>
          </w:tcPr>
          <w:p>
            <w:r/>
            <w:r>
              <w:rPr>
                <w:rFonts w:ascii="Microsoft JhengHei" w:hAnsi="Microsoft JhengHei" w:eastAsia="Microsoft JhengHei"/>
                <w:b w:val="0"/>
                <w:i w:val="0"/>
                <w:color w:val="222A36"/>
                <w:sz w:val="20"/>
              </w:rPr>
              <w:t>打開「井旁的婦人」，看看另一個被耶穌完全認識、仍被接納的人。</w:t>
            </w:r>
          </w:p>
        </w:tc>
        <w:tc>
          <w:tcPr>
            <w:tcW w:type="dxa" w:w="2268"/>
          </w:tcPr>
          <w:p>
            <w:r/>
            <w:r>
              <w:rPr>
                <w:rFonts w:ascii="Microsoft JhengHei" w:hAnsi="Microsoft JhengHei" w:eastAsia="Microsoft JhengHei"/>
                <w:b w:val="0"/>
                <w:i w:val="0"/>
                <w:color w:val="222A36"/>
                <w:sz w:val="20"/>
              </w:rPr>
              <w:t>再一次看見耶穌怎樣看被標籤的人。</w:t>
            </w:r>
          </w:p>
        </w:tc>
        <w:tc>
          <w:tcPr>
            <w:tcW w:type="dxa" w:w="2041"/>
          </w:tcPr>
          <w:p>
            <w:r/>
            <w:r>
              <w:rPr>
                <w:rFonts w:ascii="Microsoft JhengHei" w:hAnsi="Microsoft JhengHei" w:eastAsia="Microsoft JhengHei"/>
                <w:b w:val="0"/>
                <w:i w:val="0"/>
                <w:color w:val="222A36"/>
                <w:sz w:val="20"/>
              </w:rPr>
              <w:t>https://reclaim2k.org/woman-at-the-well</w:t>
            </w:r>
          </w:p>
        </w:tc>
      </w:tr>
      <w:tr>
        <w:tc>
          <w:tcPr>
            <w:tcW w:type="dxa" w:w="907"/>
          </w:tcPr>
          <w:p>
            <w:r/>
            <w:r>
              <w:rPr>
                <w:rFonts w:ascii="Microsoft JhengHei" w:hAnsi="Microsoft JhengHei" w:eastAsia="Microsoft JhengHei"/>
                <w:b w:val="0"/>
                <w:i w:val="0"/>
                <w:color w:val="222A36"/>
                <w:sz w:val="20"/>
              </w:rPr>
              <w:t>第 4 天</w:t>
            </w:r>
          </w:p>
        </w:tc>
        <w:tc>
          <w:tcPr>
            <w:tcW w:type="dxa" w:w="1814"/>
          </w:tcPr>
          <w:p>
            <w:r/>
            <w:r>
              <w:rPr>
                <w:rFonts w:ascii="Microsoft JhengHei" w:hAnsi="Microsoft JhengHei" w:eastAsia="Microsoft JhengHei"/>
                <w:b w:val="0"/>
                <w:i w:val="0"/>
                <w:color w:val="222A36"/>
                <w:sz w:val="20"/>
              </w:rPr>
              <w:t>耶穌是你最真實的朋友</w:t>
            </w:r>
          </w:p>
        </w:tc>
        <w:tc>
          <w:tcPr>
            <w:tcW w:type="dxa" w:w="2494"/>
          </w:tcPr>
          <w:p>
            <w:r/>
            <w:r>
              <w:rPr>
                <w:rFonts w:ascii="Microsoft JhengHei" w:hAnsi="Microsoft JhengHei" w:eastAsia="Microsoft JhengHei"/>
                <w:b w:val="0"/>
                <w:i w:val="0"/>
                <w:color w:val="222A36"/>
                <w:sz w:val="20"/>
              </w:rPr>
              <w:t>繼續「耶穌是你最真實的朋友」靈修。</w:t>
            </w:r>
          </w:p>
        </w:tc>
        <w:tc>
          <w:tcPr>
            <w:tcW w:type="dxa" w:w="2268"/>
          </w:tcPr>
          <w:p>
            <w:r/>
            <w:r>
              <w:rPr>
                <w:rFonts w:ascii="Microsoft JhengHei" w:hAnsi="Microsoft JhengHei" w:eastAsia="Microsoft JhengHei"/>
                <w:b w:val="0"/>
                <w:i w:val="0"/>
                <w:color w:val="222A36"/>
                <w:sz w:val="20"/>
              </w:rPr>
              <w:t>每天三分鐘與耶穌朋友說話。</w:t>
            </w:r>
          </w:p>
        </w:tc>
        <w:tc>
          <w:tcPr>
            <w:tcW w:type="dxa" w:w="2041"/>
          </w:tcPr>
          <w:p>
            <w:r/>
            <w:r>
              <w:rPr>
                <w:rFonts w:ascii="Microsoft JhengHei" w:hAnsi="Microsoft JhengHei" w:eastAsia="Microsoft JhengHei"/>
                <w:b w:val="0"/>
                <w:i w:val="0"/>
                <w:color w:val="222A36"/>
                <w:sz w:val="20"/>
              </w:rPr>
              <w:t>https://app.reclaim2k.org/#go=devote&amp;plan=plan_jesus_friend</w:t>
            </w:r>
          </w:p>
        </w:tc>
      </w:tr>
      <w:tr>
        <w:tc>
          <w:tcPr>
            <w:tcW w:type="dxa" w:w="907"/>
          </w:tcPr>
          <w:p>
            <w:r/>
            <w:r>
              <w:rPr>
                <w:rFonts w:ascii="Microsoft JhengHei" w:hAnsi="Microsoft JhengHei" w:eastAsia="Microsoft JhengHei"/>
                <w:b w:val="0"/>
                <w:i w:val="0"/>
                <w:color w:val="222A36"/>
                <w:sz w:val="20"/>
              </w:rPr>
              <w:t>第 5 天</w:t>
            </w:r>
          </w:p>
        </w:tc>
        <w:tc>
          <w:tcPr>
            <w:tcW w:type="dxa" w:w="1814"/>
          </w:tcPr>
          <w:p>
            <w:r/>
            <w:r>
              <w:rPr>
                <w:rFonts w:ascii="Microsoft JhengHei" w:hAnsi="Microsoft JhengHei" w:eastAsia="Microsoft JhengHei"/>
                <w:b w:val="0"/>
                <w:i w:val="0"/>
                <w:color w:val="222A36"/>
                <w:sz w:val="20"/>
              </w:rPr>
              <w:t>專注時段賺取 HFC（數字健康）；內有敬拜音樂播放清單</w:t>
            </w:r>
          </w:p>
        </w:tc>
        <w:tc>
          <w:tcPr>
            <w:tcW w:type="dxa" w:w="2494"/>
          </w:tcPr>
          <w:p>
            <w:r/>
            <w:r>
              <w:rPr>
                <w:rFonts w:ascii="Microsoft JhengHei" w:hAnsi="Microsoft JhengHei" w:eastAsia="Microsoft JhengHei"/>
                <w:b w:val="0"/>
                <w:i w:val="0"/>
                <w:color w:val="222A36"/>
                <w:sz w:val="20"/>
              </w:rPr>
              <w:t>開一個 15 分鐘專注時段，休息時聽一首敬拜歌。</w:t>
            </w:r>
          </w:p>
        </w:tc>
        <w:tc>
          <w:tcPr>
            <w:tcW w:type="dxa" w:w="2268"/>
          </w:tcPr>
          <w:p>
            <w:r/>
            <w:r>
              <w:rPr>
                <w:rFonts w:ascii="Microsoft JhengHei" w:hAnsi="Microsoft JhengHei" w:eastAsia="Microsoft JhengHei"/>
                <w:b w:val="0"/>
                <w:i w:val="0"/>
                <w:color w:val="222A36"/>
                <w:sz w:val="20"/>
              </w:rPr>
              <w:t>放下手機的評價，聽耶穌的聲音。</w:t>
            </w:r>
          </w:p>
        </w:tc>
        <w:tc>
          <w:tcPr>
            <w:tcW w:type="dxa" w:w="2041"/>
          </w:tcPr>
          <w:p>
            <w:r/>
            <w:r>
              <w:rPr>
                <w:rFonts w:ascii="Microsoft JhengHei" w:hAnsi="Microsoft JhengHei" w:eastAsia="Microsoft JhengHei"/>
                <w:b w:val="0"/>
                <w:i w:val="0"/>
                <w:color w:val="222A36"/>
                <w:sz w:val="20"/>
              </w:rPr>
              <w:t>https://app.reclaim2k.org/#go=focus</w:t>
            </w:r>
          </w:p>
        </w:tc>
      </w:tr>
      <w:tr>
        <w:tc>
          <w:tcPr>
            <w:tcW w:type="dxa" w:w="907"/>
          </w:tcPr>
          <w:p>
            <w:r/>
            <w:r>
              <w:rPr>
                <w:rFonts w:ascii="Microsoft JhengHei" w:hAnsi="Microsoft JhengHei" w:eastAsia="Microsoft JhengHei"/>
                <w:b w:val="0"/>
                <w:i w:val="0"/>
                <w:color w:val="222A36"/>
                <w:sz w:val="20"/>
              </w:rPr>
              <w:t>第 6 天</w:t>
            </w:r>
          </w:p>
        </w:tc>
        <w:tc>
          <w:tcPr>
            <w:tcW w:type="dxa" w:w="1814"/>
          </w:tcPr>
          <w:p>
            <w:r/>
            <w:r>
              <w:rPr>
                <w:rFonts w:ascii="Microsoft JhengHei" w:hAnsi="Microsoft JhengHei" w:eastAsia="Microsoft JhengHei"/>
                <w:b w:val="0"/>
                <w:i w:val="0"/>
                <w:color w:val="222A36"/>
                <w:sz w:val="20"/>
              </w:rPr>
              <w:t>耶穌是你最真實的朋友</w:t>
            </w:r>
          </w:p>
        </w:tc>
        <w:tc>
          <w:tcPr>
            <w:tcW w:type="dxa" w:w="2494"/>
          </w:tcPr>
          <w:p>
            <w:r/>
            <w:r>
              <w:rPr>
                <w:rFonts w:ascii="Microsoft JhengHei" w:hAnsi="Microsoft JhengHei" w:eastAsia="Microsoft JhengHei"/>
                <w:b w:val="0"/>
                <w:i w:val="0"/>
                <w:color w:val="222A36"/>
                <w:sz w:val="20"/>
              </w:rPr>
              <w:t>繼續靈修，並完成十字架尋寶卡上的一題。</w:t>
            </w:r>
          </w:p>
        </w:tc>
        <w:tc>
          <w:tcPr>
            <w:tcW w:type="dxa" w:w="2268"/>
          </w:tcPr>
          <w:p>
            <w:r/>
            <w:r>
              <w:rPr>
                <w:rFonts w:ascii="Microsoft JhengHei" w:hAnsi="Microsoft JhengHei" w:eastAsia="Microsoft JhengHei"/>
                <w:b w:val="0"/>
                <w:i w:val="0"/>
                <w:color w:val="222A36"/>
                <w:sz w:val="20"/>
              </w:rPr>
              <w:t>為第二課「十字架上的答案」作準備。</w:t>
            </w:r>
          </w:p>
        </w:tc>
        <w:tc>
          <w:tcPr>
            <w:tcW w:type="dxa" w:w="2041"/>
          </w:tcPr>
          <w:p>
            <w:r/>
            <w:r>
              <w:rPr>
                <w:rFonts w:ascii="Microsoft JhengHei" w:hAnsi="Microsoft JhengHei" w:eastAsia="Microsoft JhengHei"/>
                <w:b w:val="0"/>
                <w:i w:val="0"/>
                <w:color w:val="222A36"/>
                <w:sz w:val="20"/>
              </w:rPr>
              <w:t>https://app.reclaim2k.org/#go=devote&amp;plan=plan_jesus_friend</w:t>
            </w:r>
          </w:p>
        </w:tc>
      </w:tr>
      <w:tr>
        <w:tc>
          <w:tcPr>
            <w:tcW w:type="dxa" w:w="907"/>
          </w:tcPr>
          <w:p>
            <w:r/>
            <w:r>
              <w:rPr>
                <w:rFonts w:ascii="Microsoft JhengHei" w:hAnsi="Microsoft JhengHei" w:eastAsia="Microsoft JhengHei"/>
                <w:b w:val="0"/>
                <w:i w:val="0"/>
                <w:color w:val="222A36"/>
                <w:sz w:val="20"/>
              </w:rPr>
              <w:t>第 7 天</w:t>
            </w:r>
          </w:p>
        </w:tc>
        <w:tc>
          <w:tcPr>
            <w:tcW w:type="dxa" w:w="1814"/>
          </w:tcPr>
          <w:p>
            <w:r/>
            <w:r>
              <w:rPr>
                <w:rFonts w:ascii="Microsoft JhengHei" w:hAnsi="Microsoft JhengHei" w:eastAsia="Microsoft JhengHei"/>
                <w:b w:val="0"/>
                <w:i w:val="0"/>
                <w:color w:val="222A36"/>
                <w:sz w:val="20"/>
              </w:rPr>
              <w:t>靈修（每日靈修計劃、徽章）</w:t>
            </w:r>
          </w:p>
        </w:tc>
        <w:tc>
          <w:tcPr>
            <w:tcW w:type="dxa" w:w="2494"/>
          </w:tcPr>
          <w:p>
            <w:r/>
            <w:r>
              <w:rPr>
                <w:rFonts w:ascii="Microsoft JhengHei" w:hAnsi="Microsoft JhengHei" w:eastAsia="Microsoft JhengHei"/>
                <w:b w:val="0"/>
                <w:i w:val="0"/>
                <w:color w:val="222A36"/>
                <w:sz w:val="20"/>
              </w:rPr>
              <w:t>回看這星期的改變卡，向耶穌說一句感謝。</w:t>
            </w:r>
          </w:p>
        </w:tc>
        <w:tc>
          <w:tcPr>
            <w:tcW w:type="dxa" w:w="2268"/>
          </w:tcPr>
          <w:p>
            <w:r/>
            <w:r>
              <w:rPr>
                <w:rFonts w:ascii="Microsoft JhengHei" w:hAnsi="Microsoft JhengHei" w:eastAsia="Microsoft JhengHei"/>
                <w:b w:val="0"/>
                <w:i w:val="0"/>
                <w:color w:val="222A36"/>
                <w:sz w:val="20"/>
              </w:rPr>
              <w:t>看見耶穌這星期怎樣進到你的生活。</w:t>
            </w:r>
          </w:p>
        </w:tc>
        <w:tc>
          <w:tcPr>
            <w:tcW w:type="dxa" w:w="2041"/>
          </w:tcPr>
          <w:p>
            <w:r/>
            <w:r>
              <w:rPr>
                <w:rFonts w:ascii="Microsoft JhengHei" w:hAnsi="Microsoft JhengHei" w:eastAsia="Microsoft JhengHei"/>
                <w:b w:val="0"/>
                <w:i w:val="0"/>
                <w:color w:val="222A36"/>
                <w:sz w:val="20"/>
              </w:rPr>
              <w:t>https://app.reclaim2k.org/#go=devote</w:t>
            </w:r>
          </w:p>
        </w:tc>
      </w:tr>
    </w:tbl>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可直接貼到 WhatsApp／Google Classroom 的課後提示</w:t>
            </w:r>
          </w:p>
          <w:p>
            <w:r>
              <w:rPr>
                <w:rFonts w:ascii="Microsoft JhengHei" w:hAnsi="Microsoft JhengHei" w:eastAsia="Microsoft JhengHei"/>
                <w:b w:val="0"/>
                <w:i w:val="0"/>
                <w:color w:val="222A36"/>
                <w:sz w:val="22"/>
              </w:rPr>
              <w:t>這星期不用交功課。如果你願意，每天找三分鐘像對朋友一樣告訴耶穌一件事，也可以在 Reclaim2K App 開始「耶穌是你最真實的朋友」靈修。十字架尋寶卡每天一題，下一課我們一起揭曉。如有需要，隨時找老師或社工傾談。</w:t>
            </w:r>
          </w:p>
        </w:tc>
      </w:tr>
    </w:tbl>
    <w:p/>
    <w:p>
      <w:pPr>
        <w:spacing w:after="80"/>
      </w:pPr>
      <w:r>
        <w:rPr>
          <w:rFonts w:ascii="Microsoft JhengHei" w:hAnsi="Microsoft JhengHei" w:eastAsia="Microsoft JhengHei"/>
          <w:b w:val="0"/>
          <w:i w:val="0"/>
          <w:color w:val="222A36"/>
          <w:sz w:val="22"/>
        </w:rPr>
        <w:t>下一課跟進：第二課開首用三分鐘，邀請自願的同學分享一條尋寶答案或一件小改變；不檢查、不追問，直接帶入「十字架上的答案」。</w:t>
      </w:r>
    </w:p>
    <w:p>
      <w:pPr>
        <w:spacing w:after="80"/>
      </w:pPr>
      <w:r>
        <w:rPr>
          <w:rFonts w:ascii="Microsoft JhengHei" w:hAnsi="Microsoft JhengHei" w:eastAsia="Microsoft JhengHei"/>
          <w:b w:val="0"/>
          <w:i w:val="0"/>
          <w:color w:val="222A36"/>
          <w:sz w:val="22"/>
        </w:rPr>
        <w:t>給家長：本課以撒該的故事，讓同學明白耶穌看重每一個人，不以成績或標籤評價人。孩子這星期可能會做一件小改變，例如向家人說謝謝，歡迎家長多鼓勵。</w:t>
      </w:r>
    </w:p>
    <w:p>
      <w:r>
        <w:br w:type="page"/>
      </w:r>
    </w:p>
    <w:p>
      <w:pPr>
        <w:spacing w:after="120" w:before="0"/>
      </w:pPr>
      <w:r>
        <w:rPr>
          <w:rFonts w:ascii="Microsoft JhengHei" w:hAnsi="Microsoft JhengHei" w:eastAsia="Microsoft JhengHei"/>
          <w:b/>
          <w:i w:val="0"/>
          <w:color w:val="A86B1F"/>
          <w:sz w:val="44"/>
        </w:rPr>
        <w:t>學生工作紙：誰在看我？爬上桑樹，找到耶穌眼中的我</w:t>
      </w:r>
    </w:p>
    <w:p>
      <w:pPr>
        <w:spacing w:after="80"/>
      </w:pPr>
      <w:r>
        <w:rPr>
          <w:rFonts w:ascii="Microsoft JhengHei" w:hAnsi="Microsoft JhengHei" w:eastAsia="Microsoft JhengHei"/>
          <w:b w:val="0"/>
          <w:i w:val="0"/>
          <w:color w:val="6B7280"/>
          <w:sz w:val="20"/>
        </w:rPr>
        <w:t>姓名：＿＿＿＿＿＿　班別：＿＿＿＿　（這張工作紙只供你自己反思，可以不交給任何人）</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19:5（和合本 (CUV, public domain)）</w:t>
            </w:r>
          </w:p>
          <w:p>
            <w:r>
              <w:rPr>
                <w:rFonts w:ascii="Microsoft JhengHei" w:hAnsi="Microsoft JhengHei" w:eastAsia="Microsoft JhengHei"/>
                <w:b w:val="0"/>
                <w:i w:val="0"/>
                <w:color w:val="222A36"/>
                <w:sz w:val="22"/>
              </w:rPr>
              <w:t>耶穌到了那裡，抬頭一看，對他說：「撒該，快下來！今天我必住在你家裡。」</w:t>
            </w:r>
          </w:p>
          <w:p>
            <w:r>
              <w:rPr>
                <w:rFonts w:ascii="Microsoft JhengHei" w:hAnsi="Microsoft JhengHei" w:eastAsia="Microsoft JhengHei"/>
                <w:b w:val="0"/>
                <w:i w:val="0"/>
                <w:color w:val="222A36"/>
                <w:sz w:val="22"/>
              </w:rPr>
              <w:t>Luke 19:5 (WEB): When Jesus came to the place, he looked up and saw him, and said to him, "Zacchaeus, hurry and come down, for today I must stay at your house."</w:t>
            </w:r>
          </w:p>
        </w:tc>
      </w:tr>
    </w:tbl>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祂是誰？</w:t>
            </w:r>
          </w:p>
          <w:p>
            <w:r>
              <w:rPr>
                <w:rFonts w:ascii="Microsoft JhengHei" w:hAnsi="Microsoft JhengHei" w:eastAsia="Microsoft JhengHei"/>
                <w:b w:val="0"/>
                <w:i w:val="0"/>
                <w:color w:val="222A36"/>
                <w:sz w:val="22"/>
              </w:rPr>
              <w:t>耶穌是來尋找、拯救失喪的人的主；祂是創造我們的神，叫出撒該的名字，也知道我的名字。〔路加福音 19:10〕</w:t>
            </w:r>
          </w:p>
        </w:tc>
      </w:tr>
    </w:tbl>
    <w:p/>
    <w:p>
      <w:pPr>
        <w:spacing w:after="40"/>
      </w:pPr>
      <w:r>
        <w:rPr>
          <w:rFonts w:ascii="Microsoft JhengHei" w:hAnsi="Microsoft JhengHei" w:eastAsia="Microsoft JhengHei"/>
          <w:b/>
          <w:i w:val="0"/>
          <w:color w:val="222A36"/>
          <w:sz w:val="22"/>
        </w:rPr>
        <w:t>1. 你最希望爸媽、朋友或老師知道你的哪一面？（可以只在心裏想）</w:t>
      </w:r>
    </w:p>
    <w:p>
      <w:pPr>
        <w:spacing w:after="40"/>
      </w:pPr>
      <w:r>
        <w:rPr>
          <w:rFonts w:ascii="Microsoft JhengHei" w:hAnsi="Microsoft JhengHei" w:eastAsia="Microsoft JhengHei"/>
          <w:b w:val="0"/>
          <w:i w:val="0"/>
          <w:color w:val="6B7280"/>
          <w:sz w:val="22"/>
        </w:rPr>
        <w:t>＿＿＿＿＿＿＿＿＿＿＿＿＿＿＿＿＿＿＿＿＿＿＿＿＿＿＿＿＿＿＿＿＿＿＿＿＿＿＿＿</w:t>
      </w:r>
    </w:p>
    <w:p>
      <w:pPr>
        <w:spacing w:after="160"/>
      </w:pPr>
      <w:r>
        <w:rPr>
          <w:rFonts w:ascii="Microsoft JhengHei" w:hAnsi="Microsoft JhengHei" w:eastAsia="Microsoft JhengHei"/>
          <w:b w:val="0"/>
          <w:i w:val="0"/>
          <w:color w:val="6B7280"/>
          <w:sz w:val="22"/>
        </w:rPr>
        <w:t>＿＿＿＿＿＿＿＿＿＿＿＿＿＿＿＿＿＿＿＿＿＿＿＿＿＿＿＿＿＿＿＿＿＿＿＿＿＿＿＿</w:t>
      </w:r>
    </w:p>
    <w:p>
      <w:pPr>
        <w:spacing w:after="40"/>
      </w:pPr>
      <w:r>
        <w:rPr>
          <w:rFonts w:ascii="Microsoft JhengHei" w:hAnsi="Microsoft JhengHei" w:eastAsia="Microsoft JhengHei"/>
          <w:b/>
          <w:i w:val="0"/>
          <w:color w:val="222A36"/>
          <w:sz w:val="22"/>
        </w:rPr>
        <w:t>2. 撒該為甚麼要爬上樹？如果是你，你會爬嗎？</w:t>
      </w:r>
    </w:p>
    <w:p>
      <w:pPr>
        <w:spacing w:after="40"/>
      </w:pPr>
      <w:r>
        <w:rPr>
          <w:rFonts w:ascii="Microsoft JhengHei" w:hAnsi="Microsoft JhengHei" w:eastAsia="Microsoft JhengHei"/>
          <w:b w:val="0"/>
          <w:i w:val="0"/>
          <w:color w:val="6B7280"/>
          <w:sz w:val="22"/>
        </w:rPr>
        <w:t>＿＿＿＿＿＿＿＿＿＿＿＿＿＿＿＿＿＿＿＿＿＿＿＿＿＿＿＿＿＿＿＿＿＿＿＿＿＿＿＿</w:t>
      </w:r>
    </w:p>
    <w:p>
      <w:pPr>
        <w:spacing w:after="160"/>
      </w:pPr>
      <w:r>
        <w:rPr>
          <w:rFonts w:ascii="Microsoft JhengHei" w:hAnsi="Microsoft JhengHei" w:eastAsia="Microsoft JhengHei"/>
          <w:b w:val="0"/>
          <w:i w:val="0"/>
          <w:color w:val="6B7280"/>
          <w:sz w:val="22"/>
        </w:rPr>
        <w:t>＿＿＿＿＿＿＿＿＿＿＿＿＿＿＿＿＿＿＿＿＿＿＿＿＿＿＿＿＿＿＿＿＿＿＿＿＿＿＿＿</w:t>
      </w:r>
    </w:p>
    <w:p>
      <w:pPr>
        <w:spacing w:after="40"/>
      </w:pPr>
      <w:r>
        <w:rPr>
          <w:rFonts w:ascii="Microsoft JhengHei" w:hAnsi="Microsoft JhengHei" w:eastAsia="Microsoft JhengHei"/>
          <w:b/>
          <w:i w:val="0"/>
          <w:color w:val="222A36"/>
          <w:sz w:val="22"/>
        </w:rPr>
        <w:t>3. 耶穌叫出撒該名字的一刻，撒該心裏會想甚麼？</w:t>
      </w:r>
    </w:p>
    <w:p>
      <w:pPr>
        <w:spacing w:after="40"/>
      </w:pPr>
      <w:r>
        <w:rPr>
          <w:rFonts w:ascii="Microsoft JhengHei" w:hAnsi="Microsoft JhengHei" w:eastAsia="Microsoft JhengHei"/>
          <w:b w:val="0"/>
          <w:i w:val="0"/>
          <w:color w:val="6B7280"/>
          <w:sz w:val="22"/>
        </w:rPr>
        <w:t>＿＿＿＿＿＿＿＿＿＿＿＿＿＿＿＿＿＿＿＿＿＿＿＿＿＿＿＿＿＿＿＿＿＿＿＿＿＿＿＿</w:t>
      </w:r>
    </w:p>
    <w:p>
      <w:pPr>
        <w:spacing w:after="160"/>
      </w:pPr>
      <w:r>
        <w:rPr>
          <w:rFonts w:ascii="Microsoft JhengHei" w:hAnsi="Microsoft JhengHei" w:eastAsia="Microsoft JhengHei"/>
          <w:b w:val="0"/>
          <w:i w:val="0"/>
          <w:color w:val="6B7280"/>
          <w:sz w:val="22"/>
        </w:rPr>
        <w:t>＿＿＿＿＿＿＿＿＿＿＿＿＿＿＿＿＿＿＿＿＿＿＿＿＿＿＿＿＿＿＿＿＿＿＿＿＿＿＿＿</w:t>
      </w:r>
    </w:p>
    <w:p>
      <w:pPr>
        <w:spacing w:after="80"/>
      </w:pPr>
      <w:r>
        <w:rPr>
          <w:rFonts w:ascii="Microsoft JhengHei" w:hAnsi="Microsoft JhengHei" w:eastAsia="Microsoft JhengHei"/>
          <w:b/>
          <w:i w:val="0"/>
          <w:color w:val="222A36"/>
          <w:sz w:val="22"/>
        </w:rPr>
        <w:t>我這星期選擇的一小步（可選一項）：</w:t>
      </w:r>
    </w:p>
    <w:p>
      <w:pPr>
        <w:spacing w:after="40"/>
      </w:pPr>
      <w:r>
        <w:rPr>
          <w:rFonts w:ascii="Microsoft JhengHei" w:hAnsi="Microsoft JhengHei" w:eastAsia="Microsoft JhengHei"/>
          <w:b w:val="0"/>
          <w:i w:val="0"/>
          <w:color w:val="222A36"/>
          <w:sz w:val="22"/>
        </w:rPr>
        <w:t>□ 這星期試一次：在心裏問耶穌「你真的知道我的名字嗎？」</w:t>
      </w:r>
    </w:p>
    <w:p>
      <w:pPr>
        <w:spacing w:after="40"/>
      </w:pPr>
      <w:r>
        <w:rPr>
          <w:rFonts w:ascii="Microsoft JhengHei" w:hAnsi="Microsoft JhengHei" w:eastAsia="Microsoft JhengHei"/>
          <w:b w:val="0"/>
          <w:i w:val="0"/>
          <w:color w:val="222A36"/>
          <w:sz w:val="22"/>
        </w:rPr>
        <w:t>□ 讀路加福音 19:1-10 一次，圈出耶穌主動做的三件事。</w:t>
      </w:r>
    </w:p>
    <w:p>
      <w:pPr>
        <w:spacing w:after="40"/>
      </w:pPr>
      <w:r>
        <w:rPr>
          <w:rFonts w:ascii="Microsoft JhengHei" w:hAnsi="Microsoft JhengHei" w:eastAsia="Microsoft JhengHei"/>
          <w:b w:val="0"/>
          <w:i w:val="0"/>
          <w:color w:val="222A36"/>
          <w:sz w:val="22"/>
        </w:rPr>
        <w:t>□ 每天三分鐘與耶穌朋友說話。</w:t>
      </w:r>
    </w:p>
    <w:p>
      <w:pPr>
        <w:spacing w:after="40"/>
      </w:pPr>
      <w:r>
        <w:rPr>
          <w:rFonts w:ascii="Microsoft JhengHei" w:hAnsi="Microsoft JhengHei" w:eastAsia="Microsoft JhengHei"/>
          <w:b w:val="0"/>
          <w:i w:val="0"/>
          <w:color w:val="222A36"/>
          <w:sz w:val="22"/>
        </w:rPr>
        <w:t>□ 在小卡上畫一棵樹和一個人，代表「我想看看耶穌」，放在書包裏。</w:t>
      </w:r>
    </w:p>
    <w:p>
      <w:pPr>
        <w:spacing w:after="40"/>
      </w:pPr>
      <w:r>
        <w:rPr>
          <w:rFonts w:ascii="Microsoft JhengHei" w:hAnsi="Microsoft JhengHei" w:eastAsia="Microsoft JhengHei"/>
          <w:b w:val="0"/>
          <w:i w:val="0"/>
          <w:color w:val="222A36"/>
          <w:sz w:val="22"/>
        </w:rPr>
        <w:t>□ 像撒該一樣做一件很小的改變：向家人說一句謝謝，或幫一位同學一次。</w:t>
      </w:r>
    </w:p>
    <w:tbl>
      <w:tblPr>
        <w:tblStyle w:val="TableGrid"/>
        <w:tblW w:type="auto" w:w="0"/>
        <w:tblLook w:firstColumn="1" w:firstRow="1" w:lastColumn="0" w:lastRow="0" w:noHBand="0" w:noVBand="1" w:val="04A0"/>
      </w:tblPr>
      <w:tblGrid>
        <w:gridCol w:w="9972"/>
      </w:tblGrid>
      <w:tr>
        <w:tc>
          <w:tcPr>
            <w:tcW w:type="dxa" w:w="9972"/>
            <w:shd w:val="clear" w:fill="FBF6E4"/>
          </w:tcPr>
          <w:p>
            <w:r/>
            <w:r>
              <w:rPr>
                <w:rFonts w:ascii="Microsoft JhengHei" w:hAnsi="Microsoft JhengHei" w:eastAsia="Microsoft JhengHei"/>
                <w:b/>
                <w:i w:val="0"/>
                <w:color w:val="A86B1F"/>
                <w:sz w:val="22"/>
              </w:rPr>
              <w:t>🙏 我的禱告</w:t>
            </w:r>
          </w:p>
          <w:p>
            <w:r>
              <w:rPr>
                <w:rFonts w:ascii="Microsoft JhengHei" w:hAnsi="Microsoft JhengHei" w:eastAsia="Microsoft JhengHei"/>
                <w:b w:val="0"/>
                <w:i w:val="0"/>
                <w:color w:val="222A36"/>
                <w:sz w:val="22"/>
              </w:rPr>
              <w:t>耶穌，你知道我的名字。我想告訴你……</w:t>
            </w:r>
          </w:p>
          <w:p>
            <w:r>
              <w:rPr>
                <w:rFonts w:ascii="Microsoft JhengHei" w:hAnsi="Microsoft JhengHei" w:eastAsia="Microsoft JhengHei"/>
                <w:b w:val="0"/>
                <w:i w:val="0"/>
                <w:color w:val="222A36"/>
                <w:sz w:val="22"/>
              </w:rPr>
              <w:t>＿＿＿＿＿＿＿＿＿＿＿＿＿＿＿＿＿＿＿＿＿＿＿＿＿＿＿＿＿＿＿＿＿＿＿＿</w:t>
            </w:r>
          </w:p>
          <w:p>
            <w:r>
              <w:rPr>
                <w:rFonts w:ascii="Microsoft JhengHei" w:hAnsi="Microsoft JhengHei" w:eastAsia="Microsoft JhengHei"/>
                <w:b w:val="0"/>
                <w:i w:val="0"/>
                <w:color w:val="222A36"/>
                <w:sz w:val="22"/>
              </w:rPr>
              <w:t>＿＿＿＿＿＿＿＿＿＿＿＿＿＿＿＿＿＿＿＿＿＿＿＿＿＿＿＿＿＿＿＿＿＿＿＿</w:t>
            </w:r>
          </w:p>
          <w:p>
            <w:r>
              <w:rPr>
                <w:rFonts w:ascii="Microsoft JhengHei" w:hAnsi="Microsoft JhengHei" w:eastAsia="Microsoft JhengHei"/>
                <w:b w:val="0"/>
                <w:i w:val="0"/>
                <w:color w:val="222A36"/>
                <w:sz w:val="22"/>
              </w:rPr>
              <w:t>＿＿＿＿＿＿＿＿＿＿＿＿＿＿＿＿＿＿＿＿＿＿＿＿＿＿＿＿＿＿＿＿＿＿＿＿</w:t>
            </w:r>
          </w:p>
        </w:tc>
      </w:tr>
    </w:tbl>
    <w:p/>
    <w:p>
      <w:pPr>
        <w:spacing w:after="80"/>
      </w:pPr>
      <w:r>
        <w:rPr>
          <w:rFonts w:ascii="Microsoft JhengHei" w:hAnsi="Microsoft JhengHei" w:eastAsia="Microsoft JhengHei"/>
          <w:b w:val="0"/>
          <w:i/>
          <w:color w:val="222A36"/>
          <w:sz w:val="20"/>
        </w:rPr>
        <w:t>如果你不肯定：耶穌，我不肯定你是誰，但我像撒該一樣，想看看你是怎樣的。</w:t>
      </w:r>
    </w:p>
    <w:p>
      <w:r>
        <w:br w:type="page"/>
      </w:r>
    </w:p>
    <w:p>
      <w:pPr>
        <w:spacing w:after="120" w:before="240"/>
      </w:pPr>
      <w:r>
        <w:rPr>
          <w:rFonts w:ascii="Microsoft JhengHei" w:hAnsi="Microsoft JhengHei" w:eastAsia="Microsoft JhengHei"/>
          <w:b/>
          <w:i w:val="0"/>
          <w:color w:val="A86B1F"/>
          <w:sz w:val="32"/>
        </w:rPr>
        <w:t>附錄 A　經文（由 FHL 聖經 API 核實，非 AI 生成）</w:t>
      </w:r>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加拉太書 2:20（和合本 (CUV, public domain)）</w:t>
            </w:r>
          </w:p>
          <w:p>
            <w:r>
              <w:rPr>
                <w:rFonts w:ascii="Microsoft JhengHei" w:hAnsi="Microsoft JhengHei" w:eastAsia="Microsoft JhengHei"/>
                <w:b w:val="0"/>
                <w:i w:val="0"/>
                <w:color w:val="222A36"/>
                <w:sz w:val="22"/>
              </w:rPr>
              <w:t>我已經與基督同釘十字架，現在活著的不再是我，乃是基督在我裡面活著；並且我如今在肉身活著，是因信 神的兒子而活；他是愛我，為我捨己。</w:t>
            </w:r>
          </w:p>
          <w:p>
            <w:r>
              <w:rPr>
                <w:rFonts w:ascii="Microsoft JhengHei" w:hAnsi="Microsoft JhengHei" w:eastAsia="Microsoft JhengHei"/>
                <w:b w:val="0"/>
                <w:i w:val="0"/>
                <w:color w:val="222A36"/>
                <w:sz w:val="22"/>
              </w:rPr>
              <w:t>Galatians 2:20 (WEB): I have been crucified with Christ, and it is no longer I that live, but Christ living in me. That life which I now live in the flesh, I live by faith in the Son of God, who loved me, and gave himself up for me.</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羅馬書 5:8（和合本 (CUV, public domain)）</w:t>
            </w:r>
          </w:p>
          <w:p>
            <w:r>
              <w:rPr>
                <w:rFonts w:ascii="Microsoft JhengHei" w:hAnsi="Microsoft JhengHei" w:eastAsia="Microsoft JhengHei"/>
                <w:b w:val="0"/>
                <w:i w:val="0"/>
                <w:color w:val="222A36"/>
                <w:sz w:val="22"/>
              </w:rPr>
              <w:t>惟有基督在我們還作罪人的時候為我們死， 神的愛就在此向我們顯明了。</w:t>
            </w:r>
          </w:p>
          <w:p>
            <w:r>
              <w:rPr>
                <w:rFonts w:ascii="Microsoft JhengHei" w:hAnsi="Microsoft JhengHei" w:eastAsia="Microsoft JhengHei"/>
                <w:b w:val="0"/>
                <w:i w:val="0"/>
                <w:color w:val="222A36"/>
                <w:sz w:val="22"/>
              </w:rPr>
              <w:t>Romans 5:8 (WEB): But God commends his own love toward us, in that while we were yet sinners, Christ died for us.</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馬太福音 10:29-31（和合本 (CUV, public domain)）</w:t>
            </w:r>
          </w:p>
          <w:p>
            <w:r>
              <w:rPr>
                <w:rFonts w:ascii="Microsoft JhengHei" w:hAnsi="Microsoft JhengHei" w:eastAsia="Microsoft JhengHei"/>
                <w:b w:val="0"/>
                <w:i w:val="0"/>
                <w:color w:val="222A36"/>
                <w:sz w:val="22"/>
              </w:rPr>
              <w:t>29兩個麻雀不是賣一分銀子嗎？若是你們的父不許，一個也不能掉在地上； 30就是你們的頭髮也都被數過了。 31所以，不要懼怕，你們比許多麻雀還貴重！」</w:t>
            </w:r>
          </w:p>
          <w:p>
            <w:r>
              <w:rPr>
                <w:rFonts w:ascii="Microsoft JhengHei" w:hAnsi="Microsoft JhengHei" w:eastAsia="Microsoft JhengHei"/>
                <w:b w:val="0"/>
                <w:i w:val="0"/>
                <w:color w:val="222A36"/>
                <w:sz w:val="22"/>
              </w:rPr>
              <w:t>Matthew 10:29-31 (WEB): 29 "Aren't two sparrows sold for an assarion ? Not one of them falls on the ground apart from your Father's will, 30 but the very hairs of your head are all numbered. 31 Therefore don't be afraid. You are of more value than many sparrows.</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彼得前書 5:7（和合本 (CUV, public domain)）</w:t>
            </w:r>
          </w:p>
          <w:p>
            <w:r>
              <w:rPr>
                <w:rFonts w:ascii="Microsoft JhengHei" w:hAnsi="Microsoft JhengHei" w:eastAsia="Microsoft JhengHei"/>
                <w:b w:val="0"/>
                <w:i w:val="0"/>
                <w:color w:val="222A36"/>
                <w:sz w:val="22"/>
              </w:rPr>
              <w:t>你們要將一切的憂慮卸給 神，因為他顧念你們。</w:t>
            </w:r>
          </w:p>
          <w:p>
            <w:r>
              <w:rPr>
                <w:rFonts w:ascii="Microsoft JhengHei" w:hAnsi="Microsoft JhengHei" w:eastAsia="Microsoft JhengHei"/>
                <w:b w:val="0"/>
                <w:i w:val="0"/>
                <w:color w:val="222A36"/>
                <w:sz w:val="22"/>
              </w:rPr>
              <w:t>1 Peter 5:7 (WEB): casting all your worries on him, because he cares for you.</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詩篇 34:8（和合本 (CUV, public domain)）</w:t>
            </w:r>
          </w:p>
          <w:p>
            <w:r>
              <w:rPr>
                <w:rFonts w:ascii="Microsoft JhengHei" w:hAnsi="Microsoft JhengHei" w:eastAsia="Microsoft JhengHei"/>
                <w:b w:val="0"/>
                <w:i w:val="0"/>
                <w:color w:val="222A36"/>
                <w:sz w:val="22"/>
              </w:rPr>
              <w:t>你們要嘗嘗主恩的滋味，便知道他是美善；投靠他的人有福了！</w:t>
            </w:r>
          </w:p>
          <w:p>
            <w:r>
              <w:rPr>
                <w:rFonts w:ascii="Microsoft JhengHei" w:hAnsi="Microsoft JhengHei" w:eastAsia="Microsoft JhengHei"/>
                <w:b w:val="0"/>
                <w:i w:val="0"/>
                <w:color w:val="222A36"/>
                <w:sz w:val="22"/>
              </w:rPr>
              <w:t>Psalms 34:8 (WEB): Oh taste and see that Yahweh is good. Blessed is the man who takes refuge in him.</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雅各書 4:8（和合本 (CUV, public domain)）</w:t>
            </w:r>
          </w:p>
          <w:p>
            <w:r>
              <w:rPr>
                <w:rFonts w:ascii="Microsoft JhengHei" w:hAnsi="Microsoft JhengHei" w:eastAsia="Microsoft JhengHei"/>
                <w:b w:val="0"/>
                <w:i w:val="0"/>
                <w:color w:val="222A36"/>
                <w:sz w:val="22"/>
              </w:rPr>
              <w:t>你們親近 神， 神就必親近你們。有罪的人哪，要潔淨你們的手！心懷二意的人哪，要清潔你們的心！</w:t>
            </w:r>
          </w:p>
          <w:p>
            <w:r>
              <w:rPr>
                <w:rFonts w:ascii="Microsoft JhengHei" w:hAnsi="Microsoft JhengHei" w:eastAsia="Microsoft JhengHei"/>
                <w:b w:val="0"/>
                <w:i w:val="0"/>
                <w:color w:val="222A36"/>
                <w:sz w:val="22"/>
              </w:rPr>
              <w:t>James 4:8 (WEB): Draw near to God, and he will draw near to you. Cleanse your hands, you sinners; and purify your hearts, you double-minded.</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約翰福音 15:13-14（和合本 (CUV, public domain)）</w:t>
            </w:r>
          </w:p>
          <w:p>
            <w:r>
              <w:rPr>
                <w:rFonts w:ascii="Microsoft JhengHei" w:hAnsi="Microsoft JhengHei" w:eastAsia="Microsoft JhengHei"/>
                <w:b w:val="0"/>
                <w:i w:val="0"/>
                <w:color w:val="222A36"/>
                <w:sz w:val="22"/>
              </w:rPr>
              <w:t>13人為朋友捨命，人的愛心沒有比這個大的。 14你們若遵行我所吩咐的，就是我的朋友了。</w:t>
            </w:r>
          </w:p>
          <w:p>
            <w:r>
              <w:rPr>
                <w:rFonts w:ascii="Microsoft JhengHei" w:hAnsi="Microsoft JhengHei" w:eastAsia="Microsoft JhengHei"/>
                <w:b w:val="0"/>
                <w:i w:val="0"/>
                <w:color w:val="222A36"/>
                <w:sz w:val="22"/>
              </w:rPr>
              <w:t>John 15:13-14 (WEB): 13 Greater love has no one than this, that someone lay down his life for his friends. 14 You are my friends, if you do whatever I command you.</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19:1-10（和合本 (CUV, public domain)）</w:t>
            </w:r>
          </w:p>
          <w:p>
            <w:r>
              <w:rPr>
                <w:rFonts w:ascii="Microsoft JhengHei" w:hAnsi="Microsoft JhengHei" w:eastAsia="Microsoft JhengHei"/>
                <w:b w:val="0"/>
                <w:i w:val="0"/>
                <w:color w:val="222A36"/>
                <w:sz w:val="22"/>
              </w:rPr>
              <w:t>1耶穌進了耶利哥，正經過的時候， 2有一個人名叫撒該，作稅吏長，是個財主。 3他要看看耶穌是怎樣的人；只因人多，他的身量又矮，所以不得看見， 4就跑到前頭，爬上桑樹，要看耶穌，因為耶穌必從那裡經過。 5耶穌到了那裡，抬頭一看，對他說：「撒該，快下來！今天我必住在你家裡。」 6他就急忙下來，歡歡喜喜地接待耶穌。 7眾人看見，都私下議論說：「他竟到罪人家裡去住宿。」 8撒該站著對主說：「主啊，我把所有的一半給窮人；我若訛詐了誰，就還他四倍。」 9耶穌說：「今天救恩到了這家，因為他也是亞伯拉罕的子孫。 10人子來，為要尋找、拯救失喪的人。」</w:t>
            </w:r>
          </w:p>
          <w:p>
            <w:r>
              <w:rPr>
                <w:rFonts w:ascii="Microsoft JhengHei" w:hAnsi="Microsoft JhengHei" w:eastAsia="Microsoft JhengHei"/>
                <w:b w:val="0"/>
                <w:i w:val="0"/>
                <w:color w:val="222A36"/>
                <w:sz w:val="22"/>
              </w:rPr>
              <w:t>Luke 19:1-10 (WEB): 1 He entered and was passing through Jericho. 2 There was a man named Zacchaeus. He was a chief tax collector, and he was rich. 3 He was trying to see who Jesus was, and couldn't because of the crowd, because he was short. 4 He ran on ahead, and climbed up into a sycamore tree to see him, for he was to pass that way. 5 When Jesus came to the place, he looked up and saw him, and said to him, "Zacchaeus, hurry and come down, for today I must stay at your house." 6 He hurried, came down, and received him joyfully. 7 When they saw it, they all murmured, saying, "He has gone in to lodge with a man who is a sinner." 8 Zacchaeus stood and said to the Lord, "Behold, Lord, half of my goods I give to the poor. If I have wrongfully exacted anything of anyone, I restore four times as much." 9 Jesus said to him, "Today, salvation has come to this house, because he also is a son of Abraham. 10 For the Son of Man came to seek and to save that which was lost."</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19:5（和合本 (CUV, public domain)）</w:t>
            </w:r>
          </w:p>
          <w:p>
            <w:r>
              <w:rPr>
                <w:rFonts w:ascii="Microsoft JhengHei" w:hAnsi="Microsoft JhengHei" w:eastAsia="Microsoft JhengHei"/>
                <w:b w:val="0"/>
                <w:i w:val="0"/>
                <w:color w:val="222A36"/>
                <w:sz w:val="22"/>
              </w:rPr>
              <w:t>耶穌到了那裡，抬頭一看，對他說：「撒該，快下來！今天我必住在你家裡。」</w:t>
            </w:r>
          </w:p>
          <w:p>
            <w:r>
              <w:rPr>
                <w:rFonts w:ascii="Microsoft JhengHei" w:hAnsi="Microsoft JhengHei" w:eastAsia="Microsoft JhengHei"/>
                <w:b w:val="0"/>
                <w:i w:val="0"/>
                <w:color w:val="222A36"/>
                <w:sz w:val="22"/>
              </w:rPr>
              <w:t>Luke 19:5 (WEB): When Jesus came to the place, he looked up and saw him, and said to him, "Zacchaeus, hurry and come down, for today I must stay at your house."</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19:10（和合本 (CUV, public domain)）</w:t>
            </w:r>
          </w:p>
          <w:p>
            <w:r>
              <w:rPr>
                <w:rFonts w:ascii="Microsoft JhengHei" w:hAnsi="Microsoft JhengHei" w:eastAsia="Microsoft JhengHei"/>
                <w:b w:val="0"/>
                <w:i w:val="0"/>
                <w:color w:val="222A36"/>
                <w:sz w:val="22"/>
              </w:rPr>
              <w:t>人子來，為要尋找、拯救失喪的人。」</w:t>
            </w:r>
          </w:p>
          <w:p>
            <w:r>
              <w:rPr>
                <w:rFonts w:ascii="Microsoft JhengHei" w:hAnsi="Microsoft JhengHei" w:eastAsia="Microsoft JhengHei"/>
                <w:b w:val="0"/>
                <w:i w:val="0"/>
                <w:color w:val="222A36"/>
                <w:sz w:val="22"/>
              </w:rPr>
              <w:t>Luke 19:10 (WEB): For the Son of Man came to seek and to save that which was lost."</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19:6（和合本 (CUV, public domain)）</w:t>
            </w:r>
          </w:p>
          <w:p>
            <w:r>
              <w:rPr>
                <w:rFonts w:ascii="Microsoft JhengHei" w:hAnsi="Microsoft JhengHei" w:eastAsia="Microsoft JhengHei"/>
                <w:b w:val="0"/>
                <w:i w:val="0"/>
                <w:color w:val="222A36"/>
                <w:sz w:val="22"/>
              </w:rPr>
              <w:t>他就急忙下來，歡歡喜喜地接待耶穌。</w:t>
            </w:r>
          </w:p>
          <w:p>
            <w:r>
              <w:rPr>
                <w:rFonts w:ascii="Microsoft JhengHei" w:hAnsi="Microsoft JhengHei" w:eastAsia="Microsoft JhengHei"/>
                <w:b w:val="0"/>
                <w:i w:val="0"/>
                <w:color w:val="222A36"/>
                <w:sz w:val="22"/>
              </w:rPr>
              <w:t>Luke 19:6 (WEB): He hurried, came down, and received him joyfully.</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以賽亞書 43:1（和合本 (CUV, public domain)）</w:t>
            </w:r>
          </w:p>
          <w:p>
            <w:r>
              <w:rPr>
                <w:rFonts w:ascii="Microsoft JhengHei" w:hAnsi="Microsoft JhengHei" w:eastAsia="Microsoft JhengHei"/>
                <w:b w:val="0"/>
                <w:i w:val="0"/>
                <w:color w:val="222A36"/>
                <w:sz w:val="22"/>
              </w:rPr>
              <w:t>雅各啊，創造你的耶和華，以色列啊，造成你的那位，現在如此說：你不要害怕！因為我救贖了你。我曾提你的名召你，你是屬我的。</w:t>
            </w:r>
          </w:p>
          <w:p>
            <w:r>
              <w:rPr>
                <w:rFonts w:ascii="Microsoft JhengHei" w:hAnsi="Microsoft JhengHei" w:eastAsia="Microsoft JhengHei"/>
                <w:b w:val="0"/>
                <w:i w:val="0"/>
                <w:color w:val="222A36"/>
                <w:sz w:val="22"/>
              </w:rPr>
              <w:t>Isaiah 43:1 (WEB): But now thus says Yahweh who created you, Jacob, and he who formed you, Israel: Don't be afraid, for I have redeemed you; I have called you by your name, you are mine.</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撒母耳記上 16:7（和合本 (CUV, public domain)）</w:t>
            </w:r>
          </w:p>
          <w:p>
            <w:r>
              <w:rPr>
                <w:rFonts w:ascii="Microsoft JhengHei" w:hAnsi="Microsoft JhengHei" w:eastAsia="Microsoft JhengHei"/>
                <w:b w:val="0"/>
                <w:i w:val="0"/>
                <w:color w:val="222A36"/>
                <w:sz w:val="22"/>
              </w:rPr>
              <w:t>耶和華卻對撒母耳說：「不要看他的外貌和他身材高大，我不揀選他。因為，耶和華不像人看人：人是看外貌；耶和華是看內心。」</w:t>
            </w:r>
          </w:p>
          <w:p>
            <w:r>
              <w:rPr>
                <w:rFonts w:ascii="Microsoft JhengHei" w:hAnsi="Microsoft JhengHei" w:eastAsia="Microsoft JhengHei"/>
                <w:b w:val="0"/>
                <w:i w:val="0"/>
                <w:color w:val="222A36"/>
                <w:sz w:val="22"/>
              </w:rPr>
              <w:t>1 Samuel 16:7 (WEB): But Yahweh said to Samuel, "Don't look on his face, or on the height of his stature; because I have rejected him: for Yahweh sees not as man sees; for man looks at the outward appearance, but Yahweh looks at the heart."</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約翰福音 1:47-48（和合本 (CUV, public domain)）</w:t>
            </w:r>
          </w:p>
          <w:p>
            <w:r>
              <w:rPr>
                <w:rFonts w:ascii="Microsoft JhengHei" w:hAnsi="Microsoft JhengHei" w:eastAsia="Microsoft JhengHei"/>
                <w:b w:val="0"/>
                <w:i w:val="0"/>
                <w:color w:val="222A36"/>
                <w:sz w:val="22"/>
              </w:rPr>
              <w:t>47耶穌看見拿但業來，就指著他說：「看哪，這是個真以色列人，他心裡是沒有詭詐的。」 48拿但業對耶穌說：「你從哪裡知道我呢？」耶穌回答說：「腓力還沒有招呼你，你在無花果樹底下，我就看見你了。」</w:t>
            </w:r>
          </w:p>
          <w:p>
            <w:r>
              <w:rPr>
                <w:rFonts w:ascii="Microsoft JhengHei" w:hAnsi="Microsoft JhengHei" w:eastAsia="Microsoft JhengHei"/>
                <w:b w:val="0"/>
                <w:i w:val="0"/>
                <w:color w:val="222A36"/>
                <w:sz w:val="22"/>
              </w:rPr>
              <w:t>John 1:47-48 (WEB): 47 Jesus saw Nathanael coming to him, and said about him, "Behold, an Israelite indeed, in whom is no deceit!" 48 Nathanael said to him, "How do you know me?" Jesus answered him, "Before Philip called you, when you were under the fig tree, I saw you."</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詩篇 139:1（和合本 (CUV, public domain)）</w:t>
            </w:r>
          </w:p>
          <w:p>
            <w:r>
              <w:rPr>
                <w:rFonts w:ascii="Microsoft JhengHei" w:hAnsi="Microsoft JhengHei" w:eastAsia="Microsoft JhengHei"/>
                <w:b w:val="0"/>
                <w:i w:val="0"/>
                <w:color w:val="222A36"/>
                <w:sz w:val="22"/>
              </w:rPr>
              <w:t>耶和華啊，你已經鑒察我，認識我。</w:t>
            </w:r>
          </w:p>
          <w:p>
            <w:r>
              <w:rPr>
                <w:rFonts w:ascii="Microsoft JhengHei" w:hAnsi="Microsoft JhengHei" w:eastAsia="Microsoft JhengHei"/>
                <w:b w:val="0"/>
                <w:i w:val="0"/>
                <w:color w:val="222A36"/>
                <w:sz w:val="22"/>
              </w:rPr>
              <w:t>Psalms 139:1 (WEB): Yahweh, you have searched me, And you know me.</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約翰福音 1:3（和合本 (CUV, public domain)）</w:t>
            </w:r>
          </w:p>
          <w:p>
            <w:r>
              <w:rPr>
                <w:rFonts w:ascii="Microsoft JhengHei" w:hAnsi="Microsoft JhengHei" w:eastAsia="Microsoft JhengHei"/>
                <w:b w:val="0"/>
                <w:i w:val="0"/>
                <w:color w:val="222A36"/>
                <w:sz w:val="22"/>
              </w:rPr>
              <w:t>萬物是藉著他造的；凡被造的，沒有一樣不是藉著他造的。</w:t>
            </w:r>
          </w:p>
          <w:p>
            <w:r>
              <w:rPr>
                <w:rFonts w:ascii="Microsoft JhengHei" w:hAnsi="Microsoft JhengHei" w:eastAsia="Microsoft JhengHei"/>
                <w:b w:val="0"/>
                <w:i w:val="0"/>
                <w:color w:val="222A36"/>
                <w:sz w:val="22"/>
              </w:rPr>
              <w:t>John 1:3 (WEB): All things were made through him. Without him was not anything made that has been made.</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5:31-32（和合本 (CUV, public domain)）</w:t>
            </w:r>
          </w:p>
          <w:p>
            <w:r>
              <w:rPr>
                <w:rFonts w:ascii="Microsoft JhengHei" w:hAnsi="Microsoft JhengHei" w:eastAsia="Microsoft JhengHei"/>
                <w:b w:val="0"/>
                <w:i w:val="0"/>
                <w:color w:val="222A36"/>
                <w:sz w:val="22"/>
              </w:rPr>
              <w:t>31耶穌對他們說：「無病的人用不著醫生；有病的人才用得著。 32我來本不是召義人悔改，乃是召罪人悔改。」</w:t>
            </w:r>
          </w:p>
          <w:p>
            <w:r>
              <w:rPr>
                <w:rFonts w:ascii="Microsoft JhengHei" w:hAnsi="Microsoft JhengHei" w:eastAsia="Microsoft JhengHei"/>
                <w:b w:val="0"/>
                <w:i w:val="0"/>
                <w:color w:val="222A36"/>
                <w:sz w:val="22"/>
              </w:rPr>
              <w:t>Luke 5:31-32 (WEB): 31 Jesus answered them, "Those who are healthy have no need for a physician, but those who are sick do. 32 I have not come to call the righteous, but sinners to repentance."</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約翰福音 15:15（和合本 (CUV, public domain)）</w:t>
            </w:r>
          </w:p>
          <w:p>
            <w:r>
              <w:rPr>
                <w:rFonts w:ascii="Microsoft JhengHei" w:hAnsi="Microsoft JhengHei" w:eastAsia="Microsoft JhengHei"/>
                <w:b w:val="0"/>
                <w:i w:val="0"/>
                <w:color w:val="222A36"/>
                <w:sz w:val="22"/>
              </w:rPr>
              <w:t>以後我不再稱你們為僕人，因僕人不知道主人所做的事。我乃稱你們為朋友；因我從我父所聽見的，已經都告訴你們了。</w:t>
            </w:r>
          </w:p>
          <w:p>
            <w:r>
              <w:rPr>
                <w:rFonts w:ascii="Microsoft JhengHei" w:hAnsi="Microsoft JhengHei" w:eastAsia="Microsoft JhengHei"/>
                <w:b w:val="0"/>
                <w:i w:val="0"/>
                <w:color w:val="222A36"/>
                <w:sz w:val="22"/>
              </w:rPr>
              <w:t>John 15:15 (WEB): No longer do I call you servants, for the servant doesn't know what his lord does. But I have called you friends, for everything that I heard from my Father, I have made known to you.</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19:3（和合本 (CUV, public domain)）</w:t>
            </w:r>
          </w:p>
          <w:p>
            <w:r>
              <w:rPr>
                <w:rFonts w:ascii="Microsoft JhengHei" w:hAnsi="Microsoft JhengHei" w:eastAsia="Microsoft JhengHei"/>
                <w:b w:val="0"/>
                <w:i w:val="0"/>
                <w:color w:val="222A36"/>
                <w:sz w:val="22"/>
              </w:rPr>
              <w:t>他要看看耶穌是怎樣的人；只因人多，他的身量又矮，所以不得看見，</w:t>
            </w:r>
          </w:p>
          <w:p>
            <w:r>
              <w:rPr>
                <w:rFonts w:ascii="Microsoft JhengHei" w:hAnsi="Microsoft JhengHei" w:eastAsia="Microsoft JhengHei"/>
                <w:b w:val="0"/>
                <w:i w:val="0"/>
                <w:color w:val="222A36"/>
                <w:sz w:val="22"/>
              </w:rPr>
              <w:t>Luke 19:3 (WEB): He was trying to see who Jesus was, and couldn't because of the crowd, because he was short.</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19:4（和合本 (CUV, public domain)）</w:t>
            </w:r>
          </w:p>
          <w:p>
            <w:r>
              <w:rPr>
                <w:rFonts w:ascii="Microsoft JhengHei" w:hAnsi="Microsoft JhengHei" w:eastAsia="Microsoft JhengHei"/>
                <w:b w:val="0"/>
                <w:i w:val="0"/>
                <w:color w:val="222A36"/>
                <w:sz w:val="22"/>
              </w:rPr>
              <w:t>就跑到前頭，爬上桑樹，要看耶穌，因為耶穌必從那裡經過。</w:t>
            </w:r>
          </w:p>
          <w:p>
            <w:r>
              <w:rPr>
                <w:rFonts w:ascii="Microsoft JhengHei" w:hAnsi="Microsoft JhengHei" w:eastAsia="Microsoft JhengHei"/>
                <w:b w:val="0"/>
                <w:i w:val="0"/>
                <w:color w:val="222A36"/>
                <w:sz w:val="22"/>
              </w:rPr>
              <w:t>Luke 19:4 (WEB): He ran on ahead, and climbed up into a sycamore tree to see him, for he was to pass that way.</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19:7（和合本 (CUV, public domain)）</w:t>
            </w:r>
          </w:p>
          <w:p>
            <w:r>
              <w:rPr>
                <w:rFonts w:ascii="Microsoft JhengHei" w:hAnsi="Microsoft JhengHei" w:eastAsia="Microsoft JhengHei"/>
                <w:b w:val="0"/>
                <w:i w:val="0"/>
                <w:color w:val="222A36"/>
                <w:sz w:val="22"/>
              </w:rPr>
              <w:t>眾人看見，都私下議論說：「他竟到罪人家裡去住宿。」</w:t>
            </w:r>
          </w:p>
          <w:p>
            <w:r>
              <w:rPr>
                <w:rFonts w:ascii="Microsoft JhengHei" w:hAnsi="Microsoft JhengHei" w:eastAsia="Microsoft JhengHei"/>
                <w:b w:val="0"/>
                <w:i w:val="0"/>
                <w:color w:val="222A36"/>
                <w:sz w:val="22"/>
              </w:rPr>
              <w:t>Luke 19:7 (WEB): When they saw it, they all murmured, saying, "He has gone in to lodge with a man who is a sinner."</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19:8（和合本 (CUV, public domain)）</w:t>
            </w:r>
          </w:p>
          <w:p>
            <w:r>
              <w:rPr>
                <w:rFonts w:ascii="Microsoft JhengHei" w:hAnsi="Microsoft JhengHei" w:eastAsia="Microsoft JhengHei"/>
                <w:b w:val="0"/>
                <w:i w:val="0"/>
                <w:color w:val="222A36"/>
                <w:sz w:val="22"/>
              </w:rPr>
              <w:t>撒該站著對主說：「主啊，我把所有的一半給窮人；我若訛詐了誰，就還他四倍。」</w:t>
            </w:r>
          </w:p>
          <w:p>
            <w:r>
              <w:rPr>
                <w:rFonts w:ascii="Microsoft JhengHei" w:hAnsi="Microsoft JhengHei" w:eastAsia="Microsoft JhengHei"/>
                <w:b w:val="0"/>
                <w:i w:val="0"/>
                <w:color w:val="222A36"/>
                <w:sz w:val="22"/>
              </w:rPr>
              <w:t>Luke 19:8 (WEB): Zacchaeus stood and said to the Lord, "Behold, Lord, half of my goods I give to the poor. If I have wrongfully exacted anything of anyone, I restore four times as much."</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19:9（和合本 (CUV, public domain)）</w:t>
            </w:r>
          </w:p>
          <w:p>
            <w:r>
              <w:rPr>
                <w:rFonts w:ascii="Microsoft JhengHei" w:hAnsi="Microsoft JhengHei" w:eastAsia="Microsoft JhengHei"/>
                <w:b w:val="0"/>
                <w:i w:val="0"/>
                <w:color w:val="222A36"/>
                <w:sz w:val="22"/>
              </w:rPr>
              <w:t>耶穌說：「今天救恩到了這家，因為他也是亞伯拉罕的子孫。</w:t>
            </w:r>
          </w:p>
          <w:p>
            <w:r>
              <w:rPr>
                <w:rFonts w:ascii="Microsoft JhengHei" w:hAnsi="Microsoft JhengHei" w:eastAsia="Microsoft JhengHei"/>
                <w:b w:val="0"/>
                <w:i w:val="0"/>
                <w:color w:val="222A36"/>
                <w:sz w:val="22"/>
              </w:rPr>
              <w:t>Luke 19:9 (WEB): Jesus said to him, "Today, salvation has come to this house, because he also is a son of Abraham.</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詩篇 139:13（和合本 (CUV, public domain)）</w:t>
            </w:r>
          </w:p>
          <w:p>
            <w:r>
              <w:rPr>
                <w:rFonts w:ascii="Microsoft JhengHei" w:hAnsi="Microsoft JhengHei" w:eastAsia="Microsoft JhengHei"/>
                <w:b w:val="0"/>
                <w:i w:val="0"/>
                <w:color w:val="222A36"/>
                <w:sz w:val="22"/>
              </w:rPr>
              <w:t>我的肺腑是你所造的；我在母腹中，你已覆庇我。</w:t>
            </w:r>
          </w:p>
          <w:p>
            <w:r>
              <w:rPr>
                <w:rFonts w:ascii="Microsoft JhengHei" w:hAnsi="Microsoft JhengHei" w:eastAsia="Microsoft JhengHei"/>
                <w:b w:val="0"/>
                <w:i w:val="0"/>
                <w:color w:val="222A36"/>
                <w:sz w:val="22"/>
              </w:rPr>
              <w:t>Psalms 139:13 (WEB): For you formed my inmost being. You knit me together in my mother's womb.</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馬可福音 9:24（和合本 (CUV, public domain)）</w:t>
            </w:r>
          </w:p>
          <w:p>
            <w:r>
              <w:rPr>
                <w:rFonts w:ascii="Microsoft JhengHei" w:hAnsi="Microsoft JhengHei" w:eastAsia="Microsoft JhengHei"/>
                <w:b w:val="0"/>
                <w:i w:val="0"/>
                <w:color w:val="222A36"/>
                <w:sz w:val="22"/>
              </w:rPr>
              <w:t>孩子的父親立時喊著說（有古卷：立時流淚地喊著說）：「我信！但我信不足，求主幫助。」</w:t>
            </w:r>
          </w:p>
          <w:p>
            <w:r>
              <w:rPr>
                <w:rFonts w:ascii="Microsoft JhengHei" w:hAnsi="Microsoft JhengHei" w:eastAsia="Microsoft JhengHei"/>
                <w:b w:val="0"/>
                <w:i w:val="0"/>
                <w:color w:val="222A36"/>
                <w:sz w:val="22"/>
              </w:rPr>
              <w:t>Mark 9:24 (WEB): Immediately the father of the child cried out with tears, "I believe. Help my unbelief!"</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約翰福音 10:3（和合本 (CUV, public domain)）</w:t>
            </w:r>
          </w:p>
          <w:p>
            <w:r>
              <w:rPr>
                <w:rFonts w:ascii="Microsoft JhengHei" w:hAnsi="Microsoft JhengHei" w:eastAsia="Microsoft JhengHei"/>
                <w:b w:val="0"/>
                <w:i w:val="0"/>
                <w:color w:val="222A36"/>
                <w:sz w:val="22"/>
              </w:rPr>
              <w:t>看門的就給他開門；羊也聽他的聲音。他按著名叫自己的羊，把羊領出來。</w:t>
            </w:r>
          </w:p>
          <w:p>
            <w:r>
              <w:rPr>
                <w:rFonts w:ascii="Microsoft JhengHei" w:hAnsi="Microsoft JhengHei" w:eastAsia="Microsoft JhengHei"/>
                <w:b w:val="0"/>
                <w:i w:val="0"/>
                <w:color w:val="222A36"/>
                <w:sz w:val="22"/>
              </w:rPr>
              <w:t>John 10:3 (WEB): The gatekeeper opens the gate for him, and the sheep listen to his voice. He calls his own sheep by name, and leads them out.</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23:42-43（和合本 (CUV, public domain)）</w:t>
            </w:r>
          </w:p>
          <w:p>
            <w:r>
              <w:rPr>
                <w:rFonts w:ascii="Microsoft JhengHei" w:hAnsi="Microsoft JhengHei" w:eastAsia="Microsoft JhengHei"/>
                <w:b w:val="0"/>
                <w:i w:val="0"/>
                <w:color w:val="222A36"/>
                <w:sz w:val="22"/>
              </w:rPr>
              <w:t>42就說：「耶穌啊，你得國降臨的時候，求你記念我！」 43耶穌對他說：「我實在告訴你，今日你要同我在樂園裡了。」</w:t>
            </w:r>
          </w:p>
          <w:p>
            <w:r>
              <w:rPr>
                <w:rFonts w:ascii="Microsoft JhengHei" w:hAnsi="Microsoft JhengHei" w:eastAsia="Microsoft JhengHei"/>
                <w:b w:val="0"/>
                <w:i w:val="0"/>
                <w:color w:val="222A36"/>
                <w:sz w:val="22"/>
              </w:rPr>
              <w:t>Luke 23:42-43 (WEB): 42 He said to Jesus, "Lord, remember me when you come into your Kingdom." 43 Jesus said to him, "Assuredly I tell you, today you will be with me in Paradise."</w:t>
            </w:r>
          </w:p>
        </w:tc>
      </w:tr>
    </w:tbl>
    <w:p/>
    <w:tbl>
      <w:tblPr>
        <w:tblStyle w:val="TableGrid"/>
        <w:tblW w:type="auto" w:w="0"/>
        <w:tblLook w:firstColumn="1" w:firstRow="1" w:lastColumn="0" w:lastRow="0" w:noHBand="0" w:noVBand="1" w:val="04A0"/>
      </w:tblPr>
      <w:tblGrid>
        <w:gridCol w:w="9972"/>
      </w:tblGrid>
      <w:tr>
        <w:tc>
          <w:tcPr>
            <w:tcW w:type="dxa" w:w="9972"/>
            <w:shd w:val="clear" w:fill="F3F7FB"/>
          </w:tcPr>
          <w:p>
            <w:r/>
            <w:r>
              <w:rPr>
                <w:rFonts w:ascii="Microsoft JhengHei" w:hAnsi="Microsoft JhengHei" w:eastAsia="Microsoft JhengHei"/>
                <w:b/>
                <w:i w:val="0"/>
                <w:color w:val="A86B1F"/>
                <w:sz w:val="22"/>
              </w:rPr>
              <w:t>📖 路加福音 24:30-31（和合本 (CUV, public domain)）</w:t>
            </w:r>
          </w:p>
          <w:p>
            <w:r>
              <w:rPr>
                <w:rFonts w:ascii="Microsoft JhengHei" w:hAnsi="Microsoft JhengHei" w:eastAsia="Microsoft JhengHei"/>
                <w:b w:val="0"/>
                <w:i w:val="0"/>
                <w:color w:val="222A36"/>
                <w:sz w:val="22"/>
              </w:rPr>
              <w:t>30到了坐席的時候，耶穌拿起餅來，祝謝了，擘開，遞給他們。 31他們的眼睛明亮了，這才認出他來。忽然耶穌不見了。</w:t>
            </w:r>
          </w:p>
          <w:p>
            <w:r>
              <w:rPr>
                <w:rFonts w:ascii="Microsoft JhengHei" w:hAnsi="Microsoft JhengHei" w:eastAsia="Microsoft JhengHei"/>
                <w:b w:val="0"/>
                <w:i w:val="0"/>
                <w:color w:val="222A36"/>
                <w:sz w:val="22"/>
              </w:rPr>
              <w:t>Luke 24:30-31 (WEB): 30 It happened, that when he had sat down at the table with them, he took the bread and gave thanks. Breaking it, he gave to them. 31 Their eyes were opened, and they recognized him, and he vanished out of their sight.</w:t>
            </w:r>
          </w:p>
        </w:tc>
      </w:tr>
    </w:tbl>
    <w:p/>
    <w:p>
      <w:pPr>
        <w:spacing w:after="80"/>
      </w:pPr>
      <w:r>
        <w:rPr>
          <w:rFonts w:ascii="Microsoft JhengHei" w:hAnsi="Microsoft JhengHei" w:eastAsia="Microsoft JhengHei"/>
          <w:b w:val="0"/>
          <w:i w:val="0"/>
          <w:color w:val="6B7280"/>
          <w:sz w:val="18"/>
        </w:rPr>
        <w:t>和合本及 World English Bible 屬公有領域；思高譯本版權屬思高聖經學會，此處只作課堂教學的簡短引用。</w:t>
      </w:r>
    </w:p>
    <w:p>
      <w:pPr>
        <w:spacing w:after="120" w:before="240"/>
      </w:pPr>
      <w:r>
        <w:rPr>
          <w:rFonts w:ascii="Microsoft JhengHei" w:hAnsi="Microsoft JhengHei" w:eastAsia="Microsoft JhengHei"/>
          <w:b/>
          <w:i w:val="0"/>
          <w:color w:val="A86B1F"/>
          <w:sz w:val="32"/>
        </w:rPr>
        <w:t>附錄 B　見證（核實見證庫）</w:t>
      </w:r>
    </w:p>
    <w:tbl>
      <w:tblPr>
        <w:tblStyle w:val="TableGrid"/>
        <w:tblW w:type="auto" w:w="0"/>
        <w:tblLook w:firstColumn="1" w:firstRow="1" w:lastColumn="0" w:lastRow="0" w:noHBand="0" w:noVBand="1" w:val="04A0"/>
      </w:tblPr>
      <w:tblGrid>
        <w:gridCol w:w="2493"/>
        <w:gridCol w:w="2493"/>
        <w:gridCol w:w="2493"/>
        <w:gridCol w:w="2493"/>
      </w:tblGrid>
      <w:tr>
        <w:tc>
          <w:tcPr>
            <w:tcW w:type="dxa" w:w="2493"/>
            <w:shd w:val="clear" w:fill="EFE7D6"/>
          </w:tcPr>
          <w:p>
            <w:r/>
            <w:r>
              <w:rPr>
                <w:rFonts w:ascii="Microsoft JhengHei" w:hAnsi="Microsoft JhengHei" w:eastAsia="Microsoft JhengHei"/>
                <w:b/>
                <w:i w:val="0"/>
                <w:color w:val="222A36"/>
                <w:sz w:val="20"/>
              </w:rPr>
              <w:t>見證</w:t>
            </w:r>
          </w:p>
        </w:tc>
        <w:tc>
          <w:tcPr>
            <w:tcW w:type="dxa" w:w="2493"/>
            <w:shd w:val="clear" w:fill="EFE7D6"/>
          </w:tcPr>
          <w:p>
            <w:r/>
            <w:r>
              <w:rPr>
                <w:rFonts w:ascii="Microsoft JhengHei" w:hAnsi="Microsoft JhengHei" w:eastAsia="Microsoft JhengHei"/>
                <w:b/>
                <w:i w:val="0"/>
                <w:color w:val="222A36"/>
                <w:sz w:val="20"/>
              </w:rPr>
              <w:t>來源</w:t>
            </w:r>
          </w:p>
        </w:tc>
        <w:tc>
          <w:tcPr>
            <w:tcW w:type="dxa" w:w="2493"/>
            <w:shd w:val="clear" w:fill="EFE7D6"/>
          </w:tcPr>
          <w:p>
            <w:r/>
            <w:r>
              <w:rPr>
                <w:rFonts w:ascii="Microsoft JhengHei" w:hAnsi="Microsoft JhengHei" w:eastAsia="Microsoft JhengHei"/>
                <w:b/>
                <w:i w:val="0"/>
                <w:color w:val="222A36"/>
                <w:sz w:val="20"/>
              </w:rPr>
              <w:t>連結</w:t>
            </w:r>
          </w:p>
        </w:tc>
        <w:tc>
          <w:tcPr>
            <w:tcW w:type="dxa" w:w="2493"/>
            <w:shd w:val="clear" w:fill="EFE7D6"/>
          </w:tcPr>
          <w:p>
            <w:r/>
            <w:r>
              <w:rPr>
                <w:rFonts w:ascii="Microsoft JhengHei" w:hAnsi="Microsoft JhengHei" w:eastAsia="Microsoft JhengHei"/>
                <w:b/>
                <w:i w:val="0"/>
                <w:color w:val="222A36"/>
                <w:sz w:val="20"/>
              </w:rPr>
              <w:t>提示</w:t>
            </w:r>
          </w:p>
        </w:tc>
      </w:tr>
      <w:tr>
        <w:tc>
          <w:tcPr>
            <w:tcW w:type="dxa" w:w="2493"/>
          </w:tcPr>
          <w:p>
            <w:r/>
            <w:r>
              <w:rPr>
                <w:rFonts w:ascii="Microsoft JhengHei" w:hAnsi="Microsoft JhengHei" w:eastAsia="Microsoft JhengHei"/>
                <w:b w:val="0"/>
                <w:i w:val="0"/>
                <w:color w:val="222A36"/>
                <w:sz w:val="20"/>
              </w:rPr>
              <w:t>黎敏儀《蒜是有福》</w:t>
            </w:r>
          </w:p>
        </w:tc>
        <w:tc>
          <w:tcPr>
            <w:tcW w:type="dxa" w:w="2493"/>
          </w:tcPr>
          <w:p>
            <w:r/>
            <w:r>
              <w:rPr>
                <w:rFonts w:ascii="Microsoft JhengHei" w:hAnsi="Microsoft JhengHei" w:eastAsia="Microsoft JhengHei"/>
                <w:b w:val="0"/>
                <w:i w:val="0"/>
                <w:color w:val="222A36"/>
                <w:sz w:val="20"/>
              </w:rPr>
              <w:t>星火飛騰 CBNHK</w:t>
            </w:r>
          </w:p>
        </w:tc>
        <w:tc>
          <w:tcPr>
            <w:tcW w:type="dxa" w:w="2493"/>
          </w:tcPr>
          <w:p>
            <w:r/>
            <w:r>
              <w:rPr>
                <w:rFonts w:ascii="Microsoft JhengHei" w:hAnsi="Microsoft JhengHei" w:eastAsia="Microsoft JhengHei"/>
                <w:b w:val="0"/>
                <w:i w:val="0"/>
                <w:color w:val="222A36"/>
                <w:sz w:val="20"/>
              </w:rPr>
              <w:t>https://youtu.be/dJXCpsMEF8I</w:t>
            </w:r>
          </w:p>
        </w:tc>
        <w:tc>
          <w:tcPr>
            <w:tcW w:type="dxa" w:w="2493"/>
          </w:tcPr>
          <w:p>
            <w:r/>
            <w:r>
              <w:rPr>
                <w:rFonts w:ascii="Microsoft JhengHei" w:hAnsi="Microsoft JhengHei" w:eastAsia="Microsoft JhengHei"/>
                <w:b w:val="0"/>
                <w:i w:val="0"/>
                <w:color w:val="222A36"/>
                <w:sz w:val="20"/>
              </w:rPr>
            </w:r>
          </w:p>
        </w:tc>
      </w:tr>
    </w:tbl>
    <w:p/>
    <w:p>
      <w:pPr>
        <w:spacing w:after="80"/>
      </w:pPr>
      <w:r>
        <w:rPr>
          <w:rFonts w:ascii="Microsoft JhengHei" w:hAnsi="Microsoft JhengHei" w:eastAsia="Microsoft JhengHei"/>
          <w:b w:val="0"/>
          <w:i w:val="0"/>
          <w:color w:val="6B7280"/>
          <w:sz w:val="18"/>
        </w:rPr>
        <w:t>使用前請再次打開連結，確認影片仍然可以播放。</w:t>
      </w:r>
    </w:p>
    <w:p>
      <w:pPr>
        <w:spacing w:after="120" w:before="240"/>
      </w:pPr>
      <w:r>
        <w:rPr>
          <w:rFonts w:ascii="Microsoft JhengHei" w:hAnsi="Microsoft JhengHei" w:eastAsia="Microsoft JhengHei"/>
          <w:b/>
          <w:i w:val="0"/>
          <w:color w:val="A86B1F"/>
          <w:sz w:val="32"/>
        </w:rPr>
        <w:t>附錄 C　給 Reclaim2K 團隊的開發建議</w:t>
      </w:r>
    </w:p>
    <w:tbl>
      <w:tblPr>
        <w:tblStyle w:val="TableGrid"/>
        <w:tblW w:type="auto" w:w="0"/>
        <w:tblLook w:firstColumn="1" w:firstRow="1" w:lastColumn="0" w:lastRow="0" w:noHBand="0" w:noVBand="1" w:val="04A0"/>
      </w:tblPr>
      <w:tblGrid>
        <w:gridCol w:w="1662"/>
        <w:gridCol w:w="1662"/>
        <w:gridCol w:w="1662"/>
        <w:gridCol w:w="1662"/>
        <w:gridCol w:w="1662"/>
        <w:gridCol w:w="1662"/>
      </w:tblGrid>
      <w:tr>
        <w:tc>
          <w:tcPr>
            <w:tcW w:type="dxa" w:w="1662"/>
            <w:shd w:val="clear" w:fill="EFE7D6"/>
          </w:tcPr>
          <w:p>
            <w:r/>
            <w:r>
              <w:rPr>
                <w:rFonts w:ascii="Microsoft JhengHei" w:hAnsi="Microsoft JhengHei" w:eastAsia="Microsoft JhengHei"/>
                <w:b/>
                <w:i w:val="0"/>
                <w:color w:val="222A36"/>
                <w:sz w:val="20"/>
              </w:rPr>
              <w:t>建議</w:t>
            </w:r>
          </w:p>
        </w:tc>
        <w:tc>
          <w:tcPr>
            <w:tcW w:type="dxa" w:w="1662"/>
            <w:shd w:val="clear" w:fill="EFE7D6"/>
          </w:tcPr>
          <w:p>
            <w:r/>
            <w:r>
              <w:rPr>
                <w:rFonts w:ascii="Microsoft JhengHei" w:hAnsi="Microsoft JhengHei" w:eastAsia="Microsoft JhengHei"/>
                <w:b/>
                <w:i w:val="0"/>
                <w:color w:val="222A36"/>
                <w:sz w:val="20"/>
              </w:rPr>
              <w:t>對象</w:t>
            </w:r>
          </w:p>
        </w:tc>
        <w:tc>
          <w:tcPr>
            <w:tcW w:type="dxa" w:w="1662"/>
            <w:shd w:val="clear" w:fill="EFE7D6"/>
          </w:tcPr>
          <w:p>
            <w:r/>
            <w:r>
              <w:rPr>
                <w:rFonts w:ascii="Microsoft JhengHei" w:hAnsi="Microsoft JhengHei" w:eastAsia="Microsoft JhengHei"/>
                <w:b/>
                <w:i w:val="0"/>
                <w:color w:val="222A36"/>
                <w:sz w:val="20"/>
              </w:rPr>
              <w:t>內容</w:t>
            </w:r>
          </w:p>
        </w:tc>
        <w:tc>
          <w:tcPr>
            <w:tcW w:type="dxa" w:w="1662"/>
            <w:shd w:val="clear" w:fill="EFE7D6"/>
          </w:tcPr>
          <w:p>
            <w:r/>
            <w:r>
              <w:rPr>
                <w:rFonts w:ascii="Microsoft JhengHei" w:hAnsi="Microsoft JhengHei" w:eastAsia="Microsoft JhengHei"/>
                <w:b/>
                <w:i w:val="0"/>
                <w:color w:val="222A36"/>
                <w:sz w:val="20"/>
              </w:rPr>
              <w:t>如何幫助學生遇見復活主</w:t>
            </w:r>
          </w:p>
        </w:tc>
        <w:tc>
          <w:tcPr>
            <w:tcW w:type="dxa" w:w="1662"/>
            <w:shd w:val="clear" w:fill="EFE7D6"/>
          </w:tcPr>
          <w:p>
            <w:r/>
            <w:r>
              <w:rPr>
                <w:rFonts w:ascii="Microsoft JhengHei" w:hAnsi="Microsoft JhengHei" w:eastAsia="Microsoft JhengHei"/>
                <w:b/>
                <w:i w:val="0"/>
                <w:color w:val="222A36"/>
                <w:sz w:val="20"/>
              </w:rPr>
              <w:t>建基於</w:t>
            </w:r>
          </w:p>
        </w:tc>
        <w:tc>
          <w:tcPr>
            <w:tcW w:type="dxa" w:w="1662"/>
            <w:shd w:val="clear" w:fill="EFE7D6"/>
          </w:tcPr>
          <w:p>
            <w:r/>
            <w:r>
              <w:rPr>
                <w:rFonts w:ascii="Microsoft JhengHei" w:hAnsi="Microsoft JhengHei" w:eastAsia="Microsoft JhengHei"/>
                <w:b/>
                <w:i w:val="0"/>
                <w:color w:val="222A36"/>
                <w:sz w:val="20"/>
              </w:rPr>
              <w:t>工作量</w:t>
            </w:r>
          </w:p>
        </w:tc>
      </w:tr>
      <w:tr>
        <w:tc>
          <w:tcPr>
            <w:tcW w:type="dxa" w:w="1662"/>
          </w:tcPr>
          <w:p>
            <w:r/>
            <w:r>
              <w:rPr>
                <w:rFonts w:ascii="Microsoft JhengHei" w:hAnsi="Microsoft JhengHei" w:eastAsia="Microsoft JhengHei"/>
                <w:b w:val="0"/>
                <w:i w:val="0"/>
                <w:color w:val="222A36"/>
                <w:sz w:val="20"/>
              </w:rPr>
              <w:t>「耶穌是你最真實的朋友」加入撒該一日</w:t>
            </w:r>
          </w:p>
        </w:tc>
        <w:tc>
          <w:tcPr>
            <w:tcW w:type="dxa" w:w="1662"/>
          </w:tcPr>
          <w:p>
            <w:r/>
            <w:r>
              <w:rPr>
                <w:rFonts w:ascii="Microsoft JhengHei" w:hAnsi="Microsoft JhengHei" w:eastAsia="Microsoft JhengHei"/>
                <w:b w:val="0"/>
                <w:i w:val="0"/>
                <w:color w:val="222A36"/>
                <w:sz w:val="20"/>
              </w:rPr>
              <w:t>學生</w:t>
            </w:r>
          </w:p>
        </w:tc>
        <w:tc>
          <w:tcPr>
            <w:tcW w:type="dxa" w:w="1662"/>
          </w:tcPr>
          <w:p>
            <w:r/>
            <w:r>
              <w:rPr>
                <w:rFonts w:ascii="Microsoft JhengHei" w:hAnsi="Microsoft JhengHei" w:eastAsia="Microsoft JhengHei"/>
                <w:b w:val="0"/>
                <w:i w:val="0"/>
                <w:color w:val="222A36"/>
                <w:sz w:val="20"/>
              </w:rPr>
              <w:t>在 plan_jesus_friend 加一日：路加福音 19:5 已核實經文及「耶穌知道我的名字」一句禱告。</w:t>
            </w:r>
          </w:p>
        </w:tc>
        <w:tc>
          <w:tcPr>
            <w:tcW w:type="dxa" w:w="1662"/>
          </w:tcPr>
          <w:p>
            <w:r/>
            <w:r>
              <w:rPr>
                <w:rFonts w:ascii="Microsoft JhengHei" w:hAnsi="Microsoft JhengHei" w:eastAsia="Microsoft JhengHei"/>
                <w:b w:val="0"/>
                <w:i w:val="0"/>
                <w:color w:val="222A36"/>
                <w:sz w:val="20"/>
              </w:rPr>
              <w:t>讓自我價值低的同學每天記得耶穌叫他們的名字。</w:t>
            </w:r>
          </w:p>
        </w:tc>
        <w:tc>
          <w:tcPr>
            <w:tcW w:type="dxa" w:w="1662"/>
          </w:tcPr>
          <w:p>
            <w:r/>
            <w:r>
              <w:rPr>
                <w:rFonts w:ascii="Microsoft JhengHei" w:hAnsi="Microsoft JhengHei" w:eastAsia="Microsoft JhengHei"/>
                <w:b w:val="0"/>
                <w:i w:val="0"/>
                <w:color w:val="222A36"/>
                <w:sz w:val="20"/>
              </w:rPr>
              <w:t>plan_jesus_friend</w:t>
            </w:r>
          </w:p>
        </w:tc>
        <w:tc>
          <w:tcPr>
            <w:tcW w:type="dxa" w:w="1662"/>
          </w:tcPr>
          <w:p>
            <w:r/>
            <w:r>
              <w:rPr>
                <w:rFonts w:ascii="Microsoft JhengHei" w:hAnsi="Microsoft JhengHei" w:eastAsia="Microsoft JhengHei"/>
                <w:b w:val="0"/>
                <w:i w:val="0"/>
                <w:color w:val="222A36"/>
                <w:sz w:val="20"/>
              </w:rPr>
              <w:t>小</w:t>
            </w:r>
          </w:p>
        </w:tc>
      </w:tr>
      <w:tr>
        <w:tc>
          <w:tcPr>
            <w:tcW w:type="dxa" w:w="1662"/>
          </w:tcPr>
          <w:p>
            <w:r/>
            <w:r>
              <w:rPr>
                <w:rFonts w:ascii="Microsoft JhengHei" w:hAnsi="Microsoft JhengHei" w:eastAsia="Microsoft JhengHei"/>
                <w:b w:val="0"/>
                <w:i w:val="0"/>
                <w:color w:val="222A36"/>
                <w:sz w:val="20"/>
              </w:rPr>
              <w:t>經文記憶「名字模式」</w:t>
            </w:r>
          </w:p>
        </w:tc>
        <w:tc>
          <w:tcPr>
            <w:tcW w:type="dxa" w:w="1662"/>
          </w:tcPr>
          <w:p>
            <w:r/>
            <w:r>
              <w:rPr>
                <w:rFonts w:ascii="Microsoft JhengHei" w:hAnsi="Microsoft JhengHei" w:eastAsia="Microsoft JhengHei"/>
                <w:b w:val="0"/>
                <w:i w:val="0"/>
                <w:color w:val="222A36"/>
                <w:sz w:val="20"/>
              </w:rPr>
              <w:t>學生</w:t>
            </w:r>
          </w:p>
        </w:tc>
        <w:tc>
          <w:tcPr>
            <w:tcW w:type="dxa" w:w="1662"/>
          </w:tcPr>
          <w:p>
            <w:r/>
            <w:r>
              <w:rPr>
                <w:rFonts w:ascii="Microsoft JhengHei" w:hAnsi="Microsoft JhengHei" w:eastAsia="Microsoft JhengHei"/>
                <w:b w:val="0"/>
                <w:i w:val="0"/>
                <w:color w:val="222A36"/>
                <w:sz w:val="20"/>
              </w:rPr>
              <w:t>背誦以賽亞書 43:1 時，可在旁邊輸入自己的名字（只存在手機）。</w:t>
            </w:r>
          </w:p>
        </w:tc>
        <w:tc>
          <w:tcPr>
            <w:tcW w:type="dxa" w:w="1662"/>
          </w:tcPr>
          <w:p>
            <w:r/>
            <w:r>
              <w:rPr>
                <w:rFonts w:ascii="Microsoft JhengHei" w:hAnsi="Microsoft JhengHei" w:eastAsia="Microsoft JhengHei"/>
                <w:b w:val="0"/>
                <w:i w:val="0"/>
                <w:color w:val="222A36"/>
                <w:sz w:val="20"/>
              </w:rPr>
              <w:t>把「神按名呼召」變成個人的提醒。</w:t>
            </w:r>
          </w:p>
        </w:tc>
        <w:tc>
          <w:tcPr>
            <w:tcW w:type="dxa" w:w="1662"/>
          </w:tcPr>
          <w:p>
            <w:r/>
            <w:r>
              <w:rPr>
                <w:rFonts w:ascii="Microsoft JhengHei" w:hAnsi="Microsoft JhengHei" w:eastAsia="Microsoft JhengHei"/>
                <w:b w:val="0"/>
                <w:i w:val="0"/>
                <w:color w:val="222A36"/>
                <w:sz w:val="20"/>
              </w:rPr>
              <w:t>scripture</w:t>
            </w:r>
          </w:p>
        </w:tc>
        <w:tc>
          <w:tcPr>
            <w:tcW w:type="dxa" w:w="1662"/>
          </w:tcPr>
          <w:p>
            <w:r/>
            <w:r>
              <w:rPr>
                <w:rFonts w:ascii="Microsoft JhengHei" w:hAnsi="Microsoft JhengHei" w:eastAsia="Microsoft JhengHei"/>
                <w:b w:val="0"/>
                <w:i w:val="0"/>
                <w:color w:val="222A36"/>
                <w:sz w:val="20"/>
              </w:rPr>
              <w:t>小</w:t>
            </w:r>
          </w:p>
        </w:tc>
      </w:tr>
    </w:tbl>
    <w:p/>
    <w:p>
      <w:pPr>
        <w:spacing w:after="80"/>
      </w:pPr>
      <w:r>
        <w:rPr>
          <w:rFonts w:ascii="Microsoft JhengHei" w:hAnsi="Microsoft JhengHei" w:eastAsia="Microsoft JhengHei"/>
          <w:b w:val="0"/>
          <w:i w:val="0"/>
          <w:color w:val="222A36"/>
          <w:sz w:val="20"/>
        </w:rPr>
        <w:t>發現的缺口：網站暫時沒有撒該主題的互動課；本系列的新網頁可加入遊戲中心。</w:t>
      </w:r>
    </w:p>
    <w:p>
      <w:pPr>
        <w:spacing w:after="120" w:before="240"/>
      </w:pPr>
      <w:r>
        <w:rPr>
          <w:rFonts w:ascii="Microsoft JhengHei" w:hAnsi="Microsoft JhengHei" w:eastAsia="Microsoft JhengHei"/>
          <w:b/>
          <w:i w:val="0"/>
          <w:color w:val="A86B1F"/>
          <w:sz w:val="32"/>
        </w:rPr>
        <w:t>附錄 D　L0 主導核心終審</w:t>
      </w:r>
    </w:p>
    <w:tbl>
      <w:tblPr>
        <w:tblStyle w:val="TableGrid"/>
        <w:tblW w:type="auto" w:w="0"/>
        <w:tblLook w:firstColumn="1" w:firstRow="1" w:lastColumn="0" w:lastRow="0" w:noHBand="0" w:noVBand="1" w:val="04A0"/>
      </w:tblPr>
      <w:tblGrid>
        <w:gridCol w:w="4986"/>
        <w:gridCol w:w="4986"/>
      </w:tblGrid>
      <w:tr>
        <w:tc>
          <w:tcPr>
            <w:tcW w:type="dxa" w:w="4535"/>
            <w:shd w:val="clear" w:fill="EFE7D6"/>
          </w:tcPr>
          <w:p>
            <w:r/>
            <w:r>
              <w:rPr>
                <w:rFonts w:ascii="Microsoft JhengHei" w:hAnsi="Microsoft JhengHei" w:eastAsia="Microsoft JhengHei"/>
                <w:b/>
                <w:i w:val="0"/>
                <w:color w:val="222A36"/>
                <w:sz w:val="20"/>
              </w:rPr>
              <w:t>範疇</w:t>
            </w:r>
          </w:p>
        </w:tc>
        <w:tc>
          <w:tcPr>
            <w:tcW w:type="dxa" w:w="2268"/>
            <w:shd w:val="clear" w:fill="EFE7D6"/>
          </w:tcPr>
          <w:p>
            <w:r/>
            <w:r>
              <w:rPr>
                <w:rFonts w:ascii="Microsoft JhengHei" w:hAnsi="Microsoft JhengHei" w:eastAsia="Microsoft JhengHei"/>
                <w:b/>
                <w:i w:val="0"/>
                <w:color w:val="222A36"/>
                <w:sz w:val="20"/>
              </w:rPr>
              <w:t>分數</w:t>
            </w:r>
          </w:p>
        </w:tc>
      </w:tr>
      <w:tr>
        <w:tc>
          <w:tcPr>
            <w:tcW w:type="dxa" w:w="4535"/>
          </w:tcPr>
          <w:p>
            <w:r/>
            <w:r>
              <w:rPr>
                <w:rFonts w:ascii="Microsoft JhengHei" w:hAnsi="Microsoft JhengHei" w:eastAsia="Microsoft JhengHei"/>
                <w:b w:val="0"/>
                <w:i w:val="0"/>
                <w:color w:val="222A36"/>
                <w:sz w:val="20"/>
              </w:rPr>
              <w:t>認識主的愛</w:t>
            </w:r>
          </w:p>
        </w:tc>
        <w:tc>
          <w:tcPr>
            <w:tcW w:type="dxa" w:w="2268"/>
          </w:tcPr>
          <w:p>
            <w:r/>
            <w:r>
              <w:rPr>
                <w:rFonts w:ascii="Microsoft JhengHei" w:hAnsi="Microsoft JhengHei" w:eastAsia="Microsoft JhengHei"/>
                <w:b w:val="0"/>
                <w:i w:val="0"/>
                <w:color w:val="222A36"/>
                <w:sz w:val="20"/>
              </w:rPr>
              <w:t>5 / 5</w:t>
            </w:r>
          </w:p>
        </w:tc>
      </w:tr>
      <w:tr>
        <w:tc>
          <w:tcPr>
            <w:tcW w:type="dxa" w:w="4535"/>
          </w:tcPr>
          <w:p>
            <w:r/>
            <w:r>
              <w:rPr>
                <w:rFonts w:ascii="Microsoft JhengHei" w:hAnsi="Microsoft JhengHei" w:eastAsia="Microsoft JhengHei"/>
                <w:b w:val="0"/>
                <w:i w:val="0"/>
                <w:color w:val="222A36"/>
                <w:sz w:val="20"/>
              </w:rPr>
              <w:t>親近主，憑信心回應</w:t>
            </w:r>
          </w:p>
        </w:tc>
        <w:tc>
          <w:tcPr>
            <w:tcW w:type="dxa" w:w="2268"/>
          </w:tcPr>
          <w:p>
            <w:r/>
            <w:r>
              <w:rPr>
                <w:rFonts w:ascii="Microsoft JhengHei" w:hAnsi="Microsoft JhengHei" w:eastAsia="Microsoft JhengHei"/>
                <w:b w:val="0"/>
                <w:i w:val="0"/>
                <w:color w:val="222A36"/>
                <w:sz w:val="20"/>
              </w:rPr>
              <w:t>5 / 5</w:t>
            </w:r>
          </w:p>
        </w:tc>
      </w:tr>
      <w:tr>
        <w:tc>
          <w:tcPr>
            <w:tcW w:type="dxa" w:w="4535"/>
          </w:tcPr>
          <w:p>
            <w:r/>
            <w:r>
              <w:rPr>
                <w:rFonts w:ascii="Microsoft JhengHei" w:hAnsi="Microsoft JhengHei" w:eastAsia="Microsoft JhengHei"/>
                <w:b w:val="0"/>
                <w:i w:val="0"/>
                <w:color w:val="222A36"/>
                <w:sz w:val="20"/>
              </w:rPr>
              <w:t>以基督為中心</w:t>
            </w:r>
          </w:p>
        </w:tc>
        <w:tc>
          <w:tcPr>
            <w:tcW w:type="dxa" w:w="2268"/>
          </w:tcPr>
          <w:p>
            <w:r/>
            <w:r>
              <w:rPr>
                <w:rFonts w:ascii="Microsoft JhengHei" w:hAnsi="Microsoft JhengHei" w:eastAsia="Microsoft JhengHei"/>
                <w:b w:val="0"/>
                <w:i w:val="0"/>
                <w:color w:val="222A36"/>
                <w:sz w:val="20"/>
              </w:rPr>
              <w:t>4 / 5</w:t>
            </w:r>
          </w:p>
        </w:tc>
      </w:tr>
      <w:tr>
        <w:tc>
          <w:tcPr>
            <w:tcW w:type="dxa" w:w="4535"/>
          </w:tcPr>
          <w:p>
            <w:r/>
            <w:r>
              <w:rPr>
                <w:rFonts w:ascii="Microsoft JhengHei" w:hAnsi="Microsoft JhengHei" w:eastAsia="Microsoft JhengHei"/>
                <w:b w:val="0"/>
                <w:i w:val="0"/>
                <w:color w:val="222A36"/>
                <w:sz w:val="20"/>
              </w:rPr>
              <w:t>恩典而非說教</w:t>
            </w:r>
          </w:p>
        </w:tc>
        <w:tc>
          <w:tcPr>
            <w:tcW w:type="dxa" w:w="2268"/>
          </w:tcPr>
          <w:p>
            <w:r/>
            <w:r>
              <w:rPr>
                <w:rFonts w:ascii="Microsoft JhengHei" w:hAnsi="Microsoft JhengHei" w:eastAsia="Microsoft JhengHei"/>
                <w:b w:val="0"/>
                <w:i w:val="0"/>
                <w:color w:val="222A36"/>
                <w:sz w:val="20"/>
              </w:rPr>
              <w:t>5 / 5</w:t>
            </w:r>
          </w:p>
        </w:tc>
      </w:tr>
      <w:tr>
        <w:tc>
          <w:tcPr>
            <w:tcW w:type="dxa" w:w="4535"/>
          </w:tcPr>
          <w:p>
            <w:r/>
            <w:r>
              <w:rPr>
                <w:rFonts w:ascii="Microsoft JhengHei" w:hAnsi="Microsoft JhengHei" w:eastAsia="Microsoft JhengHei"/>
                <w:b w:val="0"/>
                <w:i w:val="0"/>
                <w:color w:val="222A36"/>
                <w:sz w:val="20"/>
              </w:rPr>
              <w:t>深度而非只求好玩</w:t>
            </w:r>
          </w:p>
        </w:tc>
        <w:tc>
          <w:tcPr>
            <w:tcW w:type="dxa" w:w="2268"/>
          </w:tcPr>
          <w:p>
            <w:r/>
            <w:r>
              <w:rPr>
                <w:rFonts w:ascii="Microsoft JhengHei" w:hAnsi="Microsoft JhengHei" w:eastAsia="Microsoft JhengHei"/>
                <w:b w:val="0"/>
                <w:i w:val="0"/>
                <w:color w:val="222A36"/>
                <w:sz w:val="20"/>
              </w:rPr>
              <w:t>4 / 5</w:t>
            </w:r>
          </w:p>
        </w:tc>
      </w:tr>
      <w:tr>
        <w:tc>
          <w:tcPr>
            <w:tcW w:type="dxa" w:w="4535"/>
          </w:tcPr>
          <w:p>
            <w:r/>
            <w:r>
              <w:rPr>
                <w:rFonts w:ascii="Microsoft JhengHei" w:hAnsi="Microsoft JhengHei" w:eastAsia="Microsoft JhengHei"/>
                <w:b w:val="0"/>
                <w:i w:val="0"/>
                <w:color w:val="222A36"/>
                <w:sz w:val="20"/>
              </w:rPr>
              <w:t>生活中遇見主</w:t>
            </w:r>
          </w:p>
        </w:tc>
        <w:tc>
          <w:tcPr>
            <w:tcW w:type="dxa" w:w="2268"/>
          </w:tcPr>
          <w:p>
            <w:r/>
            <w:r>
              <w:rPr>
                <w:rFonts w:ascii="Microsoft JhengHei" w:hAnsi="Microsoft JhengHei" w:eastAsia="Microsoft JhengHei"/>
                <w:b w:val="0"/>
                <w:i w:val="0"/>
                <w:color w:val="222A36"/>
                <w:sz w:val="20"/>
              </w:rPr>
              <w:t>5 / 5</w:t>
            </w:r>
          </w:p>
        </w:tc>
      </w:tr>
      <w:tr>
        <w:tc>
          <w:tcPr>
            <w:tcW w:type="dxa" w:w="4535"/>
          </w:tcPr>
          <w:p>
            <w:r/>
            <w:r>
              <w:rPr>
                <w:rFonts w:ascii="Microsoft JhengHei" w:hAnsi="Microsoft JhengHei" w:eastAsia="Microsoft JhengHei"/>
                <w:b w:val="0"/>
                <w:i w:val="0"/>
                <w:color w:val="222A36"/>
                <w:sz w:val="20"/>
              </w:rPr>
              <w:t>安全與關顧</w:t>
            </w:r>
          </w:p>
        </w:tc>
        <w:tc>
          <w:tcPr>
            <w:tcW w:type="dxa" w:w="2268"/>
          </w:tcPr>
          <w:p>
            <w:r/>
            <w:r>
              <w:rPr>
                <w:rFonts w:ascii="Microsoft JhengHei" w:hAnsi="Microsoft JhengHei" w:eastAsia="Microsoft JhengHei"/>
                <w:b w:val="0"/>
                <w:i w:val="0"/>
                <w:color w:val="222A36"/>
                <w:sz w:val="20"/>
              </w:rPr>
              <w:t>5 / 5</w:t>
            </w:r>
          </w:p>
        </w:tc>
      </w:tr>
      <w:tr>
        <w:tc>
          <w:tcPr>
            <w:tcW w:type="dxa" w:w="4535"/>
          </w:tcPr>
          <w:p>
            <w:r/>
            <w:r>
              <w:rPr>
                <w:rFonts w:ascii="Microsoft JhengHei" w:hAnsi="Microsoft JhengHei" w:eastAsia="Microsoft JhengHei"/>
                <w:b w:val="0"/>
                <w:i w:val="0"/>
                <w:color w:val="222A36"/>
                <w:sz w:val="20"/>
              </w:rPr>
              <w:t>時間完整</w:t>
            </w:r>
          </w:p>
        </w:tc>
        <w:tc>
          <w:tcPr>
            <w:tcW w:type="dxa" w:w="2268"/>
          </w:tcPr>
          <w:p>
            <w:r/>
            <w:r>
              <w:rPr>
                <w:rFonts w:ascii="Microsoft JhengHei" w:hAnsi="Microsoft JhengHei" w:eastAsia="Microsoft JhengHei"/>
                <w:b w:val="0"/>
                <w:i w:val="0"/>
                <w:color w:val="222A36"/>
                <w:sz w:val="20"/>
              </w:rPr>
              <w:t>5 / 5</w:t>
            </w:r>
          </w:p>
        </w:tc>
      </w:tr>
    </w:tbl>
    <w:p/>
    <w:p>
      <w:pPr>
        <w:pStyle w:val="ListBullet"/>
      </w:pPr>
      <w:r>
        <w:rPr>
          <w:rFonts w:ascii="Microsoft JhengHei" w:hAnsi="Microsoft JhengHei" w:eastAsia="Microsoft JhengHei"/>
          <w:b w:val="0"/>
          <w:i w:val="0"/>
          <w:color w:val="222A36"/>
          <w:sz w:val="22"/>
        </w:rPr>
        <w:t>由同學真實的三個問題開始，尊重父母及老師，再帶到更重要的眼光。</w:t>
      </w:r>
    </w:p>
    <w:p>
      <w:pPr>
        <w:pStyle w:val="ListBullet"/>
      </w:pPr>
      <w:r>
        <w:rPr>
          <w:rFonts w:ascii="Microsoft JhengHei" w:hAnsi="Microsoft JhengHei" w:eastAsia="Microsoft JhengHei"/>
          <w:b w:val="0"/>
          <w:i w:val="0"/>
          <w:color w:val="222A36"/>
          <w:sz w:val="22"/>
        </w:rPr>
        <w:t>尋寶密碼就是路加福音 19:5，遊戲直接指向經文。</w:t>
      </w:r>
    </w:p>
    <w:p>
      <w:pPr>
        <w:pStyle w:val="ListBullet"/>
      </w:pPr>
      <w:r>
        <w:rPr>
          <w:rFonts w:ascii="Microsoft JhengHei" w:hAnsi="Microsoft JhengHei" w:eastAsia="Microsoft JhengHei"/>
          <w:b w:val="0"/>
          <w:i w:val="0"/>
          <w:color w:val="222A36"/>
          <w:sz w:val="22"/>
        </w:rPr>
        <w:t>偵探遊戲以經文揭曉，避免只停留在猜測。</w:t>
      </w:r>
    </w:p>
    <w:p>
      <w:pPr>
        <w:pStyle w:val="ListBullet"/>
      </w:pPr>
      <w:r>
        <w:rPr>
          <w:rFonts w:ascii="Microsoft JhengHei" w:hAnsi="Microsoft JhengHei" w:eastAsia="Microsoft JhengHei"/>
          <w:b w:val="0"/>
          <w:i w:val="0"/>
          <w:color w:val="222A36"/>
          <w:sz w:val="22"/>
        </w:rPr>
        <w:t>名字禱告讓自我價值低的同學親身經歷被叫名字，並有安全的退出方法。</w:t>
      </w:r>
    </w:p>
    <w:sectPr w:rsidR="00FC693F" w:rsidRPr="0006063C" w:rsidSect="00034616">
      <w:footerReference w:type="default" r:id="rId9"/>
      <w:pgSz w:w="12240" w:h="15840"/>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Microsoft JhengHei" w:hAnsi="Microsoft JhengHei" w:eastAsia="Microsoft JhengHei"/>
        <w:b w:val="0"/>
        <w:i w:val="0"/>
        <w:color w:val="6B7280"/>
        <w:sz w:val="16"/>
      </w:rPr>
      <w:t>Reclaim2K · AI 協助草擬，須由老師審閱</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