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 w:val="0"/>
          <w:color w:val="555555"/>
          <w:sz w:val="20"/>
        </w:rPr>
        <w:t>姓名：＿＿＿＿＿＿　日期：＿＿＿＿</w:t>
      </w:r>
    </w:p>
    <w:p>
      <w:r>
        <w:rPr>
          <w:rFonts w:ascii="Microsoft JhengHei" w:hAnsi="Microsoft JhengHei" w:eastAsia="Microsoft JhengHei"/>
          <w:b/>
          <w:color w:val="A86B1F"/>
          <w:sz w:val="40"/>
        </w:rPr>
        <w:t>誰在看我？爬上桑樹，找到耶穌眼中的我</w:t>
      </w:r>
    </w:p>
    <w:p>
      <w:r>
        <w:rPr>
          <w:rFonts w:ascii="Microsoft JhengHei" w:hAnsi="Microsoft JhengHei" w:eastAsia="Microsoft JhengHei"/>
          <w:b w:val="0"/>
          <w:sz w:val="22"/>
        </w:rPr>
        <w:t>這張工作紙只供你自己反思，可以不交給任何人；寫字、圈選或畫圖都可以。</w:t>
      </w:r>
    </w:p>
    <w:p>
      <w:r>
        <w:rPr>
          <w:rFonts w:ascii="Microsoft JhengHei" w:hAnsi="Microsoft JhengHei" w:eastAsia="Microsoft JhengHei"/>
          <w:b/>
          <w:sz w:val="22"/>
        </w:rPr>
        <w:t>🎨 三面鏡子：在三面鏡子裏各寫或畫一個「我猜他們眼中的我」（爸媽、朋友、老師）。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📖 路加福音 19:1-10</w:t>
      </w:r>
    </w:p>
    <w:p>
      <w:r>
        <w:rPr>
          <w:rFonts w:ascii="Microsoft JhengHei" w:hAnsi="Microsoft JhengHei" w:eastAsia="Microsoft JhengHei"/>
          <w:b w:val="0"/>
          <w:sz w:val="22"/>
        </w:rPr>
        <w:t>1耶穌進了耶利哥，正經過的時候， 2有一個人名叫撒該，作稅吏長，是個財主。 3他要看看耶穌是怎樣的人；只因人多，他的身量又矮，所以不得看見， 4就跑到前頭，爬上桑樹，要看耶穌，因為耶穌必從那裡經過。 5耶穌到了那裡，抬頭一看，對他說：「撒該，快下來！今天我必住在你家裡。」 6他就急忙下來，歡歡喜喜地接待耶穌。 7眾人看見，都私下議論說：「他竟到罪人家裡去住宿。」 8撒該站著對主說：「主啊，我把所有的一半給窮人；我若訛詐了誰，就還他四倍。」 9耶穌說：「今天救恩到了這家，因為他也是亞伯拉罕的子孫。 10人子來，為要尋找、拯救失喪的人。」</w:t>
      </w:r>
    </w:p>
    <w:p>
      <w:r>
        <w:rPr>
          <w:rFonts w:ascii="Microsoft JhengHei" w:hAnsi="Microsoft JhengHei" w:eastAsia="Microsoft JhengHei"/>
          <w:b w:val="0"/>
          <w:sz w:val="22"/>
        </w:rPr>
        <w:t>讀一讀撒該的故事。</w:t>
      </w:r>
    </w:p>
    <w:p>
      <w:r>
        <w:rPr>
          <w:rFonts w:ascii="Microsoft JhengHei" w:hAnsi="Microsoft JhengHei" w:eastAsia="Microsoft JhengHei"/>
          <w:b/>
          <w:sz w:val="22"/>
        </w:rPr>
        <w:t>3. 耶穌到了那裏，抬頭一看，對他說：「＿＿＿，快下來！今天我必住在你家裏。」</w:t>
      </w:r>
    </w:p>
    <w:p>
      <w:r>
        <w:rPr>
          <w:rFonts w:ascii="Microsoft JhengHei" w:hAnsi="Microsoft JhengHei" w:eastAsia="Microsoft JhengHei"/>
          <w:b w:val="0"/>
          <w:sz w:val="22"/>
        </w:rPr>
        <w:t>○ 撒該　○ 稅吏　○ 罪人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4. 撒該先把錢還給別人，耶穌才願意到他家。（對／錯）</w:t>
      </w:r>
    </w:p>
    <w:p>
      <w:r>
        <w:rPr>
          <w:rFonts w:ascii="Microsoft JhengHei" w:hAnsi="Microsoft JhengHei" w:eastAsia="Microsoft JhengHei"/>
          <w:b w:val="0"/>
          <w:sz w:val="22"/>
        </w:rPr>
        <w:t>□ 對</w:t>
      </w:r>
    </w:p>
    <w:p>
      <w:r>
        <w:rPr>
          <w:rFonts w:ascii="Microsoft JhengHei" w:hAnsi="Microsoft JhengHei" w:eastAsia="Microsoft JhengHei"/>
          <w:b w:val="0"/>
          <w:sz w:val="22"/>
        </w:rPr>
        <w:t>□ 錯</w:t>
      </w:r>
    </w:p>
    <w:p>
      <w:r>
        <w:rPr>
          <w:rFonts w:ascii="Microsoft JhengHei" w:hAnsi="Microsoft JhengHei" w:eastAsia="Microsoft JhengHei"/>
          <w:b/>
          <w:sz w:val="22"/>
        </w:rPr>
        <w:t>5. 偵探評分：你覺得哪一個說法最有證據？圈出一個。</w:t>
      </w:r>
    </w:p>
    <w:p>
      <w:r>
        <w:rPr>
          <w:rFonts w:ascii="Microsoft JhengHei" w:hAnsi="Microsoft JhengHei" w:eastAsia="Microsoft JhengHei"/>
          <w:b w:val="0"/>
          <w:sz w:val="22"/>
        </w:rPr>
        <w:t>• 科學家：耶穌事先打聽過</w:t>
      </w:r>
    </w:p>
    <w:p>
      <w:r>
        <w:rPr>
          <w:rFonts w:ascii="Microsoft JhengHei" w:hAnsi="Microsoft JhengHei" w:eastAsia="Microsoft JhengHei"/>
          <w:b w:val="0"/>
          <w:sz w:val="22"/>
        </w:rPr>
        <w:t>• 偵探：撒該很出名</w:t>
      </w:r>
    </w:p>
    <w:p>
      <w:r>
        <w:rPr>
          <w:rFonts w:ascii="Microsoft JhengHei" w:hAnsi="Microsoft JhengHei" w:eastAsia="Microsoft JhengHei"/>
          <w:b w:val="0"/>
          <w:sz w:val="22"/>
        </w:rPr>
        <w:t>• 鄰居：眾人在叫他的名字</w:t>
      </w:r>
    </w:p>
    <w:p>
      <w:r>
        <w:rPr>
          <w:rFonts w:ascii="Microsoft JhengHei" w:hAnsi="Microsoft JhengHei" w:eastAsia="Microsoft JhengHei"/>
          <w:b w:val="0"/>
          <w:sz w:val="22"/>
        </w:rPr>
        <w:t>• 聖經學者：耶穌在人開口前已認識人</w:t>
      </w:r>
    </w:p>
    <w:p>
      <w:r>
        <w:rPr>
          <w:rFonts w:ascii="Microsoft JhengHei" w:hAnsi="Microsoft JhengHei" w:eastAsia="Microsoft JhengHei"/>
          <w:b w:val="0"/>
          <w:sz w:val="22"/>
        </w:rPr>
        <w:t>• 神學家：耶穌是創造人的神</w:t>
      </w:r>
    </w:p>
    <w:p>
      <w:r>
        <w:rPr>
          <w:rFonts w:ascii="Microsoft JhengHei" w:hAnsi="Microsoft JhengHei" w:eastAsia="Microsoft JhengHei"/>
          <w:b/>
          <w:sz w:val="22"/>
        </w:rPr>
        <w:t>6. 人子來，是要做甚麼？</w:t>
      </w:r>
    </w:p>
    <w:p>
      <w:r>
        <w:rPr>
          <w:rFonts w:ascii="Microsoft JhengHei" w:hAnsi="Microsoft JhengHei" w:eastAsia="Microsoft JhengHei"/>
          <w:b w:val="0"/>
          <w:sz w:val="22"/>
        </w:rPr>
        <w:t>○ 尋找、拯救失喪的人　○ 找最好的學生　○ 懲罰壞人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💭 如果耶穌今天叫你的名字，你想對祂說甚麼？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🦶 撒該改變卡：這星期我想做的一件小改變（可選一項，也可以不選）：</w:t>
      </w:r>
    </w:p>
    <w:p>
      <w:r>
        <w:rPr>
          <w:rFonts w:ascii="Microsoft JhengHei" w:hAnsi="Microsoft JhengHei" w:eastAsia="Microsoft JhengHei"/>
          <w:b w:val="0"/>
          <w:sz w:val="22"/>
        </w:rPr>
        <w:t>□ 向一位家人說一句謝謝</w:t>
      </w:r>
    </w:p>
    <w:p>
      <w:r>
        <w:rPr>
          <w:rFonts w:ascii="Microsoft JhengHei" w:hAnsi="Microsoft JhengHei" w:eastAsia="Microsoft JhengHei"/>
          <w:b w:val="0"/>
          <w:sz w:val="22"/>
        </w:rPr>
        <w:t>□ 還一件借來的東西</w:t>
      </w:r>
    </w:p>
    <w:p>
      <w:r>
        <w:rPr>
          <w:rFonts w:ascii="Microsoft JhengHei" w:hAnsi="Microsoft JhengHei" w:eastAsia="Microsoft JhengHei"/>
          <w:b w:val="0"/>
          <w:sz w:val="22"/>
        </w:rPr>
        <w:t>□ 幫一位同學一次</w:t>
      </w:r>
    </w:p>
    <w:p>
      <w:r>
        <w:rPr>
          <w:rFonts w:ascii="Microsoft JhengHei" w:hAnsi="Microsoft JhengHei" w:eastAsia="Microsoft JhengHei"/>
          <w:b w:val="0"/>
          <w:sz w:val="22"/>
        </w:rPr>
        <w:t>□ 每天三分鐘與耶穌朋友說話</w:t>
      </w:r>
    </w:p>
    <w:p>
      <w:r>
        <w:rPr>
          <w:rFonts w:ascii="Microsoft JhengHei" w:hAnsi="Microsoft JhengHei" w:eastAsia="Microsoft JhengHei"/>
          <w:b w:val="0"/>
          <w:sz w:val="22"/>
        </w:rPr>
        <w:t>□ 放下手機十分鐘，陪家人</w:t>
      </w:r>
    </w:p>
    <w:p>
      <w:r>
        <w:rPr>
          <w:rFonts w:ascii="Microsoft JhengHei" w:hAnsi="Microsoft JhengHei" w:eastAsia="Microsoft JhengHei"/>
          <w:b/>
          <w:sz w:val="22"/>
        </w:rPr>
        <w:t>🙏 耶穌，你知道我的名字。我想告訴你……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