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/>
          <w:color w:val="A86B1F"/>
          <w:sz w:val="40"/>
        </w:rPr>
        <w:t>參考答案（老師用）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2 題：今天／今日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3 題：錯：強盜只說「求你記念我」，耶穌的應許完全出於恩典。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4 題：全部都對：祂創造我、愛我、為我死、復活並與我同在。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