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 w:val="0"/>
          <w:color w:val="555555"/>
          <w:sz w:val="20"/>
        </w:rPr>
        <w:t>姓名：＿＿＿＿＿＿　日期：＿＿＿＿</w:t>
      </w:r>
    </w:p>
    <w:p>
      <w:r>
        <w:rPr>
          <w:rFonts w:ascii="Microsoft JhengHei" w:hAnsi="Microsoft JhengHei" w:eastAsia="Microsoft JhengHei"/>
          <w:b/>
          <w:color w:val="A86B1F"/>
          <w:sz w:val="40"/>
        </w:rPr>
        <w:t>撒該改變挑戰（七天）</w:t>
      </w:r>
    </w:p>
    <w:p>
      <w:r>
        <w:rPr>
          <w:rFonts w:ascii="Microsoft JhengHei" w:hAnsi="Microsoft JhengHei" w:eastAsia="Microsoft JhengHei"/>
          <w:b w:val="0"/>
          <w:sz w:val="22"/>
        </w:rPr>
        <w:t>每天做到就畫一個笑臉；做不到也沒有關係，明天再試。</w:t>
      </w:r>
    </w:p>
    <w:p>
      <w:r>
        <w:rPr>
          <w:rFonts w:ascii="Microsoft JhengHei" w:hAnsi="Microsoft JhengHei" w:eastAsia="Microsoft JhengHei"/>
          <w:b/>
          <w:sz w:val="22"/>
        </w:rPr>
        <w:t>🦶 我的改變是：</w:t>
      </w:r>
    </w:p>
    <w:p>
      <w:r>
        <w:rPr>
          <w:rFonts w:ascii="Microsoft JhengHei" w:hAnsi="Microsoft JhengHei" w:eastAsia="Microsoft JhengHei"/>
          <w:b w:val="0"/>
          <w:sz w:val="22"/>
        </w:rPr>
        <w:t>□ 道謝</w:t>
      </w:r>
    </w:p>
    <w:p>
      <w:r>
        <w:rPr>
          <w:rFonts w:ascii="Microsoft JhengHei" w:hAnsi="Microsoft JhengHei" w:eastAsia="Microsoft JhengHei"/>
          <w:b w:val="0"/>
          <w:sz w:val="22"/>
        </w:rPr>
        <w:t>□ 歸還</w:t>
      </w:r>
    </w:p>
    <w:p>
      <w:r>
        <w:rPr>
          <w:rFonts w:ascii="Microsoft JhengHei" w:hAnsi="Microsoft JhengHei" w:eastAsia="Microsoft JhengHei"/>
          <w:b w:val="0"/>
          <w:sz w:val="22"/>
        </w:rPr>
        <w:t>□ 幫助</w:t>
      </w:r>
    </w:p>
    <w:p>
      <w:r>
        <w:rPr>
          <w:rFonts w:ascii="Microsoft JhengHei" w:hAnsi="Microsoft JhengHei" w:eastAsia="Microsoft JhengHei"/>
          <w:b w:val="0"/>
          <w:sz w:val="22"/>
        </w:rPr>
        <w:t>□ 陪伴</w:t>
      </w:r>
    </w:p>
    <w:p>
      <w:r>
        <w:rPr>
          <w:rFonts w:ascii="Microsoft JhengHei" w:hAnsi="Microsoft JhengHei" w:eastAsia="Microsoft JhengHei"/>
          <w:b w:val="0"/>
          <w:sz w:val="22"/>
        </w:rPr>
        <w:t>□ 放下手機</w:t>
      </w:r>
    </w:p>
    <w:p>
      <w:r>
        <w:rPr>
          <w:rFonts w:ascii="Microsoft JhengHei" w:hAnsi="Microsoft JhengHei" w:eastAsia="Microsoft JhengHei"/>
          <w:b/>
          <w:sz w:val="22"/>
        </w:rPr>
        <w:t>🎨 第一天至第七天：每天畫一個笑臉或一個記號。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3. 這七天，耶穌到過你「家」的哪一刻？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🙏 復活的主，謝謝你這七天……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