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pPr>
      <w:r>
        <w:rPr>
          <w:rFonts w:ascii="Microsoft JhengHei" w:hAnsi="Microsoft JhengHei" w:eastAsia="Microsoft JhengHei"/>
          <w:b/>
          <w:i w:val="0"/>
          <w:color w:val="A86B1F"/>
          <w:sz w:val="44"/>
        </w:rPr>
        <w:t>十字架上的答案：復活的耶穌今天要到我家</w:t>
      </w:r>
    </w:p>
    <w:p>
      <w:pPr>
        <w:spacing w:after="200"/>
      </w:pPr>
      <w:r>
        <w:rPr>
          <w:rFonts w:ascii="Microsoft JhengHei" w:hAnsi="Microsoft JhengHei" w:eastAsia="Microsoft JhengHei"/>
          <w:b w:val="0"/>
          <w:i w:val="0"/>
          <w:color w:val="6B7280"/>
          <w:sz w:val="26"/>
        </w:rPr>
        <w:t>The Answer on the Cross: The Risen Jesus Wants to Come to My House Today</w:t>
      </w:r>
    </w:p>
    <w:p>
      <w:pPr>
        <w:spacing w:after="80"/>
      </w:pPr>
      <w:r>
        <w:rPr>
          <w:rFonts w:ascii="Microsoft JhengHei" w:hAnsi="Microsoft JhengHei" w:eastAsia="Microsoft JhengHei"/>
          <w:b w:val="0"/>
          <w:i w:val="0"/>
          <w:color w:val="6B7280"/>
          <w:sz w:val="20"/>
        </w:rPr>
        <w:t>《從聖經到課堂，在生活中遇見復活主》多層次 AI Agent 教案 · Reclaim2K</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項目</w:t>
            </w:r>
          </w:p>
        </w:tc>
        <w:tc>
          <w:tcPr>
            <w:tcW w:type="dxa" w:w="6803"/>
            <w:shd w:val="clear" w:fill="EFE7D6"/>
          </w:tcPr>
          <w:p>
            <w:r/>
            <w:r>
              <w:rPr>
                <w:rFonts w:ascii="Microsoft JhengHei" w:hAnsi="Microsoft JhengHei" w:eastAsia="Microsoft JhengHei"/>
                <w:b/>
                <w:i w:val="0"/>
                <w:color w:val="222A36"/>
                <w:sz w:val="20"/>
              </w:rPr>
              <w:t>設定</w:t>
            </w:r>
          </w:p>
        </w:tc>
      </w:tr>
      <w:tr>
        <w:tc>
          <w:tcPr>
            <w:tcW w:type="dxa" w:w="2268"/>
          </w:tcPr>
          <w:p>
            <w:r/>
            <w:r>
              <w:rPr>
                <w:rFonts w:ascii="Microsoft JhengHei" w:hAnsi="Microsoft JhengHei" w:eastAsia="Microsoft JhengHei"/>
                <w:b w:val="0"/>
                <w:i w:val="0"/>
                <w:color w:val="222A36"/>
                <w:sz w:val="20"/>
              </w:rPr>
              <w:t>宗派軌道</w:t>
            </w:r>
          </w:p>
        </w:tc>
        <w:tc>
          <w:tcPr>
            <w:tcW w:type="dxa" w:w="6803"/>
          </w:tcPr>
          <w:p>
            <w:r/>
            <w:r>
              <w:rPr>
                <w:rFonts w:ascii="Microsoft JhengHei" w:hAnsi="Microsoft JhengHei" w:eastAsia="Microsoft JhengHei"/>
                <w:b w:val="0"/>
                <w:i w:val="0"/>
                <w:color w:val="222A36"/>
                <w:sz w:val="20"/>
              </w:rPr>
              <w:t>基督教</w:t>
            </w:r>
          </w:p>
        </w:tc>
      </w:tr>
      <w:tr>
        <w:tc>
          <w:tcPr>
            <w:tcW w:type="dxa" w:w="2268"/>
          </w:tcPr>
          <w:p>
            <w:r/>
            <w:r>
              <w:rPr>
                <w:rFonts w:ascii="Microsoft JhengHei" w:hAnsi="Microsoft JhengHei" w:eastAsia="Microsoft JhengHei"/>
                <w:b w:val="0"/>
                <w:i w:val="0"/>
                <w:color w:val="222A36"/>
                <w:sz w:val="20"/>
              </w:rPr>
              <w:t>學生階段</w:t>
            </w:r>
          </w:p>
        </w:tc>
        <w:tc>
          <w:tcPr>
            <w:tcW w:type="dxa" w:w="6803"/>
          </w:tcPr>
          <w:p>
            <w:r/>
            <w:r>
              <w:rPr>
                <w:rFonts w:ascii="Microsoft JhengHei" w:hAnsi="Microsoft JhengHei" w:eastAsia="Microsoft JhengHei"/>
                <w:b w:val="0"/>
                <w:i w:val="0"/>
                <w:color w:val="222A36"/>
                <w:sz w:val="20"/>
              </w:rPr>
              <w:t>中三至中四</w:t>
            </w:r>
          </w:p>
        </w:tc>
      </w:tr>
      <w:tr>
        <w:tc>
          <w:tcPr>
            <w:tcW w:type="dxa" w:w="2268"/>
          </w:tcPr>
          <w:p>
            <w:r/>
            <w:r>
              <w:rPr>
                <w:rFonts w:ascii="Microsoft JhengHei" w:hAnsi="Microsoft JhengHei" w:eastAsia="Microsoft JhengHei"/>
                <w:b w:val="0"/>
                <w:i w:val="0"/>
                <w:color w:val="222A36"/>
                <w:sz w:val="20"/>
              </w:rPr>
              <w:t>課堂活動歡樂度</w:t>
            </w:r>
          </w:p>
        </w:tc>
        <w:tc>
          <w:tcPr>
            <w:tcW w:type="dxa" w:w="6803"/>
          </w:tcPr>
          <w:p>
            <w:r/>
            <w:r>
              <w:rPr>
                <w:rFonts w:ascii="Microsoft JhengHei" w:hAnsi="Microsoft JhengHei" w:eastAsia="Microsoft JhengHei"/>
                <w:b w:val="0"/>
                <w:i w:val="0"/>
                <w:color w:val="222A36"/>
                <w:sz w:val="20"/>
              </w:rPr>
              <w:t>3 / 5</w:t>
            </w:r>
          </w:p>
        </w:tc>
      </w:tr>
      <w:tr>
        <w:tc>
          <w:tcPr>
            <w:tcW w:type="dxa" w:w="2268"/>
          </w:tcPr>
          <w:p>
            <w:r/>
            <w:r>
              <w:rPr>
                <w:rFonts w:ascii="Microsoft JhengHei" w:hAnsi="Microsoft JhengHei" w:eastAsia="Microsoft JhengHei"/>
                <w:b w:val="0"/>
                <w:i w:val="0"/>
                <w:color w:val="222A36"/>
                <w:sz w:val="20"/>
              </w:rPr>
              <w:t>牧養標籤</w:t>
            </w:r>
          </w:p>
        </w:tc>
        <w:tc>
          <w:tcPr>
            <w:tcW w:type="dxa" w:w="6803"/>
          </w:tcPr>
          <w:p>
            <w:r/>
            <w:r>
              <w:rPr>
                <w:rFonts w:ascii="Microsoft JhengHei" w:hAnsi="Microsoft JhengHei" w:eastAsia="Microsoft JhengHei"/>
                <w:b w:val="0"/>
                <w:i w:val="0"/>
                <w:color w:val="222A36"/>
                <w:sz w:val="20"/>
              </w:rPr>
              <w:t>無</w:t>
            </w:r>
          </w:p>
        </w:tc>
      </w:tr>
      <w:tr>
        <w:tc>
          <w:tcPr>
            <w:tcW w:type="dxa" w:w="2268"/>
          </w:tcPr>
          <w:p>
            <w:r/>
            <w:r>
              <w:rPr>
                <w:rFonts w:ascii="Microsoft JhengHei" w:hAnsi="Microsoft JhengHei" w:eastAsia="Microsoft JhengHei"/>
                <w:b w:val="0"/>
                <w:i w:val="0"/>
                <w:color w:val="222A36"/>
                <w:sz w:val="20"/>
              </w:rPr>
              <w:t>課堂時間</w:t>
            </w:r>
          </w:p>
        </w:tc>
        <w:tc>
          <w:tcPr>
            <w:tcW w:type="dxa" w:w="6803"/>
          </w:tcPr>
          <w:p>
            <w:r/>
            <w:r>
              <w:rPr>
                <w:rFonts w:ascii="Microsoft JhengHei" w:hAnsi="Microsoft JhengHei" w:eastAsia="Microsoft JhengHei"/>
                <w:b w:val="0"/>
                <w:i w:val="0"/>
                <w:color w:val="222A36"/>
                <w:sz w:val="20"/>
              </w:rPr>
              <w:t>單堂 45 分鐘（一系列 2 課之第 2 課）</w:t>
            </w:r>
          </w:p>
        </w:tc>
      </w:tr>
      <w:tr>
        <w:tc>
          <w:tcPr>
            <w:tcW w:type="dxa" w:w="2268"/>
          </w:tcPr>
          <w:p>
            <w:r/>
            <w:r>
              <w:rPr>
                <w:rFonts w:ascii="Microsoft JhengHei" w:hAnsi="Microsoft JhengHei" w:eastAsia="Microsoft JhengHei"/>
                <w:b w:val="0"/>
                <w:i w:val="0"/>
                <w:color w:val="222A36"/>
                <w:sz w:val="20"/>
              </w:rPr>
              <w:t>參考教案範本</w:t>
            </w:r>
          </w:p>
        </w:tc>
        <w:tc>
          <w:tcPr>
            <w:tcW w:type="dxa" w:w="6803"/>
          </w:tcPr>
          <w:p>
            <w:r/>
            <w:r>
              <w:rPr>
                <w:rFonts w:ascii="Microsoft JhengHei" w:hAnsi="Microsoft JhengHei" w:eastAsia="Microsoft JhengHei"/>
                <w:b w:val="0"/>
                <w:i w:val="0"/>
                <w:color w:val="222A36"/>
                <w:sz w:val="20"/>
              </w:rPr>
              <w:t>沒有</w:t>
            </w:r>
          </w:p>
        </w:tc>
      </w:tr>
      <w:tr>
        <w:tc>
          <w:tcPr>
            <w:tcW w:type="dxa" w:w="2268"/>
          </w:tcPr>
          <w:p>
            <w:r/>
            <w:r>
              <w:rPr>
                <w:rFonts w:ascii="Microsoft JhengHei" w:hAnsi="Microsoft JhengHei" w:eastAsia="Microsoft JhengHei"/>
                <w:b w:val="0"/>
                <w:i w:val="0"/>
                <w:color w:val="222A36"/>
                <w:sz w:val="20"/>
              </w:rPr>
              <w:t>生活實踐形態</w:t>
            </w:r>
          </w:p>
        </w:tc>
        <w:tc>
          <w:tcPr>
            <w:tcW w:type="dxa" w:w="6803"/>
          </w:tcPr>
          <w:p>
            <w:r/>
            <w:r>
              <w:rPr>
                <w:rFonts w:ascii="Microsoft JhengHei" w:hAnsi="Microsoft JhengHei" w:eastAsia="Microsoft JhengHei"/>
                <w:b w:val="0"/>
                <w:i w:val="0"/>
                <w:color w:val="222A36"/>
                <w:sz w:val="20"/>
              </w:rPr>
              <w:t>免交作業（自由心證）</w:t>
            </w:r>
          </w:p>
        </w:tc>
      </w:tr>
      <w:tr>
        <w:tc>
          <w:tcPr>
            <w:tcW w:type="dxa" w:w="2268"/>
          </w:tcPr>
          <w:p>
            <w:r/>
            <w:r>
              <w:rPr>
                <w:rFonts w:ascii="Microsoft JhengHei" w:hAnsi="Microsoft JhengHei" w:eastAsia="Microsoft JhengHei"/>
                <w:b w:val="0"/>
                <w:i w:val="0"/>
                <w:color w:val="222A36"/>
                <w:sz w:val="20"/>
              </w:rPr>
              <w:t>L0 終審</w:t>
            </w:r>
          </w:p>
        </w:tc>
        <w:tc>
          <w:tcPr>
            <w:tcW w:type="dxa" w:w="6803"/>
          </w:tcPr>
          <w:p>
            <w:r/>
            <w:r>
              <w:rPr>
                <w:rFonts w:ascii="Microsoft JhengHei" w:hAnsi="Microsoft JhengHei" w:eastAsia="Microsoft JhengHei"/>
                <w:b w:val="0"/>
                <w:i w:val="0"/>
                <w:color w:val="222A36"/>
                <w:sz w:val="20"/>
              </w:rPr>
              <w:t>✅ 合乎航道</w:t>
            </w:r>
          </w:p>
        </w:tc>
      </w:tr>
    </w:tbl>
    <w:p/>
    <w:tbl>
      <w:tblPr>
        <w:tblStyle w:val="TableGrid"/>
        <w:tblW w:type="auto" w:w="0"/>
        <w:tblLook w:firstColumn="1" w:firstRow="1" w:lastColumn="0" w:lastRow="0" w:noHBand="0" w:noVBand="1" w:val="04A0"/>
      </w:tblPr>
      <w:tblGrid>
        <w:gridCol w:w="9972"/>
      </w:tblGrid>
      <w:tr>
        <w:tc>
          <w:tcPr>
            <w:tcW w:type="dxa" w:w="9972"/>
            <w:shd w:val="clear" w:fill="FBF1DC"/>
          </w:tcPr>
          <w:p>
            <w:r/>
            <w:r>
              <w:rPr>
                <w:rFonts w:ascii="Microsoft JhengHei" w:hAnsi="Microsoft JhengHei" w:eastAsia="Microsoft JhengHei"/>
                <w:b/>
                <w:i w:val="0"/>
                <w:color w:val="A86B1F"/>
                <w:sz w:val="22"/>
              </w:rPr>
              <w:t>✝️ 總監的核心異象：每一份教案不可替代的目的</w:t>
            </w:r>
          </w:p>
          <w:p>
            <w:r>
              <w:rPr>
                <w:rFonts w:ascii="Microsoft JhengHei" w:hAnsi="Microsoft JhengHei" w:eastAsia="Microsoft JhengHei"/>
                <w:b w:val="0"/>
                <w:i w:val="0"/>
                <w:color w:val="222A36"/>
                <w:sz w:val="22"/>
              </w:rPr>
              <w:t>總監（L0）自始至終存在，不需選出，也不需呼喚。由聖經、到課堂、到生活，整個循環式教案都必須引領學生遇見愛他們的主，並與主建立更親密的關係。每一個 Bot 及每一位參與的老師，都以此為不可替代的目的；其他設計如有衝突，以此為準。</w:t>
            </w:r>
          </w:p>
          <w:p>
            <w:r>
              <w:rPr>
                <w:rFonts w:ascii="Microsoft JhengHei" w:hAnsi="Microsoft JhengHei" w:eastAsia="Microsoft JhengHei"/>
                <w:b w:val="0"/>
                <w:i w:val="0"/>
                <w:color w:val="222A36"/>
                <w:sz w:val="22"/>
              </w:rPr>
            </w:r>
          </w:p>
          <w:p>
            <w:r>
              <w:rPr>
                <w:rFonts w:ascii="Microsoft JhengHei" w:hAnsi="Microsoft JhengHei" w:eastAsia="Microsoft JhengHei"/>
                <w:b w:val="0"/>
                <w:i w:val="0"/>
                <w:color w:val="222A36"/>
                <w:sz w:val="22"/>
              </w:rPr>
              <w:t>1. 認識耶穌愛他：耶穌為他被釘十字架，並關心他生活中的每一個細節。</w:t>
            </w:r>
          </w:p>
          <w:p>
            <w:r>
              <w:rPr>
                <w:rFonts w:ascii="Microsoft JhengHei" w:hAnsi="Microsoft JhengHei" w:eastAsia="Microsoft JhengHei"/>
                <w:b w:val="0"/>
                <w:i w:val="0"/>
                <w:color w:val="222A36"/>
                <w:sz w:val="22"/>
              </w:rPr>
              <w:t>2. 引導學生更親近主：嘗嘗主恩的滋味，看見祂是何等美善，以致願意憑信心禱告、行動及順服天主，與主建立更親密的關係。</w:t>
            </w:r>
          </w:p>
        </w:tc>
      </w:tr>
    </w:tbl>
    <w:p/>
    <w:tbl>
      <w:tblPr>
        <w:tblStyle w:val="TableGrid"/>
        <w:tblW w:type="auto" w:w="0"/>
        <w:tblLook w:firstColumn="1" w:firstRow="1" w:lastColumn="0" w:lastRow="0" w:noHBand="0" w:noVBand="1" w:val="04A0"/>
      </w:tblPr>
      <w:tblGrid>
        <w:gridCol w:w="3324"/>
        <w:gridCol w:w="3324"/>
        <w:gridCol w:w="3324"/>
      </w:tblGrid>
      <w:tr>
        <w:tc>
          <w:tcPr>
            <w:tcW w:type="dxa" w:w="1814"/>
            <w:shd w:val="clear" w:fill="EFE7D6"/>
          </w:tcPr>
          <w:p>
            <w:r/>
            <w:r>
              <w:rPr>
                <w:rFonts w:ascii="Microsoft JhengHei" w:hAnsi="Microsoft JhengHei" w:eastAsia="Microsoft JhengHei"/>
                <w:b/>
                <w:i w:val="0"/>
                <w:color w:val="222A36"/>
                <w:sz w:val="20"/>
              </w:rPr>
              <w:t>核心經文</w:t>
            </w:r>
          </w:p>
        </w:tc>
        <w:tc>
          <w:tcPr>
            <w:tcW w:type="dxa" w:w="2438"/>
            <w:shd w:val="clear" w:fill="EFE7D6"/>
          </w:tcPr>
          <w:p>
            <w:r/>
            <w:r>
              <w:rPr>
                <w:rFonts w:ascii="Microsoft JhengHei" w:hAnsi="Microsoft JhengHei" w:eastAsia="Microsoft JhengHei"/>
                <w:b/>
                <w:i w:val="0"/>
                <w:color w:val="222A36"/>
                <w:sz w:val="20"/>
              </w:rPr>
              <w:t>主題</w:t>
            </w:r>
          </w:p>
        </w:tc>
        <w:tc>
          <w:tcPr>
            <w:tcW w:type="dxa" w:w="5102"/>
            <w:shd w:val="clear" w:fill="EFE7D6"/>
          </w:tcPr>
          <w:p>
            <w:r/>
            <w:r>
              <w:rPr>
                <w:rFonts w:ascii="Microsoft JhengHei" w:hAnsi="Microsoft JhengHei" w:eastAsia="Microsoft JhengHei"/>
                <w:b/>
                <w:i w:val="0"/>
                <w:color w:val="222A36"/>
                <w:sz w:val="20"/>
              </w:rPr>
              <w:t>經文（和合本）</w:t>
            </w:r>
          </w:p>
        </w:tc>
      </w:tr>
      <w:tr>
        <w:tc>
          <w:tcPr>
            <w:tcW w:type="dxa" w:w="1814"/>
          </w:tcPr>
          <w:p>
            <w:r/>
            <w:r>
              <w:rPr>
                <w:rFonts w:ascii="Microsoft JhengHei" w:hAnsi="Microsoft JhengHei" w:eastAsia="Microsoft JhengHei"/>
                <w:b w:val="0"/>
                <w:i w:val="0"/>
                <w:color w:val="222A36"/>
                <w:sz w:val="20"/>
              </w:rPr>
              <w:t>加拉太書 2:20</w:t>
            </w:r>
          </w:p>
        </w:tc>
        <w:tc>
          <w:tcPr>
            <w:tcW w:type="dxa" w:w="2438"/>
          </w:tcPr>
          <w:p>
            <w:r/>
            <w:r>
              <w:rPr>
                <w:rFonts w:ascii="Microsoft JhengHei" w:hAnsi="Microsoft JhengHei" w:eastAsia="Microsoft JhengHei"/>
                <w:b w:val="0"/>
                <w:i w:val="0"/>
                <w:color w:val="222A36"/>
                <w:sz w:val="20"/>
              </w:rPr>
              <w:t>祂愛我，為我捨己</w:t>
            </w:r>
          </w:p>
        </w:tc>
        <w:tc>
          <w:tcPr>
            <w:tcW w:type="dxa" w:w="5102"/>
          </w:tcPr>
          <w:p>
            <w:r/>
            <w:r>
              <w:rPr>
                <w:rFonts w:ascii="Microsoft JhengHei" w:hAnsi="Microsoft JhengHei" w:eastAsia="Microsoft JhengHei"/>
                <w:b w:val="0"/>
                <w:i w:val="0"/>
                <w:color w:val="222A36"/>
                <w:sz w:val="20"/>
              </w:rPr>
              <w:t>我已經與基督同釘十字架，現在活著的不再是我，乃是基督在我裡面活著；並且我如今在肉身活著，是因信 神的兒子而活；他是愛我，為我捨己。</w:t>
            </w:r>
          </w:p>
        </w:tc>
      </w:tr>
      <w:tr>
        <w:tc>
          <w:tcPr>
            <w:tcW w:type="dxa" w:w="1814"/>
          </w:tcPr>
          <w:p>
            <w:r/>
            <w:r>
              <w:rPr>
                <w:rFonts w:ascii="Microsoft JhengHei" w:hAnsi="Microsoft JhengHei" w:eastAsia="Microsoft JhengHei"/>
                <w:b w:val="0"/>
                <w:i w:val="0"/>
                <w:color w:val="222A36"/>
                <w:sz w:val="20"/>
              </w:rPr>
              <w:t>羅馬書 5:8</w:t>
            </w:r>
          </w:p>
        </w:tc>
        <w:tc>
          <w:tcPr>
            <w:tcW w:type="dxa" w:w="2438"/>
          </w:tcPr>
          <w:p>
            <w:r/>
            <w:r>
              <w:rPr>
                <w:rFonts w:ascii="Microsoft JhengHei" w:hAnsi="Microsoft JhengHei" w:eastAsia="Microsoft JhengHei"/>
                <w:b w:val="0"/>
                <w:i w:val="0"/>
                <w:color w:val="222A36"/>
                <w:sz w:val="20"/>
              </w:rPr>
              <w:t>十字架顯明祂的愛</w:t>
            </w:r>
          </w:p>
        </w:tc>
        <w:tc>
          <w:tcPr>
            <w:tcW w:type="dxa" w:w="5102"/>
          </w:tcPr>
          <w:p>
            <w:r/>
            <w:r>
              <w:rPr>
                <w:rFonts w:ascii="Microsoft JhengHei" w:hAnsi="Microsoft JhengHei" w:eastAsia="Microsoft JhengHei"/>
                <w:b w:val="0"/>
                <w:i w:val="0"/>
                <w:color w:val="222A36"/>
                <w:sz w:val="20"/>
              </w:rPr>
              <w:t>惟有基督在我們還作罪人的時候為我們死， 神的愛就在此向我們顯明了。</w:t>
            </w:r>
          </w:p>
        </w:tc>
      </w:tr>
      <w:tr>
        <w:tc>
          <w:tcPr>
            <w:tcW w:type="dxa" w:w="1814"/>
          </w:tcPr>
          <w:p>
            <w:r/>
            <w:r>
              <w:rPr>
                <w:rFonts w:ascii="Microsoft JhengHei" w:hAnsi="Microsoft JhengHei" w:eastAsia="Microsoft JhengHei"/>
                <w:b w:val="0"/>
                <w:i w:val="0"/>
                <w:color w:val="222A36"/>
                <w:sz w:val="20"/>
              </w:rPr>
              <w:t>馬太福音 10:29-31</w:t>
            </w:r>
          </w:p>
        </w:tc>
        <w:tc>
          <w:tcPr>
            <w:tcW w:type="dxa" w:w="2438"/>
          </w:tcPr>
          <w:p>
            <w:r/>
            <w:r>
              <w:rPr>
                <w:rFonts w:ascii="Microsoft JhengHei" w:hAnsi="Microsoft JhengHei" w:eastAsia="Microsoft JhengHei"/>
                <w:b w:val="0"/>
                <w:i w:val="0"/>
                <w:color w:val="222A36"/>
                <w:sz w:val="20"/>
              </w:rPr>
              <w:t>連頭髮都被數過：關心生活中的每一個細節</w:t>
            </w:r>
          </w:p>
        </w:tc>
        <w:tc>
          <w:tcPr>
            <w:tcW w:type="dxa" w:w="5102"/>
          </w:tcPr>
          <w:p>
            <w:r/>
            <w:r>
              <w:rPr>
                <w:rFonts w:ascii="Microsoft JhengHei" w:hAnsi="Microsoft JhengHei" w:eastAsia="Microsoft JhengHei"/>
                <w:b w:val="0"/>
                <w:i w:val="0"/>
                <w:color w:val="222A36"/>
                <w:sz w:val="20"/>
              </w:rPr>
              <w:t>29兩個麻雀不是賣一分銀子嗎？若是你們的父不許，一個也不能掉在地上； 30就是你們的頭髮也都被數過了。 31所以，不要懼怕，你們比許多麻雀還貴重！」</w:t>
            </w:r>
          </w:p>
        </w:tc>
      </w:tr>
      <w:tr>
        <w:tc>
          <w:tcPr>
            <w:tcW w:type="dxa" w:w="1814"/>
          </w:tcPr>
          <w:p>
            <w:r/>
            <w:r>
              <w:rPr>
                <w:rFonts w:ascii="Microsoft JhengHei" w:hAnsi="Microsoft JhengHei" w:eastAsia="Microsoft JhengHei"/>
                <w:b w:val="0"/>
                <w:i w:val="0"/>
                <w:color w:val="222A36"/>
                <w:sz w:val="20"/>
              </w:rPr>
              <w:t>彼得前書 5:7</w:t>
            </w:r>
          </w:p>
        </w:tc>
        <w:tc>
          <w:tcPr>
            <w:tcW w:type="dxa" w:w="2438"/>
          </w:tcPr>
          <w:p>
            <w:r/>
            <w:r>
              <w:rPr>
                <w:rFonts w:ascii="Microsoft JhengHei" w:hAnsi="Microsoft JhengHei" w:eastAsia="Microsoft JhengHei"/>
                <w:b w:val="0"/>
                <w:i w:val="0"/>
                <w:color w:val="222A36"/>
                <w:sz w:val="20"/>
              </w:rPr>
              <w:t>把一切憂慮交給祂，因為祂顧念你</w:t>
            </w:r>
          </w:p>
        </w:tc>
        <w:tc>
          <w:tcPr>
            <w:tcW w:type="dxa" w:w="5102"/>
          </w:tcPr>
          <w:p>
            <w:r/>
            <w:r>
              <w:rPr>
                <w:rFonts w:ascii="Microsoft JhengHei" w:hAnsi="Microsoft JhengHei" w:eastAsia="Microsoft JhengHei"/>
                <w:b w:val="0"/>
                <w:i w:val="0"/>
                <w:color w:val="222A36"/>
                <w:sz w:val="20"/>
              </w:rPr>
              <w:t>你們要將一切的憂慮卸給 神，因為他顧念你們。</w:t>
            </w:r>
          </w:p>
        </w:tc>
      </w:tr>
      <w:tr>
        <w:tc>
          <w:tcPr>
            <w:tcW w:type="dxa" w:w="1814"/>
          </w:tcPr>
          <w:p>
            <w:r/>
            <w:r>
              <w:rPr>
                <w:rFonts w:ascii="Microsoft JhengHei" w:hAnsi="Microsoft JhengHei" w:eastAsia="Microsoft JhengHei"/>
                <w:b w:val="0"/>
                <w:i w:val="0"/>
                <w:color w:val="222A36"/>
                <w:sz w:val="20"/>
              </w:rPr>
              <w:t>詩篇 34:8</w:t>
            </w:r>
          </w:p>
        </w:tc>
        <w:tc>
          <w:tcPr>
            <w:tcW w:type="dxa" w:w="2438"/>
          </w:tcPr>
          <w:p>
            <w:r/>
            <w:r>
              <w:rPr>
                <w:rFonts w:ascii="Microsoft JhengHei" w:hAnsi="Microsoft JhengHei" w:eastAsia="Microsoft JhengHei"/>
                <w:b w:val="0"/>
                <w:i w:val="0"/>
                <w:color w:val="222A36"/>
                <w:sz w:val="20"/>
              </w:rPr>
              <w:t>嘗嘗主恩的滋味，便知道祂是美善</w:t>
            </w:r>
          </w:p>
        </w:tc>
        <w:tc>
          <w:tcPr>
            <w:tcW w:type="dxa" w:w="5102"/>
          </w:tcPr>
          <w:p>
            <w:r/>
            <w:r>
              <w:rPr>
                <w:rFonts w:ascii="Microsoft JhengHei" w:hAnsi="Microsoft JhengHei" w:eastAsia="Microsoft JhengHei"/>
                <w:b w:val="0"/>
                <w:i w:val="0"/>
                <w:color w:val="222A36"/>
                <w:sz w:val="20"/>
              </w:rPr>
              <w:t>你們要嘗嘗主恩的滋味，便知道他是美善；投靠他的人有福了！</w:t>
            </w:r>
          </w:p>
        </w:tc>
      </w:tr>
      <w:tr>
        <w:tc>
          <w:tcPr>
            <w:tcW w:type="dxa" w:w="1814"/>
          </w:tcPr>
          <w:p>
            <w:r/>
            <w:r>
              <w:rPr>
                <w:rFonts w:ascii="Microsoft JhengHei" w:hAnsi="Microsoft JhengHei" w:eastAsia="Microsoft JhengHei"/>
                <w:b w:val="0"/>
                <w:i w:val="0"/>
                <w:color w:val="222A36"/>
                <w:sz w:val="20"/>
              </w:rPr>
              <w:t>雅各書 4:8</w:t>
            </w:r>
          </w:p>
        </w:tc>
        <w:tc>
          <w:tcPr>
            <w:tcW w:type="dxa" w:w="2438"/>
          </w:tcPr>
          <w:p>
            <w:r/>
            <w:r>
              <w:rPr>
                <w:rFonts w:ascii="Microsoft JhengHei" w:hAnsi="Microsoft JhengHei" w:eastAsia="Microsoft JhengHei"/>
                <w:b w:val="0"/>
                <w:i w:val="0"/>
                <w:color w:val="222A36"/>
                <w:sz w:val="20"/>
              </w:rPr>
              <w:t>親近主，主就必親近你</w:t>
            </w:r>
          </w:p>
        </w:tc>
        <w:tc>
          <w:tcPr>
            <w:tcW w:type="dxa" w:w="5102"/>
          </w:tcPr>
          <w:p>
            <w:r/>
            <w:r>
              <w:rPr>
                <w:rFonts w:ascii="Microsoft JhengHei" w:hAnsi="Microsoft JhengHei" w:eastAsia="Microsoft JhengHei"/>
                <w:b w:val="0"/>
                <w:i w:val="0"/>
                <w:color w:val="222A36"/>
                <w:sz w:val="20"/>
              </w:rPr>
              <w:t>你們親近 神， 神就必親近你們。有罪的人哪，要潔淨你們的手！心懷二意的人哪，要清潔你們的心！</w:t>
            </w:r>
          </w:p>
        </w:tc>
      </w:tr>
      <w:tr>
        <w:tc>
          <w:tcPr>
            <w:tcW w:type="dxa" w:w="1814"/>
          </w:tcPr>
          <w:p>
            <w:r/>
            <w:r>
              <w:rPr>
                <w:rFonts w:ascii="Microsoft JhengHei" w:hAnsi="Microsoft JhengHei" w:eastAsia="Microsoft JhengHei"/>
                <w:b w:val="0"/>
                <w:i w:val="0"/>
                <w:color w:val="222A36"/>
                <w:sz w:val="20"/>
              </w:rPr>
              <w:t>約翰福音 15:13-14</w:t>
            </w:r>
          </w:p>
        </w:tc>
        <w:tc>
          <w:tcPr>
            <w:tcW w:type="dxa" w:w="2438"/>
          </w:tcPr>
          <w:p>
            <w:r/>
            <w:r>
              <w:rPr>
                <w:rFonts w:ascii="Microsoft JhengHei" w:hAnsi="Microsoft JhengHei" w:eastAsia="Microsoft JhengHei"/>
                <w:b w:val="0"/>
                <w:i w:val="0"/>
                <w:color w:val="222A36"/>
                <w:sz w:val="20"/>
              </w:rPr>
              <w:t>遵行主的吩咐，就是祂的朋友</w:t>
            </w:r>
          </w:p>
        </w:tc>
        <w:tc>
          <w:tcPr>
            <w:tcW w:type="dxa" w:w="5102"/>
          </w:tcPr>
          <w:p>
            <w:r/>
            <w:r>
              <w:rPr>
                <w:rFonts w:ascii="Microsoft JhengHei" w:hAnsi="Microsoft JhengHei" w:eastAsia="Microsoft JhengHei"/>
                <w:b w:val="0"/>
                <w:i w:val="0"/>
                <w:color w:val="222A36"/>
                <w:sz w:val="20"/>
              </w:rPr>
              <w:t>13人為朋友捨命，人的愛心沒有比這個大的。 14你們若遵行我所吩咐的，就是我的朋友了。</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給老師</w:t>
            </w:r>
          </w:p>
          <w:p>
            <w:r>
              <w:rPr>
                <w:rFonts w:ascii="Microsoft JhengHei" w:hAnsi="Microsoft JhengHei" w:eastAsia="Microsoft JhengHei"/>
                <w:b w:val="0"/>
                <w:i w:val="0"/>
                <w:color w:val="222A36"/>
                <w:sz w:val="22"/>
              </w:rPr>
              <w:t>本教案由 AI Agent 團隊草擬，必須由老師審閱、調適及親自施教。</w:t>
            </w:r>
          </w:p>
          <w:p>
            <w:r>
              <w:rPr>
                <w:rFonts w:ascii="Microsoft JhengHei" w:hAnsi="Microsoft JhengHei" w:eastAsia="Microsoft JhengHei"/>
                <w:b w:val="0"/>
                <w:i w:val="0"/>
                <w:color w:val="222A36"/>
                <w:sz w:val="22"/>
              </w:rPr>
              <w:t>AI 只是建立結構；基督徒老師見證的溫度與感動力，才是領人歸主的關鍵。</w:t>
            </w:r>
          </w:p>
          <w:p>
            <w:r>
              <w:rPr>
                <w:rFonts w:ascii="Microsoft JhengHei" w:hAnsi="Microsoft JhengHei" w:eastAsia="Microsoft JhengHei"/>
                <w:b w:val="0"/>
                <w:i w:val="0"/>
                <w:color w:val="222A36"/>
                <w:sz w:val="22"/>
              </w:rPr>
              <w:t>請預先試好網頁的聲音導引及體感遊戲（或按鍵版）。講十字架時保持簡潔，重點放在耶穌的禱告及應許。收結時請清楚說：耶穌復活了，今天仍與我們同在。</w:t>
            </w:r>
          </w:p>
        </w:tc>
      </w:tr>
    </w:tbl>
    <w:p/>
    <w:p>
      <w:pPr>
        <w:spacing w:after="120" w:before="240"/>
      </w:pPr>
      <w:r>
        <w:rPr>
          <w:rFonts w:ascii="Microsoft JhengHei" w:hAnsi="Microsoft JhengHei" w:eastAsia="Microsoft JhengHei"/>
          <w:b/>
          <w:i w:val="0"/>
          <w:color w:val="A86B1F"/>
          <w:sz w:val="32"/>
        </w:rPr>
        <w:t>一、本課大問題及學習目標</w:t>
      </w:r>
    </w:p>
    <w:p>
      <w:pPr>
        <w:spacing w:after="80"/>
      </w:pPr>
      <w:r>
        <w:rPr>
          <w:rFonts w:ascii="Microsoft JhengHei" w:hAnsi="Microsoft JhengHei" w:eastAsia="Microsoft JhengHei"/>
          <w:b/>
          <w:i w:val="0"/>
          <w:color w:val="222A36"/>
          <w:sz w:val="22"/>
        </w:rPr>
        <w:t>大問題：耶穌為甚麼認識我、要到我家？</w:t>
      </w:r>
    </w:p>
    <w:p>
      <w:pPr>
        <w:spacing w:after="80"/>
      </w:pPr>
      <w:r>
        <w:rPr>
          <w:rFonts w:ascii="Microsoft JhengHei" w:hAnsi="Microsoft JhengHei" w:eastAsia="Microsoft JhengHei"/>
          <w:b w:val="0"/>
          <w:i w:val="0"/>
          <w:color w:val="222A36"/>
          <w:sz w:val="22"/>
        </w:rPr>
        <w:t>牧養焦點：延續第一課：同學自我價值低、沉默被動。本課以十字架及復活回答「耶穌為何認識我、要到我家」，強調恩典而非內疚；活動有安靜的想像及動態的遊戲，並以很小的改變挑戰落實。</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FE7D6"/>
          </w:tcPr>
          <w:p>
            <w:r/>
            <w:r>
              <w:rPr>
                <w:rFonts w:ascii="Microsoft JhengHei" w:hAnsi="Microsoft JhengHei" w:eastAsia="Microsoft JhengHei"/>
                <w:b/>
                <w:i w:val="0"/>
                <w:color w:val="222A36"/>
                <w:sz w:val="20"/>
              </w:rPr>
              <w:t>知識</w:t>
            </w:r>
          </w:p>
        </w:tc>
        <w:tc>
          <w:tcPr>
            <w:tcW w:type="dxa" w:w="3324"/>
            <w:shd w:val="clear" w:fill="EFE7D6"/>
          </w:tcPr>
          <w:p>
            <w:r/>
            <w:r>
              <w:rPr>
                <w:rFonts w:ascii="Microsoft JhengHei" w:hAnsi="Microsoft JhengHei" w:eastAsia="Microsoft JhengHei"/>
                <w:b/>
                <w:i w:val="0"/>
                <w:color w:val="222A36"/>
                <w:sz w:val="20"/>
              </w:rPr>
              <w:t>技能</w:t>
            </w:r>
          </w:p>
        </w:tc>
        <w:tc>
          <w:tcPr>
            <w:tcW w:type="dxa" w:w="3324"/>
            <w:shd w:val="clear" w:fill="EFE7D6"/>
          </w:tcPr>
          <w:p>
            <w:r/>
            <w:r>
              <w:rPr>
                <w:rFonts w:ascii="Microsoft JhengHei" w:hAnsi="Microsoft JhengHei" w:eastAsia="Microsoft JhengHei"/>
                <w:b/>
                <w:i w:val="0"/>
                <w:color w:val="222A36"/>
                <w:sz w:val="20"/>
              </w:rPr>
              <w:t>態度</w:t>
            </w:r>
          </w:p>
        </w:tc>
      </w:tr>
      <w:tr>
        <w:tc>
          <w:tcPr>
            <w:tcW w:type="dxa" w:w="3324"/>
          </w:tcPr>
          <w:p>
            <w:r/>
            <w:r>
              <w:rPr>
                <w:rFonts w:ascii="Microsoft JhengHei" w:hAnsi="Microsoft JhengHei" w:eastAsia="Microsoft JhengHei"/>
                <w:b w:val="0"/>
                <w:i w:val="0"/>
                <w:color w:val="222A36"/>
                <w:sz w:val="20"/>
              </w:rPr>
              <w:t>說出十字架上強盜的故事，以及兩個「今天」的關係。</w:t>
              <w:br/>
              <w:t>說出耶穌為我們死而復活，今天仍叩門要進來。</w:t>
            </w:r>
          </w:p>
        </w:tc>
        <w:tc>
          <w:tcPr>
            <w:tcW w:type="dxa" w:w="3324"/>
          </w:tcPr>
          <w:p>
            <w:r/>
            <w:r>
              <w:rPr>
                <w:rFonts w:ascii="Microsoft JhengHei" w:hAnsi="Microsoft JhengHei" w:eastAsia="Microsoft JhengHei"/>
                <w:b w:val="0"/>
                <w:i w:val="0"/>
                <w:color w:val="222A36"/>
                <w:sz w:val="20"/>
              </w:rPr>
              <w:t>能用一句話向耶穌回應（例如「求你記念我」「請進來」）。</w:t>
              <w:br/>
              <w:t>能訂下一件七天內做得到的改變。</w:t>
            </w:r>
          </w:p>
        </w:tc>
        <w:tc>
          <w:tcPr>
            <w:tcW w:type="dxa" w:w="3324"/>
          </w:tcPr>
          <w:p>
            <w:r/>
            <w:r>
              <w:rPr>
                <w:rFonts w:ascii="Microsoft JhengHei" w:hAnsi="Microsoft JhengHei" w:eastAsia="Microsoft JhengHei"/>
                <w:b w:val="0"/>
                <w:i w:val="0"/>
                <w:color w:val="222A36"/>
                <w:sz w:val="20"/>
              </w:rPr>
              <w:t>相信耶穌愛自己、記念自己。</w:t>
              <w:br/>
              <w:t>願意像撒該一樣歡歡喜喜地改變。</w:t>
            </w:r>
          </w:p>
        </w:tc>
      </w:tr>
    </w:tbl>
    <w:p/>
    <w:p>
      <w:pPr>
        <w:spacing w:after="120" w:before="240"/>
      </w:pPr>
      <w:r>
        <w:rPr>
          <w:rFonts w:ascii="Microsoft JhengHei" w:hAnsi="Microsoft JhengHei" w:eastAsia="Microsoft JhengHei"/>
          <w:b/>
          <w:i w:val="0"/>
          <w:color w:val="A86B1F"/>
          <w:sz w:val="32"/>
        </w:rPr>
        <w:t>二、兩個核心</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核心一「祂是誰？」</w:t>
            </w:r>
          </w:p>
          <w:p>
            <w:r>
              <w:rPr>
                <w:rFonts w:ascii="Microsoft JhengHei" w:hAnsi="Microsoft JhengHei" w:eastAsia="Microsoft JhengHei"/>
                <w:b w:val="0"/>
                <w:i w:val="0"/>
                <w:color w:val="222A36"/>
                <w:sz w:val="22"/>
              </w:rPr>
              <w:t>耶穌是在我們還作罪人的時候為我們死、又復活的主；祂在十字架上仍記念被看不起的人。〔羅馬書 5:8〕</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核心二「信心×行動」</w:t>
            </w:r>
          </w:p>
          <w:p>
            <w:r>
              <w:rPr>
                <w:rFonts w:ascii="Microsoft JhengHei" w:hAnsi="Microsoft JhengHei" w:eastAsia="Microsoft JhengHei"/>
                <w:b w:val="0"/>
                <w:i w:val="0"/>
                <w:color w:val="222A36"/>
                <w:sz w:val="22"/>
              </w:rPr>
              <w:t>開門接待復活的耶穌，並像撒該一樣，七天每天做一件小改變。〔啟示錄 3:20〕</w:t>
            </w:r>
          </w:p>
        </w:tc>
      </w:tr>
    </w:tbl>
    <w:p/>
    <w:p>
      <w:pPr>
        <w:spacing w:after="80"/>
      </w:pPr>
      <w:r>
        <w:rPr>
          <w:rFonts w:ascii="Microsoft JhengHei" w:hAnsi="Microsoft JhengHei" w:eastAsia="Microsoft JhengHei"/>
          <w:b w:val="0"/>
          <w:i w:val="0"/>
          <w:color w:val="6B7280"/>
          <w:sz w:val="20"/>
        </w:rPr>
        <w:t>聖經簡報：經文：路加福音 23:39-43，配合路加福音 19:8-10 及 24:30-31（系列第二課）。大意：一星期的十字架尋寶找到答案：耶穌認識我、要到我家，因為祂創造我、愛我、為我死而復活；復活的耶穌今天仍叩我的門，要與我坐席。核心一（祂是誰）：耶穌是在我們還作罪人的時候為我們死、又復活的主（Romans 5:8, Luke 23:42-43）。核心二（信心×行動）：開門接待復活的耶穌（Revelation 3:20），並像撒該一樣七天每天做一件小改變（Luke 19:8）。避免誤讀：十字架等於內疚補償；改變是得救條件；復活與今天無關。十字架描寫要簡潔。</w:t>
      </w:r>
    </w:p>
    <w:p>
      <w:pPr>
        <w:spacing w:after="120" w:before="240"/>
      </w:pPr>
      <w:r>
        <w:rPr>
          <w:rFonts w:ascii="Microsoft JhengHei" w:hAnsi="Microsoft JhengHei" w:eastAsia="Microsoft JhengHei"/>
          <w:b/>
          <w:i w:val="0"/>
          <w:color w:val="222A36"/>
          <w:sz w:val="26"/>
        </w:rPr>
        <w:t>系列大綱</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680"/>
            <w:shd w:val="clear" w:fill="EFE7D6"/>
          </w:tcPr>
          <w:p>
            <w:r/>
            <w:r>
              <w:rPr>
                <w:rFonts w:ascii="Microsoft JhengHei" w:hAnsi="Microsoft JhengHei" w:eastAsia="Microsoft JhengHei"/>
                <w:b/>
                <w:i w:val="0"/>
                <w:color w:val="222A36"/>
                <w:sz w:val="20"/>
              </w:rPr>
              <w:t>課</w:t>
            </w:r>
          </w:p>
        </w:tc>
        <w:tc>
          <w:tcPr>
            <w:tcW w:type="dxa" w:w="2268"/>
            <w:shd w:val="clear" w:fill="EFE7D6"/>
          </w:tcPr>
          <w:p>
            <w:r/>
            <w:r>
              <w:rPr>
                <w:rFonts w:ascii="Microsoft JhengHei" w:hAnsi="Microsoft JhengHei" w:eastAsia="Microsoft JhengHei"/>
                <w:b/>
                <w:i w:val="0"/>
                <w:color w:val="222A36"/>
                <w:sz w:val="20"/>
              </w:rPr>
              <w:t>題目</w:t>
            </w:r>
          </w:p>
        </w:tc>
        <w:tc>
          <w:tcPr>
            <w:tcW w:type="dxa" w:w="2551"/>
            <w:shd w:val="clear" w:fill="EFE7D6"/>
          </w:tcPr>
          <w:p>
            <w:r/>
            <w:r>
              <w:rPr>
                <w:rFonts w:ascii="Microsoft JhengHei" w:hAnsi="Microsoft JhengHei" w:eastAsia="Microsoft JhengHei"/>
                <w:b/>
                <w:i w:val="0"/>
                <w:color w:val="222A36"/>
                <w:sz w:val="20"/>
              </w:rPr>
              <w:t>焦點</w:t>
            </w:r>
          </w:p>
        </w:tc>
        <w:tc>
          <w:tcPr>
            <w:tcW w:type="dxa" w:w="1701"/>
            <w:shd w:val="clear" w:fill="EFE7D6"/>
          </w:tcPr>
          <w:p>
            <w:r/>
            <w:r>
              <w:rPr>
                <w:rFonts w:ascii="Microsoft JhengHei" w:hAnsi="Microsoft JhengHei" w:eastAsia="Microsoft JhengHei"/>
                <w:b/>
                <w:i w:val="0"/>
                <w:color w:val="222A36"/>
                <w:sz w:val="20"/>
              </w:rPr>
              <w:t>主要經文</w:t>
            </w:r>
          </w:p>
        </w:tc>
        <w:tc>
          <w:tcPr>
            <w:tcW w:type="dxa" w:w="2268"/>
            <w:shd w:val="clear" w:fill="EFE7D6"/>
          </w:tcPr>
          <w:p>
            <w:r/>
            <w:r>
              <w:rPr>
                <w:rFonts w:ascii="Microsoft JhengHei" w:hAnsi="Microsoft JhengHei" w:eastAsia="Microsoft JhengHei"/>
                <w:b/>
                <w:i w:val="0"/>
                <w:color w:val="222A36"/>
                <w:sz w:val="20"/>
              </w:rPr>
              <w:t>主要活動</w:t>
            </w:r>
          </w:p>
        </w:tc>
      </w:tr>
      <w:tr>
        <w:tc>
          <w:tcPr>
            <w:tcW w:type="dxa" w:w="680"/>
          </w:tcPr>
          <w:p>
            <w:r/>
            <w:r>
              <w:rPr>
                <w:rFonts w:ascii="Microsoft JhengHei" w:hAnsi="Microsoft JhengHei" w:eastAsia="Microsoft JhengHei"/>
                <w:b w:val="0"/>
                <w:i w:val="0"/>
                <w:color w:val="222A36"/>
                <w:sz w:val="20"/>
              </w:rPr>
              <w:t>1</w:t>
            </w:r>
          </w:p>
        </w:tc>
        <w:tc>
          <w:tcPr>
            <w:tcW w:type="dxa" w:w="2268"/>
          </w:tcPr>
          <w:p>
            <w:r/>
            <w:r>
              <w:rPr>
                <w:rFonts w:ascii="Microsoft JhengHei" w:hAnsi="Microsoft JhengHei" w:eastAsia="Microsoft JhengHei"/>
                <w:b w:val="0"/>
                <w:i w:val="0"/>
                <w:color w:val="222A36"/>
                <w:sz w:val="20"/>
              </w:rPr>
              <w:t>誰在看我？爬上桑樹，找到耶穌眼中的我</w:t>
            </w:r>
          </w:p>
        </w:tc>
        <w:tc>
          <w:tcPr>
            <w:tcW w:type="dxa" w:w="2551"/>
          </w:tcPr>
          <w:p>
            <w:r/>
            <w:r>
              <w:rPr>
                <w:rFonts w:ascii="Microsoft JhengHei" w:hAnsi="Microsoft JhengHei" w:eastAsia="Microsoft JhengHei"/>
                <w:b w:val="0"/>
                <w:i w:val="0"/>
                <w:color w:val="222A36"/>
                <w:sz w:val="20"/>
              </w:rPr>
              <w:t>別人眼中的我與耶穌眼中的我；耶穌叫出撒該的名字</w:t>
            </w:r>
          </w:p>
        </w:tc>
        <w:tc>
          <w:tcPr>
            <w:tcW w:type="dxa" w:w="1701"/>
          </w:tcPr>
          <w:p>
            <w:r/>
            <w:r>
              <w:rPr>
                <w:rFonts w:ascii="Microsoft JhengHei" w:hAnsi="Microsoft JhengHei" w:eastAsia="Microsoft JhengHei"/>
                <w:b w:val="0"/>
                <w:i w:val="0"/>
                <w:color w:val="222A36"/>
                <w:sz w:val="20"/>
              </w:rPr>
              <w:t>Luke 19:1-10</w:t>
            </w:r>
          </w:p>
        </w:tc>
        <w:tc>
          <w:tcPr>
            <w:tcW w:type="dxa" w:w="2268"/>
          </w:tcPr>
          <w:p>
            <w:r/>
            <w:r>
              <w:rPr>
                <w:rFonts w:ascii="Microsoft JhengHei" w:hAnsi="Microsoft JhengHei" w:eastAsia="Microsoft JhengHei"/>
                <w:b w:val="0"/>
                <w:i w:val="0"/>
                <w:color w:val="222A36"/>
                <w:sz w:val="20"/>
              </w:rPr>
              <w:t>三段微電影、椅底尋寶、偵探遊戲、名字禱告</w:t>
            </w:r>
          </w:p>
        </w:tc>
      </w:tr>
      <w:tr>
        <w:tc>
          <w:tcPr>
            <w:tcW w:type="dxa" w:w="680"/>
          </w:tcPr>
          <w:p>
            <w:r/>
            <w:r>
              <w:rPr>
                <w:rFonts w:ascii="Microsoft JhengHei" w:hAnsi="Microsoft JhengHei" w:eastAsia="Microsoft JhengHei"/>
                <w:b w:val="0"/>
                <w:i w:val="0"/>
                <w:color w:val="222A36"/>
                <w:sz w:val="20"/>
              </w:rPr>
              <w:t>2</w:t>
            </w:r>
          </w:p>
        </w:tc>
        <w:tc>
          <w:tcPr>
            <w:tcW w:type="dxa" w:w="2268"/>
          </w:tcPr>
          <w:p>
            <w:r/>
            <w:r>
              <w:rPr>
                <w:rFonts w:ascii="Microsoft JhengHei" w:hAnsi="Microsoft JhengHei" w:eastAsia="Microsoft JhengHei"/>
                <w:b w:val="0"/>
                <w:i w:val="0"/>
                <w:color w:val="222A36"/>
                <w:sz w:val="20"/>
              </w:rPr>
              <w:t>十字架上的答案：復活的耶穌今天要到我家</w:t>
            </w:r>
          </w:p>
        </w:tc>
        <w:tc>
          <w:tcPr>
            <w:tcW w:type="dxa" w:w="2551"/>
          </w:tcPr>
          <w:p>
            <w:r/>
            <w:r>
              <w:rPr>
                <w:rFonts w:ascii="Microsoft JhengHei" w:hAnsi="Microsoft JhengHei" w:eastAsia="Microsoft JhengHei"/>
                <w:b w:val="0"/>
                <w:i w:val="0"/>
                <w:color w:val="222A36"/>
                <w:sz w:val="20"/>
              </w:rPr>
              <w:t>耶穌為何認識我、要到我家：祂創造我們、愛我們、為我們死而復活；像撒該一樣改變</w:t>
            </w:r>
          </w:p>
        </w:tc>
        <w:tc>
          <w:tcPr>
            <w:tcW w:type="dxa" w:w="1701"/>
          </w:tcPr>
          <w:p>
            <w:r/>
            <w:r>
              <w:rPr>
                <w:rFonts w:ascii="Microsoft JhengHei" w:hAnsi="Microsoft JhengHei" w:eastAsia="Microsoft JhengHei"/>
                <w:b w:val="0"/>
                <w:i w:val="0"/>
                <w:color w:val="222A36"/>
                <w:sz w:val="20"/>
              </w:rPr>
              <w:t>Luke 23:42-43</w:t>
            </w:r>
          </w:p>
        </w:tc>
        <w:tc>
          <w:tcPr>
            <w:tcW w:type="dxa" w:w="2268"/>
          </w:tcPr>
          <w:p>
            <w:r/>
            <w:r>
              <w:rPr>
                <w:rFonts w:ascii="Microsoft JhengHei" w:hAnsi="Microsoft JhengHei" w:eastAsia="Microsoft JhengHei"/>
                <w:b w:val="0"/>
                <w:i w:val="0"/>
                <w:color w:val="222A36"/>
                <w:sz w:val="20"/>
              </w:rPr>
              <w:t>走進耶利哥想像默觀、爬樹體感遊戲、祈禱站、撒該改變挑戰</w:t>
            </w:r>
          </w:p>
        </w:tc>
      </w:tr>
    </w:tbl>
    <w:p/>
    <w:p>
      <w:pPr>
        <w:spacing w:after="120" w:before="240"/>
      </w:pPr>
      <w:r>
        <w:rPr>
          <w:rFonts w:ascii="Microsoft JhengHei" w:hAnsi="Microsoft JhengHei" w:eastAsia="Microsoft JhengHei"/>
          <w:b/>
          <w:i w:val="0"/>
          <w:color w:val="A86B1F"/>
          <w:sz w:val="32"/>
        </w:rPr>
        <w:t>三、時間表</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814"/>
            <w:shd w:val="clear" w:fill="EFE7D6"/>
          </w:tcPr>
          <w:p>
            <w:r/>
            <w:r>
              <w:rPr>
                <w:rFonts w:ascii="Microsoft JhengHei" w:hAnsi="Microsoft JhengHei" w:eastAsia="Microsoft JhengHei"/>
                <w:b/>
                <w:i w:val="0"/>
                <w:color w:val="222A36"/>
                <w:sz w:val="20"/>
              </w:rPr>
              <w:t>環節</w:t>
            </w:r>
          </w:p>
        </w:tc>
        <w:tc>
          <w:tcPr>
            <w:tcW w:type="dxa" w:w="1134"/>
            <w:shd w:val="clear" w:fill="EFE7D6"/>
          </w:tcPr>
          <w:p>
            <w:r/>
            <w:r>
              <w:rPr>
                <w:rFonts w:ascii="Microsoft JhengHei" w:hAnsi="Microsoft JhengHei" w:eastAsia="Microsoft JhengHei"/>
                <w:b/>
                <w:i w:val="0"/>
                <w:color w:val="222A36"/>
                <w:sz w:val="20"/>
              </w:rPr>
              <w:t>時間</w:t>
            </w:r>
          </w:p>
        </w:tc>
        <w:tc>
          <w:tcPr>
            <w:tcW w:type="dxa" w:w="3685"/>
            <w:shd w:val="clear" w:fill="EFE7D6"/>
          </w:tcPr>
          <w:p>
            <w:r/>
            <w:r>
              <w:rPr>
                <w:rFonts w:ascii="Microsoft JhengHei" w:hAnsi="Microsoft JhengHei" w:eastAsia="Microsoft JhengHei"/>
                <w:b/>
                <w:i w:val="0"/>
                <w:color w:val="222A36"/>
                <w:sz w:val="20"/>
              </w:rPr>
              <w:t>內容</w:t>
            </w:r>
          </w:p>
        </w:tc>
        <w:tc>
          <w:tcPr>
            <w:tcW w:type="dxa" w:w="1984"/>
            <w:shd w:val="clear" w:fill="EFE7D6"/>
          </w:tcPr>
          <w:p>
            <w:r/>
            <w:r>
              <w:rPr>
                <w:rFonts w:ascii="Microsoft JhengHei" w:hAnsi="Microsoft JhengHei" w:eastAsia="Microsoft JhengHei"/>
                <w:b/>
                <w:i w:val="0"/>
                <w:color w:val="222A36"/>
                <w:sz w:val="20"/>
              </w:rPr>
              <w:t>活動</w:t>
            </w:r>
          </w:p>
        </w:tc>
        <w:tc>
          <w:tcPr>
            <w:tcW w:type="dxa" w:w="680"/>
            <w:shd w:val="clear" w:fill="EFE7D6"/>
          </w:tcPr>
          <w:p>
            <w:r/>
            <w:r>
              <w:rPr>
                <w:rFonts w:ascii="Microsoft JhengHei" w:hAnsi="Microsoft JhengHei" w:eastAsia="Microsoft JhengHei"/>
                <w:b/>
                <w:i w:val="0"/>
                <w:color w:val="222A36"/>
                <w:sz w:val="20"/>
              </w:rPr>
              <w:t>禱告</w:t>
            </w:r>
          </w:p>
        </w:tc>
      </w:tr>
      <w:tr>
        <w:tc>
          <w:tcPr>
            <w:tcW w:type="dxa" w:w="1814"/>
          </w:tcPr>
          <w:p>
            <w:r/>
            <w:r>
              <w:rPr>
                <w:rFonts w:ascii="Microsoft JhengHei" w:hAnsi="Microsoft JhengHei" w:eastAsia="Microsoft JhengHei"/>
                <w:b w:val="0"/>
                <w:i w:val="0"/>
                <w:color w:val="222A36"/>
                <w:sz w:val="20"/>
              </w:rPr>
              <w:t>導入與破冰</w:t>
            </w:r>
          </w:p>
        </w:tc>
        <w:tc>
          <w:tcPr>
            <w:tcW w:type="dxa" w:w="1134"/>
          </w:tcPr>
          <w:p>
            <w:r/>
            <w:r>
              <w:rPr>
                <w:rFonts w:ascii="Microsoft JhengHei" w:hAnsi="Microsoft JhengHei" w:eastAsia="Microsoft JhengHei"/>
                <w:b w:val="0"/>
                <w:i w:val="0"/>
                <w:color w:val="222A36"/>
                <w:sz w:val="20"/>
              </w:rPr>
              <w:t>4 分鐘</w:t>
            </w:r>
          </w:p>
        </w:tc>
        <w:tc>
          <w:tcPr>
            <w:tcW w:type="dxa" w:w="3685"/>
          </w:tcPr>
          <w:p>
            <w:r/>
            <w:r>
              <w:rPr>
                <w:rFonts w:ascii="Microsoft JhengHei" w:hAnsi="Microsoft JhengHei" w:eastAsia="Microsoft JhengHei"/>
                <w:b w:val="0"/>
                <w:i w:val="0"/>
                <w:color w:val="222A36"/>
                <w:sz w:val="20"/>
              </w:rPr>
              <w:t>十字架尋寶分享</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導入與破冰</w:t>
            </w:r>
          </w:p>
        </w:tc>
        <w:tc>
          <w:tcPr>
            <w:tcW w:type="dxa" w:w="1134"/>
          </w:tcPr>
          <w:p>
            <w:r/>
            <w:r>
              <w:rPr>
                <w:rFonts w:ascii="Microsoft JhengHei" w:hAnsi="Microsoft JhengHei" w:eastAsia="Microsoft JhengHei"/>
                <w:b w:val="0"/>
                <w:i w:val="0"/>
                <w:color w:val="222A36"/>
                <w:sz w:val="20"/>
              </w:rPr>
              <w:t>4 分鐘</w:t>
            </w:r>
          </w:p>
        </w:tc>
        <w:tc>
          <w:tcPr>
            <w:tcW w:type="dxa" w:w="3685"/>
          </w:tcPr>
          <w:p>
            <w:r/>
            <w:r>
              <w:rPr>
                <w:rFonts w:ascii="Microsoft JhengHei" w:hAnsi="Microsoft JhengHei" w:eastAsia="Microsoft JhengHei"/>
                <w:b w:val="0"/>
                <w:i w:val="0"/>
                <w:color w:val="222A36"/>
                <w:sz w:val="20"/>
              </w:rPr>
              <w:t>兩個「今天」</w:t>
            </w:r>
          </w:p>
        </w:tc>
        <w:tc>
          <w:tcPr>
            <w:tcW w:type="dxa" w:w="1984"/>
          </w:tcPr>
          <w:p>
            <w:r/>
            <w:r>
              <w:rPr>
                <w:rFonts w:ascii="Microsoft JhengHei" w:hAnsi="Microsoft JhengHei" w:eastAsia="Microsoft JhengHei"/>
                <w:b w:val="0"/>
                <w:i w:val="0"/>
                <w:color w:val="222A36"/>
                <w:sz w:val="20"/>
              </w:rPr>
              <w:t>兩個「今天」</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6 分鐘</w:t>
            </w:r>
          </w:p>
        </w:tc>
        <w:tc>
          <w:tcPr>
            <w:tcW w:type="dxa" w:w="3685"/>
          </w:tcPr>
          <w:p>
            <w:r/>
            <w:r>
              <w:rPr>
                <w:rFonts w:ascii="Microsoft JhengHei" w:hAnsi="Microsoft JhengHei" w:eastAsia="Microsoft JhengHei"/>
                <w:b w:val="0"/>
                <w:i w:val="0"/>
                <w:color w:val="222A36"/>
                <w:sz w:val="20"/>
              </w:rPr>
              <w:t>十字架的故事</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8 分鐘</w:t>
            </w:r>
          </w:p>
        </w:tc>
        <w:tc>
          <w:tcPr>
            <w:tcW w:type="dxa" w:w="3685"/>
          </w:tcPr>
          <w:p>
            <w:r/>
            <w:r>
              <w:rPr>
                <w:rFonts w:ascii="Microsoft JhengHei" w:hAnsi="Microsoft JhengHei" w:eastAsia="Microsoft JhengHei"/>
                <w:b w:val="0"/>
                <w:i w:val="0"/>
                <w:color w:val="222A36"/>
                <w:sz w:val="20"/>
              </w:rPr>
              <w:t>走進耶利哥：想像默觀</w:t>
            </w:r>
          </w:p>
        </w:tc>
        <w:tc>
          <w:tcPr>
            <w:tcW w:type="dxa" w:w="1984"/>
          </w:tcPr>
          <w:p>
            <w:r/>
            <w:r>
              <w:rPr>
                <w:rFonts w:ascii="Microsoft JhengHei" w:hAnsi="Microsoft JhengHei" w:eastAsia="Microsoft JhengHei"/>
                <w:b w:val="0"/>
                <w:i w:val="0"/>
                <w:color w:val="222A36"/>
                <w:sz w:val="20"/>
              </w:rPr>
              <w:t>走進耶利哥（依納爵式想像默觀）</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爬上桑樹體感遊戲</w:t>
            </w:r>
          </w:p>
        </w:tc>
        <w:tc>
          <w:tcPr>
            <w:tcW w:type="dxa" w:w="1984"/>
          </w:tcPr>
          <w:p>
            <w:r/>
            <w:r>
              <w:rPr>
                <w:rFonts w:ascii="Microsoft JhengHei" w:hAnsi="Microsoft JhengHei" w:eastAsia="Microsoft JhengHei"/>
                <w:b w:val="0"/>
                <w:i w:val="0"/>
                <w:color w:val="222A36"/>
                <w:sz w:val="20"/>
              </w:rPr>
              <w:t>爬上桑樹體感遊戲</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4 分鐘</w:t>
            </w:r>
          </w:p>
        </w:tc>
        <w:tc>
          <w:tcPr>
            <w:tcW w:type="dxa" w:w="3685"/>
          </w:tcPr>
          <w:p>
            <w:r/>
            <w:r>
              <w:rPr>
                <w:rFonts w:ascii="Microsoft JhengHei" w:hAnsi="Microsoft JhengHei" w:eastAsia="Microsoft JhengHei"/>
                <w:b w:val="0"/>
                <w:i w:val="0"/>
                <w:color w:val="222A36"/>
                <w:sz w:val="20"/>
              </w:rPr>
              <w:t>復活的主到我家</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3 分鐘</w:t>
            </w:r>
          </w:p>
        </w:tc>
        <w:tc>
          <w:tcPr>
            <w:tcW w:type="dxa" w:w="3685"/>
          </w:tcPr>
          <w:p>
            <w:r/>
            <w:r>
              <w:rPr>
                <w:rFonts w:ascii="Microsoft JhengHei" w:hAnsi="Microsoft JhengHei" w:eastAsia="Microsoft JhengHei"/>
                <w:b w:val="0"/>
                <w:i w:val="0"/>
                <w:color w:val="222A36"/>
                <w:sz w:val="20"/>
              </w:rPr>
              <w:t>老師時刻</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撒該改變挑戰</w:t>
            </w:r>
          </w:p>
        </w:tc>
        <w:tc>
          <w:tcPr>
            <w:tcW w:type="dxa" w:w="1984"/>
          </w:tcPr>
          <w:p>
            <w:r/>
            <w:r>
              <w:rPr>
                <w:rFonts w:ascii="Microsoft JhengHei" w:hAnsi="Microsoft JhengHei" w:eastAsia="Microsoft JhengHei"/>
                <w:b w:val="0"/>
                <w:i w:val="0"/>
                <w:color w:val="222A36"/>
                <w:sz w:val="20"/>
              </w:rPr>
              <w:t>撒該改變挑戰</w:t>
            </w:r>
          </w:p>
        </w:tc>
        <w:tc>
          <w:tcPr>
            <w:tcW w:type="dxa" w:w="680"/>
          </w:tcPr>
          <w:p>
            <w:r/>
            <w:r>
              <w:rPr>
                <w:rFonts w:ascii="Microsoft JhengHei" w:hAnsi="Microsoft JhengHei" w:eastAsia="Microsoft JhengHei"/>
                <w:b w:val="0"/>
                <w:i w:val="0"/>
                <w:color w:val="222A36"/>
                <w:sz w:val="20"/>
              </w:rPr>
              <w:t>🙏</w:t>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6 分鐘</w:t>
            </w:r>
          </w:p>
        </w:tc>
        <w:tc>
          <w:tcPr>
            <w:tcW w:type="dxa" w:w="3685"/>
          </w:tcPr>
          <w:p>
            <w:r/>
            <w:r>
              <w:rPr>
                <w:rFonts w:ascii="Microsoft JhengHei" w:hAnsi="Microsoft JhengHei" w:eastAsia="Microsoft JhengHei"/>
                <w:b w:val="0"/>
                <w:i w:val="0"/>
                <w:color w:val="222A36"/>
                <w:sz w:val="20"/>
              </w:rPr>
              <w:t>開門禱告及收結</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t>🙏</w:t>
            </w:r>
          </w:p>
        </w:tc>
      </w:tr>
    </w:tbl>
    <w:p/>
    <w:p>
      <w:pPr>
        <w:spacing w:after="120" w:before="240"/>
      </w:pPr>
      <w:r>
        <w:rPr>
          <w:rFonts w:ascii="Microsoft JhengHei" w:hAnsi="Microsoft JhengHei" w:eastAsia="Microsoft JhengHei"/>
          <w:b/>
          <w:i w:val="0"/>
          <w:color w:val="A86B1F"/>
          <w:sz w:val="32"/>
        </w:rPr>
        <w:t>四、教學流程</w:t>
      </w:r>
    </w:p>
    <w:p>
      <w:pPr>
        <w:spacing w:after="120" w:before="240"/>
      </w:pPr>
      <w:r>
        <w:rPr>
          <w:rFonts w:ascii="Microsoft JhengHei" w:hAnsi="Microsoft JhengHei" w:eastAsia="Microsoft JhengHei"/>
          <w:b/>
          <w:i w:val="0"/>
          <w:color w:val="222A36"/>
          <w:sz w:val="26"/>
        </w:rPr>
        <w:t>1. 十字架尋寶分享（導入與破冰 · 4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邀請自願的同學分享一條尋寶答案。</w:t>
      </w:r>
    </w:p>
    <w:p>
      <w:pPr>
        <w:pStyle w:val="ListBullet"/>
      </w:pPr>
      <w:r>
        <w:rPr>
          <w:rFonts w:ascii="Microsoft JhengHei" w:hAnsi="Microsoft JhengHei" w:eastAsia="Microsoft JhengHei"/>
          <w:b w:val="0"/>
          <w:i w:val="0"/>
          <w:color w:val="222A36"/>
          <w:sz w:val="22"/>
        </w:rPr>
        <w:t>在屏幕顯示五題答案，讓所有人跟得上。</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自願分享或聆聽。</w:t>
      </w:r>
    </w:p>
    <w:p>
      <w:pPr>
        <w:spacing w:after="80"/>
      </w:pPr>
      <w:r>
        <w:rPr>
          <w:rFonts w:ascii="Microsoft JhengHei" w:hAnsi="Microsoft JhengHei" w:eastAsia="Microsoft JhengHei"/>
          <w:b w:val="0"/>
          <w:i w:val="0"/>
          <w:color w:val="6B7280"/>
          <w:sz w:val="20"/>
        </w:rPr>
        <w:t>SEN 調適：沒有完成尋寶的同學可以直接看答案。</w:t>
      </w:r>
    </w:p>
    <w:p>
      <w:pPr>
        <w:spacing w:after="80"/>
      </w:pPr>
      <w:r>
        <w:rPr>
          <w:rFonts w:ascii="Microsoft JhengHei" w:hAnsi="Microsoft JhengHei" w:eastAsia="Microsoft JhengHei"/>
          <w:b w:val="0"/>
          <w:i w:val="0"/>
          <w:color w:val="6B7280"/>
          <w:sz w:val="20"/>
        </w:rPr>
        <w:t>過渡：其中一題特別重要：兩個今天。</w:t>
      </w:r>
    </w:p>
    <w:p>
      <w:pPr>
        <w:spacing w:after="120" w:before="240"/>
      </w:pPr>
      <w:r>
        <w:rPr>
          <w:rFonts w:ascii="Microsoft JhengHei" w:hAnsi="Microsoft JhengHei" w:eastAsia="Microsoft JhengHei"/>
          <w:b/>
          <w:i w:val="0"/>
          <w:color w:val="222A36"/>
          <w:sz w:val="26"/>
        </w:rPr>
        <w:t>2. 兩個「今天」（導入與破冰 · 4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並排顯示路加福音 19:9 與 23:43。</w:t>
      </w:r>
    </w:p>
    <w:p>
      <w:pPr>
        <w:pStyle w:val="ListBullet"/>
      </w:pPr>
      <w:r>
        <w:rPr>
          <w:rFonts w:ascii="Microsoft JhengHei" w:hAnsi="Microsoft JhengHei" w:eastAsia="Microsoft JhengHei"/>
          <w:b w:val="0"/>
          <w:i w:val="0"/>
          <w:color w:val="222A36"/>
          <w:sz w:val="22"/>
        </w:rPr>
        <w:t>問：撒該和強盜有甚麼相同？</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用手指投票選答案。</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19:9（和合本 (CUV, public domain)）</w:t>
            </w:r>
          </w:p>
          <w:p>
            <w:r>
              <w:rPr>
                <w:rFonts w:ascii="Microsoft JhengHei" w:hAnsi="Microsoft JhengHei" w:eastAsia="Microsoft JhengHei"/>
                <w:b w:val="0"/>
                <w:i w:val="0"/>
                <w:color w:val="222A36"/>
                <w:sz w:val="22"/>
              </w:rPr>
              <w:t>耶穌說：「今天救恩到了這家，因為他也是亞伯拉罕的子孫。</w:t>
            </w:r>
          </w:p>
          <w:p>
            <w:r>
              <w:rPr>
                <w:rFonts w:ascii="Microsoft JhengHei" w:hAnsi="Microsoft JhengHei" w:eastAsia="Microsoft JhengHei"/>
                <w:b w:val="0"/>
                <w:i w:val="0"/>
                <w:color w:val="222A36"/>
                <w:sz w:val="22"/>
              </w:rPr>
              <w:t>Luke 19:9 (WEB): Jesus said to him, "Today, salvation has come to this house, because he also is a son of Abraham.</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23:42-43（和合本 (CUV, public domain)）</w:t>
            </w:r>
          </w:p>
          <w:p>
            <w:r>
              <w:rPr>
                <w:rFonts w:ascii="Microsoft JhengHei" w:hAnsi="Microsoft JhengHei" w:eastAsia="Microsoft JhengHei"/>
                <w:b w:val="0"/>
                <w:i w:val="0"/>
                <w:color w:val="222A36"/>
                <w:sz w:val="22"/>
              </w:rPr>
              <w:t>42就說：「耶穌啊，你得國降臨的時候，求你記念我！」 43耶穌對他說：「我實在告訴你，今日你要同我在樂園裡了。」</w:t>
            </w:r>
          </w:p>
          <w:p>
            <w:r>
              <w:rPr>
                <w:rFonts w:ascii="Microsoft JhengHei" w:hAnsi="Microsoft JhengHei" w:eastAsia="Microsoft JhengHei"/>
                <w:b w:val="0"/>
                <w:i w:val="0"/>
                <w:color w:val="222A36"/>
                <w:sz w:val="22"/>
              </w:rPr>
              <w:t>Luke 23:42-43 (WEB): 42 He said to Jesus, "Lord, remember me when you come into your Kingdom." 43 Jesus said to him, "Assuredly I tell you, today you will be with me in Paradise."</w:t>
            </w:r>
          </w:p>
        </w:tc>
      </w:tr>
    </w:tbl>
    <w:p/>
    <w:p>
      <w:pPr>
        <w:spacing w:after="80"/>
      </w:pPr>
      <w:r>
        <w:rPr>
          <w:rFonts w:ascii="Microsoft JhengHei" w:hAnsi="Microsoft JhengHei" w:eastAsia="Microsoft JhengHei"/>
          <w:b w:val="0"/>
          <w:i w:val="0"/>
          <w:color w:val="6B7280"/>
          <w:sz w:val="20"/>
        </w:rPr>
        <w:t>SEN 調適：答案配圖示。</w:t>
      </w:r>
    </w:p>
    <w:p>
      <w:pPr>
        <w:spacing w:after="80"/>
      </w:pPr>
      <w:r>
        <w:rPr>
          <w:rFonts w:ascii="Microsoft JhengHei" w:hAnsi="Microsoft JhengHei" w:eastAsia="Microsoft JhengHei"/>
          <w:b w:val="0"/>
          <w:i w:val="0"/>
          <w:color w:val="6B7280"/>
          <w:sz w:val="20"/>
        </w:rPr>
        <w:t>過渡：看看十字架上發生了甚麼。</w:t>
      </w:r>
    </w:p>
    <w:p>
      <w:pPr>
        <w:spacing w:after="120" w:before="240"/>
      </w:pPr>
      <w:r>
        <w:rPr>
          <w:rFonts w:ascii="Microsoft JhengHei" w:hAnsi="Microsoft JhengHei" w:eastAsia="Microsoft JhengHei"/>
          <w:b/>
          <w:i w:val="0"/>
          <w:color w:val="222A36"/>
          <w:sz w:val="26"/>
        </w:rPr>
        <w:t>3. 十字架的故事（經文探索 · 6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簡潔講述（或播放 BibleProject 粵語〈耶穌的受難〉片段）：耶穌被釘十字架，為釘祂的人禱告，並記念強盜。</w:t>
      </w:r>
    </w:p>
    <w:p>
      <w:pPr>
        <w:pStyle w:val="ListBullet"/>
      </w:pPr>
      <w:r>
        <w:rPr>
          <w:rFonts w:ascii="Microsoft JhengHei" w:hAnsi="Microsoft JhengHei" w:eastAsia="Microsoft JhengHei"/>
          <w:b w:val="0"/>
          <w:i w:val="0"/>
          <w:color w:val="222A36"/>
          <w:sz w:val="22"/>
        </w:rPr>
        <w:t>說明：耶穌認識我、要到我家，因為祂愛我，為我死。</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聆聽或觀看。</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23:34（和合本 (CUV, public domain)）</w:t>
            </w:r>
          </w:p>
          <w:p>
            <w:r>
              <w:rPr>
                <w:rFonts w:ascii="Microsoft JhengHei" w:hAnsi="Microsoft JhengHei" w:eastAsia="Microsoft JhengHei"/>
                <w:b w:val="0"/>
                <w:i w:val="0"/>
                <w:color w:val="222A36"/>
                <w:sz w:val="22"/>
              </w:rPr>
              <w:t>當下耶穌說：「父啊！赦免他們；因為他們所做的，他們不曉得。」兵丁就拈鬮分他的衣服。</w:t>
            </w:r>
          </w:p>
          <w:p>
            <w:r>
              <w:rPr>
                <w:rFonts w:ascii="Microsoft JhengHei" w:hAnsi="Microsoft JhengHei" w:eastAsia="Microsoft JhengHei"/>
                <w:b w:val="0"/>
                <w:i w:val="0"/>
                <w:color w:val="222A36"/>
                <w:sz w:val="22"/>
              </w:rPr>
              <w:t>Luke 23:34 (WEB): Jesus said, "Father, forgive them, for they don't know what they are doing." Dividing his garments among them, they cast lots.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羅馬書 5:8（和合本 (CUV, public domain)）</w:t>
            </w:r>
          </w:p>
          <w:p>
            <w:r>
              <w:rPr>
                <w:rFonts w:ascii="Microsoft JhengHei" w:hAnsi="Microsoft JhengHei" w:eastAsia="Microsoft JhengHei"/>
                <w:b w:val="0"/>
                <w:i w:val="0"/>
                <w:color w:val="222A36"/>
                <w:sz w:val="22"/>
              </w:rPr>
              <w:t>惟有基督在我們還作罪人的時候為我們死， 神的愛就在此向我們顯明了。</w:t>
            </w:r>
          </w:p>
          <w:p>
            <w:r>
              <w:rPr>
                <w:rFonts w:ascii="Microsoft JhengHei" w:hAnsi="Microsoft JhengHei" w:eastAsia="Microsoft JhengHei"/>
                <w:b w:val="0"/>
                <w:i w:val="0"/>
                <w:color w:val="222A36"/>
                <w:sz w:val="22"/>
              </w:rPr>
              <w:t>Romans 5:8 (WEB): But God commends his own love toward us, in that while we were yet sinners, Christ died for us.</w:t>
            </w:r>
          </w:p>
        </w:tc>
      </w:tr>
    </w:tbl>
    <w:p/>
    <w:p>
      <w:pPr>
        <w:spacing w:after="80"/>
      </w:pPr>
      <w:r>
        <w:rPr>
          <w:rFonts w:ascii="Microsoft JhengHei" w:hAnsi="Microsoft JhengHei" w:eastAsia="Microsoft JhengHei"/>
          <w:b w:val="0"/>
          <w:i w:val="0"/>
          <w:color w:val="6B7280"/>
          <w:sz w:val="20"/>
        </w:rPr>
        <w:t>SEN 調適：不詳述刑罰細節。</w:t>
      </w:r>
    </w:p>
    <w:p>
      <w:pPr>
        <w:spacing w:after="80"/>
      </w:pPr>
      <w:r>
        <w:rPr>
          <w:rFonts w:ascii="Microsoft JhengHei" w:hAnsi="Microsoft JhengHei" w:eastAsia="Microsoft JhengHei"/>
          <w:b w:val="0"/>
          <w:i w:val="0"/>
          <w:color w:val="6B7280"/>
          <w:sz w:val="20"/>
        </w:rPr>
        <w:t>過渡：閉上眼，走進耶利哥。</w:t>
      </w:r>
    </w:p>
    <w:p>
      <w:pPr>
        <w:spacing w:after="120" w:before="240"/>
      </w:pPr>
      <w:r>
        <w:rPr>
          <w:rFonts w:ascii="Microsoft JhengHei" w:hAnsi="Microsoft JhengHei" w:eastAsia="Microsoft JhengHei"/>
          <w:b/>
          <w:i w:val="0"/>
          <w:color w:val="222A36"/>
          <w:sz w:val="26"/>
        </w:rPr>
        <w:t>4. 走進耶利哥：想像默觀（經文探索 · 8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播放網頁聲音導引：人群、腳步、風吹樹葉。</w:t>
      </w:r>
    </w:p>
    <w:p>
      <w:pPr>
        <w:pStyle w:val="ListBullet"/>
      </w:pPr>
      <w:r>
        <w:rPr>
          <w:rFonts w:ascii="Microsoft JhengHei" w:hAnsi="Microsoft JhengHei" w:eastAsia="Microsoft JhengHei"/>
          <w:b w:val="0"/>
          <w:i w:val="0"/>
          <w:color w:val="222A36"/>
          <w:sz w:val="22"/>
        </w:rPr>
        <w:t>引導同學想像自己在人群、在樹上、被耶穌叫名字。</w:t>
      </w:r>
    </w:p>
    <w:p>
      <w:pPr>
        <w:pStyle w:val="ListBullet"/>
      </w:pPr>
      <w:r>
        <w:rPr>
          <w:rFonts w:ascii="Microsoft JhengHei" w:hAnsi="Microsoft JhengHei" w:eastAsia="Microsoft JhengHei"/>
          <w:b w:val="0"/>
          <w:i w:val="0"/>
          <w:color w:val="222A36"/>
          <w:sz w:val="22"/>
        </w:rPr>
        <w:t>安靜一分鐘。</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閉眼或望向一點，安靜想像。</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19:5（和合本 (CUV, public domain)）</w:t>
            </w:r>
          </w:p>
          <w:p>
            <w:r>
              <w:rPr>
                <w:rFonts w:ascii="Microsoft JhengHei" w:hAnsi="Microsoft JhengHei" w:eastAsia="Microsoft JhengHei"/>
                <w:b w:val="0"/>
                <w:i w:val="0"/>
                <w:color w:val="222A36"/>
                <w:sz w:val="22"/>
              </w:rPr>
              <w:t>耶穌到了那裡，抬頭一看，對他說：「撒該，快下來！今天我必住在你家裡。」</w:t>
            </w:r>
          </w:p>
          <w:p>
            <w:r>
              <w:rPr>
                <w:rFonts w:ascii="Microsoft JhengHei" w:hAnsi="Microsoft JhengHei" w:eastAsia="Microsoft JhengHei"/>
                <w:b w:val="0"/>
                <w:i w:val="0"/>
                <w:color w:val="222A36"/>
                <w:sz w:val="22"/>
              </w:rPr>
              <w:t>Luke 19:5 (WEB): When Jesus came to the place, he looked up and saw him, and said to him, "Zacchaeus, hurry and come down, for today I must stay at your house."</w:t>
            </w:r>
          </w:p>
        </w:tc>
      </w:tr>
    </w:tbl>
    <w:p/>
    <w:p>
      <w:pPr>
        <w:spacing w:after="80"/>
      </w:pPr>
      <w:r>
        <w:rPr>
          <w:rFonts w:ascii="Microsoft JhengHei" w:hAnsi="Microsoft JhengHei" w:eastAsia="Microsoft JhengHei"/>
          <w:b w:val="0"/>
          <w:i w:val="0"/>
          <w:color w:val="6B7280"/>
          <w:sz w:val="20"/>
        </w:rPr>
        <w:t>SEN 調適：可以張開眼，只聽聲音。</w:t>
      </w:r>
    </w:p>
    <w:p>
      <w:pPr>
        <w:spacing w:after="80"/>
      </w:pPr>
      <w:r>
        <w:rPr>
          <w:rFonts w:ascii="Microsoft JhengHei" w:hAnsi="Microsoft JhengHei" w:eastAsia="Microsoft JhengHei"/>
          <w:b w:val="0"/>
          <w:i w:val="0"/>
          <w:color w:val="6B7280"/>
          <w:sz w:val="20"/>
        </w:rPr>
        <w:t>過渡：現在用身體爬一次樹。</w:t>
      </w:r>
    </w:p>
    <w:p>
      <w:pPr>
        <w:spacing w:after="120" w:before="240"/>
      </w:pPr>
      <w:r>
        <w:rPr>
          <w:rFonts w:ascii="Microsoft JhengHei" w:hAnsi="Microsoft JhengHei" w:eastAsia="Microsoft JhengHei"/>
          <w:b/>
          <w:i w:val="0"/>
          <w:color w:val="222A36"/>
          <w:sz w:val="26"/>
        </w:rPr>
        <w:t>5. 爬上桑樹體感遊戲（經文探索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一位同學在鏡頭前左右手輪流向上舉「爬樹」；或用按鍵版。</w:t>
      </w:r>
    </w:p>
    <w:p>
      <w:pPr>
        <w:pStyle w:val="ListBullet"/>
      </w:pPr>
      <w:r>
        <w:rPr>
          <w:rFonts w:ascii="Microsoft JhengHei" w:hAnsi="Microsoft JhengHei" w:eastAsia="Microsoft JhengHei"/>
          <w:b w:val="0"/>
          <w:i w:val="0"/>
          <w:color w:val="222A36"/>
          <w:sz w:val="22"/>
        </w:rPr>
        <w:t>到樹頂時屏幕顯示路加福音 19:5，全組一起張開手歡迎。</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輪流爬樹、數格、宣讀經文。</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19:6（和合本 (CUV, public domain)）</w:t>
            </w:r>
          </w:p>
          <w:p>
            <w:r>
              <w:rPr>
                <w:rFonts w:ascii="Microsoft JhengHei" w:hAnsi="Microsoft JhengHei" w:eastAsia="Microsoft JhengHei"/>
                <w:b w:val="0"/>
                <w:i w:val="0"/>
                <w:color w:val="222A36"/>
                <w:sz w:val="22"/>
              </w:rPr>
              <w:t>他就急忙下來，歡歡喜喜地接待耶穌。</w:t>
            </w:r>
          </w:p>
          <w:p>
            <w:r>
              <w:rPr>
                <w:rFonts w:ascii="Microsoft JhengHei" w:hAnsi="Microsoft JhengHei" w:eastAsia="Microsoft JhengHei"/>
                <w:b w:val="0"/>
                <w:i w:val="0"/>
                <w:color w:val="222A36"/>
                <w:sz w:val="22"/>
              </w:rPr>
              <w:t>Luke 19:6 (WEB): He hurried, came down, and received him joyfully.</w:t>
            </w:r>
          </w:p>
        </w:tc>
      </w:tr>
    </w:tbl>
    <w:p/>
    <w:p>
      <w:pPr>
        <w:spacing w:after="80"/>
      </w:pPr>
      <w:r>
        <w:rPr>
          <w:rFonts w:ascii="Microsoft JhengHei" w:hAnsi="Microsoft JhengHei" w:eastAsia="Microsoft JhengHei"/>
          <w:b w:val="0"/>
          <w:i w:val="0"/>
          <w:color w:val="6B7280"/>
          <w:sz w:val="20"/>
        </w:rPr>
        <w:t>SEN 調適：不想上鏡頭的同學做數格或宣讀的角色。</w:t>
      </w:r>
    </w:p>
    <w:p>
      <w:pPr>
        <w:spacing w:after="80"/>
      </w:pPr>
      <w:r>
        <w:rPr>
          <w:rFonts w:ascii="Microsoft JhengHei" w:hAnsi="Microsoft JhengHei" w:eastAsia="Microsoft JhengHei"/>
          <w:b w:val="0"/>
          <w:i w:val="0"/>
          <w:color w:val="6B7280"/>
          <w:sz w:val="20"/>
        </w:rPr>
        <w:t>過渡：撒該下樹後，耶穌到他家吃飯；復活後，耶穌也和門徒吃飯。</w:t>
      </w:r>
    </w:p>
    <w:p>
      <w:pPr>
        <w:spacing w:after="120" w:before="240"/>
      </w:pPr>
      <w:r>
        <w:rPr>
          <w:rFonts w:ascii="Microsoft JhengHei" w:hAnsi="Microsoft JhengHei" w:eastAsia="Microsoft JhengHei"/>
          <w:b/>
          <w:i w:val="0"/>
          <w:color w:val="222A36"/>
          <w:sz w:val="26"/>
        </w:rPr>
        <w:t>6. 復活的主到我家（生命連結、反思與禱告 · 4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讀以馬忤斯擘餅認出耶穌，及啟示錄 3:20。</w:t>
      </w:r>
    </w:p>
    <w:p>
      <w:pPr>
        <w:pStyle w:val="ListBullet"/>
      </w:pPr>
      <w:r>
        <w:rPr>
          <w:rFonts w:ascii="Microsoft JhengHei" w:hAnsi="Microsoft JhengHei" w:eastAsia="Microsoft JhengHei"/>
          <w:b w:val="0"/>
          <w:i w:val="0"/>
          <w:color w:val="222A36"/>
          <w:sz w:val="22"/>
        </w:rPr>
        <w:t>說：復活的耶穌今天仍叩你的門，要與你坐席。</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聆聽。</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24:30-31（和合本 (CUV, public domain)）</w:t>
            </w:r>
          </w:p>
          <w:p>
            <w:r>
              <w:rPr>
                <w:rFonts w:ascii="Microsoft JhengHei" w:hAnsi="Microsoft JhengHei" w:eastAsia="Microsoft JhengHei"/>
                <w:b w:val="0"/>
                <w:i w:val="0"/>
                <w:color w:val="222A36"/>
                <w:sz w:val="22"/>
              </w:rPr>
              <w:t>30到了坐席的時候，耶穌拿起餅來，祝謝了，擘開，遞給他們。 31他們的眼睛明亮了，這才認出他來。忽然耶穌不見了。</w:t>
            </w:r>
          </w:p>
          <w:p>
            <w:r>
              <w:rPr>
                <w:rFonts w:ascii="Microsoft JhengHei" w:hAnsi="Microsoft JhengHei" w:eastAsia="Microsoft JhengHei"/>
                <w:b w:val="0"/>
                <w:i w:val="0"/>
                <w:color w:val="222A36"/>
                <w:sz w:val="22"/>
              </w:rPr>
              <w:t>Luke 24:30-31 (WEB): 30 It happened, that when he had sat down at the table with them, he took the bread and gave thanks. Breaking it, he gave to them. 31 Their eyes were opened, and they recognized him, and he vanished out of their sight.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啟示錄 3:20（和合本 (CUV, public domain)）</w:t>
            </w:r>
          </w:p>
          <w:p>
            <w:r>
              <w:rPr>
                <w:rFonts w:ascii="Microsoft JhengHei" w:hAnsi="Microsoft JhengHei" w:eastAsia="Microsoft JhengHei"/>
                <w:b w:val="0"/>
                <w:i w:val="0"/>
                <w:color w:val="222A36"/>
                <w:sz w:val="22"/>
              </w:rPr>
              <w:t>看哪，我站在門外叩門，若有聽見我聲音就開門的，我要進到他那裡去，我與他，他與我一同坐席。</w:t>
            </w:r>
          </w:p>
          <w:p>
            <w:r>
              <w:rPr>
                <w:rFonts w:ascii="Microsoft JhengHei" w:hAnsi="Microsoft JhengHei" w:eastAsia="Microsoft JhengHei"/>
                <w:b w:val="0"/>
                <w:i w:val="0"/>
                <w:color w:val="222A36"/>
                <w:sz w:val="22"/>
              </w:rPr>
              <w:t>Revelation 3:20 (WEB): Behold, I stand at the door and knock. If anyone hears my voice and opens the door, then I will come in to him, and will dine with him, and he with me.</w:t>
            </w:r>
          </w:p>
        </w:tc>
      </w:tr>
    </w:tbl>
    <w:p/>
    <w:p>
      <w:pPr>
        <w:spacing w:after="80"/>
      </w:pPr>
      <w:r>
        <w:rPr>
          <w:rFonts w:ascii="Microsoft JhengHei" w:hAnsi="Microsoft JhengHei" w:eastAsia="Microsoft JhengHei"/>
          <w:b w:val="0"/>
          <w:i w:val="0"/>
          <w:color w:val="6B7280"/>
          <w:sz w:val="20"/>
        </w:rPr>
        <w:t>SEN 調適：配圖示：餐桌及門。</w:t>
      </w:r>
    </w:p>
    <w:p>
      <w:pPr>
        <w:spacing w:after="80"/>
      </w:pPr>
      <w:r>
        <w:rPr>
          <w:rFonts w:ascii="Microsoft JhengHei" w:hAnsi="Microsoft JhengHei" w:eastAsia="Microsoft JhengHei"/>
          <w:b w:val="0"/>
          <w:i w:val="0"/>
          <w:color w:val="6B7280"/>
          <w:sz w:val="20"/>
        </w:rPr>
        <w:t>過渡：老師也想分享一個故事。</w:t>
      </w:r>
    </w:p>
    <w:p>
      <w:pPr>
        <w:spacing w:after="120" w:before="240"/>
      </w:pPr>
      <w:r>
        <w:rPr>
          <w:rFonts w:ascii="Microsoft JhengHei" w:hAnsi="Microsoft JhengHei" w:eastAsia="Microsoft JhengHei"/>
          <w:b/>
          <w:i w:val="0"/>
          <w:color w:val="222A36"/>
          <w:sz w:val="26"/>
        </w:rPr>
        <w:t>7. 老師時刻（生命連結、反思與禱告 · 3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分享一次在平凡生活中（一頓飯、一個人、一句經文）看見復活主的真實經歷。</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聆聽。</w:t>
      </w:r>
    </w:p>
    <w:p>
      <w:pPr>
        <w:spacing w:after="80"/>
      </w:pPr>
      <w:r>
        <w:rPr>
          <w:rFonts w:ascii="Microsoft JhengHei" w:hAnsi="Microsoft JhengHei" w:eastAsia="Microsoft JhengHei"/>
          <w:b w:val="0"/>
          <w:i w:val="0"/>
          <w:color w:val="6B7280"/>
          <w:sz w:val="20"/>
        </w:rPr>
        <w:t>SEN 調適：老師用簡短句子。</w:t>
      </w:r>
    </w:p>
    <w:p>
      <w:pPr>
        <w:spacing w:after="80"/>
      </w:pPr>
      <w:r>
        <w:rPr>
          <w:rFonts w:ascii="Microsoft JhengHei" w:hAnsi="Microsoft JhengHei" w:eastAsia="Microsoft JhengHei"/>
          <w:b w:val="0"/>
          <w:i w:val="0"/>
          <w:color w:val="6B7280"/>
          <w:sz w:val="20"/>
        </w:rPr>
        <w:t>過渡：撒該被愛之後作了改變。</w:t>
      </w:r>
    </w:p>
    <w:p>
      <w:pPr>
        <w:spacing w:after="120" w:before="240"/>
      </w:pPr>
      <w:r>
        <w:rPr>
          <w:rFonts w:ascii="Microsoft JhengHei" w:hAnsi="Microsoft JhengHei" w:eastAsia="Microsoft JhengHei"/>
          <w:b/>
          <w:i w:val="0"/>
          <w:color w:val="222A36"/>
          <w:sz w:val="26"/>
        </w:rPr>
        <w:t>8. 撒該改變挑戰（生命連結、反思與禱告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派改變挑戰卡，每人選一件七天內做的小改變。</w:t>
      </w:r>
    </w:p>
    <w:p>
      <w:pPr>
        <w:pStyle w:val="ListBullet"/>
      </w:pPr>
      <w:r>
        <w:rPr>
          <w:rFonts w:ascii="Microsoft JhengHei" w:hAnsi="Microsoft JhengHei" w:eastAsia="Microsoft JhengHei"/>
          <w:b w:val="0"/>
          <w:i w:val="0"/>
          <w:color w:val="222A36"/>
          <w:sz w:val="22"/>
        </w:rPr>
        <w:t>以一句感恩禱告選定行動。</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選擇並寫下或畫下行動。</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19:8（和合本 (CUV, public domain)）</w:t>
            </w:r>
          </w:p>
          <w:p>
            <w:r>
              <w:rPr>
                <w:rFonts w:ascii="Microsoft JhengHei" w:hAnsi="Microsoft JhengHei" w:eastAsia="Microsoft JhengHei"/>
                <w:b w:val="0"/>
                <w:i w:val="0"/>
                <w:color w:val="222A36"/>
                <w:sz w:val="22"/>
              </w:rPr>
              <w:t>撒該站著對主說：「主啊，我把所有的一半給窮人；我若訛詐了誰，就還他四倍。」</w:t>
            </w:r>
          </w:p>
          <w:p>
            <w:r>
              <w:rPr>
                <w:rFonts w:ascii="Microsoft JhengHei" w:hAnsi="Microsoft JhengHei" w:eastAsia="Microsoft JhengHei"/>
                <w:b w:val="0"/>
                <w:i w:val="0"/>
                <w:color w:val="222A36"/>
                <w:sz w:val="22"/>
              </w:rPr>
              <w:t>Luke 19:8 (WEB): Zacchaeus stood and said to the Lord, "Behold, Lord, half of my goods I give to the poor. If I have wrongfully exacted anything of anyone, I restore four times as much."</w:t>
            </w:r>
          </w:p>
        </w:tc>
      </w:tr>
    </w:tbl>
    <w:p/>
    <w:p>
      <w:pPr>
        <w:spacing w:after="80"/>
      </w:pPr>
      <w:r>
        <w:rPr>
          <w:rFonts w:ascii="Microsoft JhengHei" w:hAnsi="Microsoft JhengHei" w:eastAsia="Microsoft JhengHei"/>
          <w:b w:val="0"/>
          <w:i w:val="0"/>
          <w:color w:val="6B7280"/>
          <w:sz w:val="20"/>
        </w:rPr>
        <w:t>SEN 調適：可以圈選，不用寫字；卡上寫明做不到明天再試。</w:t>
      </w:r>
    </w:p>
    <w:p>
      <w:pPr>
        <w:spacing w:after="80"/>
      </w:pPr>
      <w:r>
        <w:rPr>
          <w:rFonts w:ascii="Microsoft JhengHei" w:hAnsi="Microsoft JhengHei" w:eastAsia="Microsoft JhengHei"/>
          <w:b w:val="0"/>
          <w:i w:val="0"/>
          <w:color w:val="6B7280"/>
          <w:sz w:val="20"/>
        </w:rPr>
        <w:t>過渡：最後一起開門。</w:t>
      </w:r>
    </w:p>
    <w:p>
      <w:pPr>
        <w:spacing w:after="120" w:before="240"/>
      </w:pPr>
      <w:r>
        <w:rPr>
          <w:rFonts w:ascii="Microsoft JhengHei" w:hAnsi="Microsoft JhengHei" w:eastAsia="Microsoft JhengHei"/>
          <w:b/>
          <w:i w:val="0"/>
          <w:color w:val="222A36"/>
          <w:sz w:val="26"/>
        </w:rPr>
        <w:t>9. 開門禱告及收結（生命連結、反思與禱告 · 6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每人在門形卡上畫或寫一句：「耶穌，請進來」或「耶穌，求你記念我」。</w:t>
      </w:r>
    </w:p>
    <w:p>
      <w:pPr>
        <w:pStyle w:val="ListBullet"/>
      </w:pPr>
      <w:r>
        <w:rPr>
          <w:rFonts w:ascii="Microsoft JhengHei" w:hAnsi="Microsoft JhengHei" w:eastAsia="Microsoft JhengHei"/>
          <w:b w:val="0"/>
          <w:i w:val="0"/>
          <w:color w:val="222A36"/>
          <w:sz w:val="22"/>
        </w:rPr>
        <w:t>一起讀啟示錄 3:20，帶收結禱告。</w:t>
      </w:r>
    </w:p>
    <w:p>
      <w:pPr>
        <w:pStyle w:val="ListBullet"/>
      </w:pPr>
      <w:r>
        <w:rPr>
          <w:rFonts w:ascii="Microsoft JhengHei" w:hAnsi="Microsoft JhengHei" w:eastAsia="Microsoft JhengHei"/>
          <w:b w:val="0"/>
          <w:i w:val="0"/>
          <w:color w:val="222A36"/>
          <w:sz w:val="22"/>
        </w:rPr>
        <w:t>預告：下次聚會分享改變卡上的笑臉。</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寫或畫門形卡，一同禱告（可以只聽）。</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啟示錄 3:20（和合本 (CUV, public domain)）</w:t>
            </w:r>
          </w:p>
          <w:p>
            <w:r>
              <w:rPr>
                <w:rFonts w:ascii="Microsoft JhengHei" w:hAnsi="Microsoft JhengHei" w:eastAsia="Microsoft JhengHei"/>
                <w:b w:val="0"/>
                <w:i w:val="0"/>
                <w:color w:val="222A36"/>
                <w:sz w:val="22"/>
              </w:rPr>
              <w:t>看哪，我站在門外叩門，若有聽見我聲音就開門的，我要進到他那裡去，我與他，他與我一同坐席。</w:t>
            </w:r>
          </w:p>
          <w:p>
            <w:r>
              <w:rPr>
                <w:rFonts w:ascii="Microsoft JhengHei" w:hAnsi="Microsoft JhengHei" w:eastAsia="Microsoft JhengHei"/>
                <w:b w:val="0"/>
                <w:i w:val="0"/>
                <w:color w:val="222A36"/>
                <w:sz w:val="22"/>
              </w:rPr>
              <w:t>Revelation 3:20 (WEB): Behold, I stand at the door and knock. If anyone hears my voice and opens the door, then I will come in to him, and will dine with him, and he with me.</w:t>
            </w:r>
          </w:p>
        </w:tc>
      </w:tr>
    </w:tbl>
    <w:p/>
    <w:p>
      <w:pPr>
        <w:spacing w:after="80"/>
      </w:pPr>
      <w:r>
        <w:rPr>
          <w:rFonts w:ascii="Microsoft JhengHei" w:hAnsi="Microsoft JhengHei" w:eastAsia="Microsoft JhengHei"/>
          <w:b w:val="0"/>
          <w:i w:val="0"/>
          <w:color w:val="6B7280"/>
          <w:sz w:val="20"/>
        </w:rPr>
        <w:t>SEN 調適：可以只畫一個開門的記號。</w:t>
      </w:r>
    </w:p>
    <w:p>
      <w:pPr>
        <w:spacing w:after="80"/>
      </w:pPr>
      <w:r>
        <w:rPr>
          <w:rFonts w:ascii="Microsoft JhengHei" w:hAnsi="Microsoft JhengHei" w:eastAsia="Microsoft JhengHei"/>
          <w:b w:val="0"/>
          <w:i w:val="0"/>
          <w:color w:val="6B7280"/>
          <w:sz w:val="20"/>
        </w:rPr>
        <w:t>過渡：復活的主與你同行。</w:t>
      </w:r>
    </w:p>
    <w:p>
      <w:pPr>
        <w:spacing w:after="120" w:before="240"/>
      </w:pPr>
      <w:r>
        <w:rPr>
          <w:rFonts w:ascii="Microsoft JhengHei" w:hAnsi="Microsoft JhengHei" w:eastAsia="Microsoft JhengHei"/>
          <w:b/>
          <w:i w:val="0"/>
          <w:color w:val="A86B1F"/>
          <w:sz w:val="32"/>
        </w:rPr>
        <w:t>五、老師時刻及回應邀請</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老師時刻</w:t>
            </w:r>
          </w:p>
          <w:p>
            <w:r>
              <w:rPr>
                <w:rFonts w:ascii="Microsoft JhengHei" w:hAnsi="Microsoft JhengHei" w:eastAsia="Microsoft JhengHei"/>
                <w:b w:val="0"/>
                <w:i w:val="0"/>
                <w:color w:val="222A36"/>
                <w:sz w:val="22"/>
              </w:rPr>
              <w:t>請老師分享一次在平凡生活中（一頓飯、一個人的幫助、一句經文）經歷復活主同在的真實經歷；三分鐘內完成。AI 只是建立結構；基督徒老師見證的溫度與感動力，才是領人歸主的關鍵。</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回應邀請（不強迫）</w:t>
            </w:r>
          </w:p>
          <w:p>
            <w:r>
              <w:rPr>
                <w:rFonts w:ascii="Microsoft JhengHei" w:hAnsi="Microsoft JhengHei" w:eastAsia="Microsoft JhengHei"/>
                <w:b w:val="0"/>
                <w:i w:val="0"/>
                <w:color w:val="222A36"/>
                <w:sz w:val="22"/>
              </w:rPr>
              <w:t>如果你願意，今天可以像十字架上的強盜一樣說：「耶穌，求你記念我。」也可以說：「耶穌，請進來。」如果你還不肯定，可以說：「如果你真的復活了，請讓我在生活中看見你。」如果你今天甚麼都不想說，也沒有關係，耶穌仍然記念你。</w:t>
            </w:r>
          </w:p>
        </w:tc>
      </w:tr>
    </w:tbl>
    <w:p/>
    <w:p>
      <w:pPr>
        <w:spacing w:after="120" w:before="240"/>
      </w:pPr>
      <w:r>
        <w:rPr>
          <w:rFonts w:ascii="Microsoft JhengHei" w:hAnsi="Microsoft JhengHei" w:eastAsia="Microsoft JhengHei"/>
          <w:b/>
          <w:i w:val="0"/>
          <w:color w:val="222A36"/>
          <w:sz w:val="26"/>
        </w:rPr>
        <w:t>禱文</w:t>
      </w:r>
    </w:p>
    <w:p>
      <w:pPr>
        <w:spacing w:after="80"/>
      </w:pPr>
      <w:r>
        <w:rPr>
          <w:rFonts w:ascii="Microsoft JhengHei" w:hAnsi="Microsoft JhengHei" w:eastAsia="Microsoft JhengHei"/>
          <w:b w:val="0"/>
          <w:i w:val="0"/>
          <w:color w:val="222A36"/>
          <w:sz w:val="22"/>
        </w:rPr>
        <w:t>開課禱文：主耶穌，上星期你叫了撒該的名字。這一課求你讓我們明白，你為甚麼認識我們、要到我們家。阿們。</w:t>
      </w:r>
    </w:p>
    <w:p>
      <w:pPr>
        <w:spacing w:after="80"/>
      </w:pPr>
      <w:r>
        <w:rPr>
          <w:rFonts w:ascii="Microsoft JhengHei" w:hAnsi="Microsoft JhengHei" w:eastAsia="Microsoft JhengHei"/>
          <w:b w:val="0"/>
          <w:i w:val="0"/>
          <w:color w:val="222A36"/>
          <w:sz w:val="22"/>
        </w:rPr>
        <w:t>收結禱文：主耶穌，謝謝你為我死，又復活了。我願意開門讓你進來，像撒該一樣歡歡喜喜地接待你，並在這星期做一件小改變。阿們。</w:t>
      </w:r>
    </w:p>
    <w:p>
      <w:pPr>
        <w:spacing w:after="80"/>
      </w:pPr>
      <w:r>
        <w:rPr>
          <w:rFonts w:ascii="Microsoft JhengHei" w:hAnsi="Microsoft JhengHei" w:eastAsia="Microsoft JhengHei"/>
          <w:b w:val="0"/>
          <w:i w:val="0"/>
          <w:color w:val="222A36"/>
          <w:sz w:val="22"/>
        </w:rPr>
        <w:t>牧養禱文：天父，求你看顧這組同學，讓他們知道十字架上的愛也是給他們的，並在他們的家中、學校中看見復活的主。阿們。</w:t>
      </w:r>
    </w:p>
    <w:p>
      <w:pPr>
        <w:spacing w:after="120" w:before="240"/>
      </w:pPr>
      <w:r>
        <w:rPr>
          <w:rFonts w:ascii="Microsoft JhengHei" w:hAnsi="Microsoft JhengHei" w:eastAsia="Microsoft JhengHei"/>
          <w:b/>
          <w:i w:val="0"/>
          <w:color w:val="222A36"/>
          <w:sz w:val="26"/>
        </w:rPr>
        <w:t>分享問題</w:t>
      </w:r>
    </w:p>
    <w:p>
      <w:pPr>
        <w:pStyle w:val="ListBullet"/>
      </w:pPr>
      <w:r>
        <w:rPr>
          <w:rFonts w:ascii="Microsoft JhengHei" w:hAnsi="Microsoft JhengHei" w:eastAsia="Microsoft JhengHei"/>
          <w:b w:val="0"/>
          <w:i w:val="0"/>
          <w:color w:val="222A36"/>
          <w:sz w:val="22"/>
        </w:rPr>
        <w:t>這星期的十字架尋寶，你找到哪一個答案？</w:t>
      </w:r>
    </w:p>
    <w:p>
      <w:pPr>
        <w:pStyle w:val="ListBullet"/>
      </w:pPr>
      <w:r>
        <w:rPr>
          <w:rFonts w:ascii="Microsoft JhengHei" w:hAnsi="Microsoft JhengHei" w:eastAsia="Microsoft JhengHei"/>
          <w:b w:val="0"/>
          <w:i w:val="0"/>
          <w:color w:val="222A36"/>
          <w:sz w:val="22"/>
        </w:rPr>
        <w:t>強盜只說了一句話，耶穌就應許他。你最想對耶穌說哪一句？</w:t>
      </w:r>
    </w:p>
    <w:p>
      <w:pPr>
        <w:pStyle w:val="ListBullet"/>
      </w:pPr>
      <w:r>
        <w:rPr>
          <w:rFonts w:ascii="Microsoft JhengHei" w:hAnsi="Microsoft JhengHei" w:eastAsia="Microsoft JhengHei"/>
          <w:b w:val="0"/>
          <w:i w:val="0"/>
          <w:color w:val="222A36"/>
          <w:sz w:val="22"/>
        </w:rPr>
        <w:t>如果耶穌今天到你家吃飯，你想跟祂談甚麼？</w:t>
      </w:r>
    </w:p>
    <w:p>
      <w:pPr>
        <w:spacing w:after="120" w:before="240"/>
      </w:pPr>
      <w:r>
        <w:rPr>
          <w:rFonts w:ascii="Microsoft JhengHei" w:hAnsi="Microsoft JhengHei" w:eastAsia="Microsoft JhengHei"/>
          <w:b/>
          <w:i w:val="0"/>
          <w:color w:val="A86B1F"/>
          <w:sz w:val="32"/>
        </w:rPr>
        <w:t>五之一、真誠的悔改、相信及行動（神學規範 Bot）</w:t>
      </w:r>
    </w:p>
    <w:tbl>
      <w:tblPr>
        <w:tblStyle w:val="TableGrid"/>
        <w:tblW w:type="auto" w:w="0"/>
        <w:tblLook w:firstColumn="1" w:firstRow="1" w:lastColumn="0" w:lastRow="0" w:noHBand="0" w:noVBand="1" w:val="04A0"/>
      </w:tblPr>
      <w:tblGrid>
        <w:gridCol w:w="3324"/>
        <w:gridCol w:w="3324"/>
        <w:gridCol w:w="3324"/>
      </w:tblGrid>
      <w:tr>
        <w:tc>
          <w:tcPr>
            <w:tcW w:type="dxa" w:w="1701"/>
            <w:shd w:val="clear" w:fill="EFE7D6"/>
          </w:tcPr>
          <w:p>
            <w:r/>
            <w:r>
              <w:rPr>
                <w:rFonts w:ascii="Microsoft JhengHei" w:hAnsi="Microsoft JhengHei" w:eastAsia="Microsoft JhengHei"/>
                <w:b/>
                <w:i w:val="0"/>
                <w:color w:val="222A36"/>
                <w:sz w:val="20"/>
              </w:rPr>
              <w:t>範疇</w:t>
            </w:r>
          </w:p>
        </w:tc>
        <w:tc>
          <w:tcPr>
            <w:tcW w:type="dxa" w:w="3969"/>
            <w:shd w:val="clear" w:fill="EFE7D6"/>
          </w:tcPr>
          <w:p>
            <w:r/>
            <w:r>
              <w:rPr>
                <w:rFonts w:ascii="Microsoft JhengHei" w:hAnsi="Microsoft JhengHei" w:eastAsia="Microsoft JhengHei"/>
                <w:b/>
                <w:i w:val="0"/>
                <w:color w:val="222A36"/>
                <w:sz w:val="20"/>
              </w:rPr>
              <w:t>本課怎樣邀請</w:t>
            </w:r>
          </w:p>
        </w:tc>
        <w:tc>
          <w:tcPr>
            <w:tcW w:type="dxa" w:w="3402"/>
            <w:shd w:val="clear" w:fill="EFE7D6"/>
          </w:tcPr>
          <w:p>
            <w:r/>
            <w:r>
              <w:rPr>
                <w:rFonts w:ascii="Microsoft JhengHei" w:hAnsi="Microsoft JhengHei" w:eastAsia="Microsoft JhengHei"/>
                <w:b/>
                <w:i w:val="0"/>
                <w:color w:val="222A36"/>
                <w:sz w:val="20"/>
              </w:rPr>
              <w:t>必須避免</w:t>
            </w:r>
          </w:p>
        </w:tc>
      </w:tr>
      <w:tr>
        <w:tc>
          <w:tcPr>
            <w:tcW w:type="dxa" w:w="1701"/>
          </w:tcPr>
          <w:p>
            <w:r/>
            <w:r>
              <w:rPr>
                <w:rFonts w:ascii="Microsoft JhengHei" w:hAnsi="Microsoft JhengHei" w:eastAsia="Microsoft JhengHei"/>
                <w:b w:val="0"/>
                <w:i w:val="0"/>
                <w:color w:val="222A36"/>
                <w:sz w:val="20"/>
              </w:rPr>
              <w:t>真誠的悔改</w:t>
            </w:r>
          </w:p>
        </w:tc>
        <w:tc>
          <w:tcPr>
            <w:tcW w:type="dxa" w:w="3969"/>
          </w:tcPr>
          <w:p>
            <w:r/>
            <w:r>
              <w:rPr>
                <w:rFonts w:ascii="Microsoft JhengHei" w:hAnsi="Microsoft JhengHei" w:eastAsia="Microsoft JhengHei"/>
                <w:b w:val="0"/>
                <w:i w:val="0"/>
                <w:color w:val="222A36"/>
                <w:sz w:val="20"/>
              </w:rPr>
              <w:t>像十字架上的強盜一樣，簡單地說「耶穌，求你記念我」；像撒該一樣，把一件不對的事改正。</w:t>
            </w:r>
          </w:p>
        </w:tc>
        <w:tc>
          <w:tcPr>
            <w:tcW w:type="dxa" w:w="3402"/>
          </w:tcPr>
          <w:p>
            <w:r/>
            <w:r>
              <w:rPr>
                <w:rFonts w:ascii="Microsoft JhengHei" w:hAnsi="Microsoft JhengHei" w:eastAsia="Microsoft JhengHei"/>
                <w:b w:val="0"/>
                <w:i w:val="0"/>
                <w:color w:val="222A36"/>
                <w:sz w:val="20"/>
              </w:rPr>
              <w:t>要求公開認罪；用十字架的痛苦製造內疚</w:t>
            </w:r>
          </w:p>
        </w:tc>
      </w:tr>
      <w:tr>
        <w:tc>
          <w:tcPr>
            <w:tcW w:type="dxa" w:w="1701"/>
          </w:tcPr>
          <w:p>
            <w:r/>
            <w:r>
              <w:rPr>
                <w:rFonts w:ascii="Microsoft JhengHei" w:hAnsi="Microsoft JhengHei" w:eastAsia="Microsoft JhengHei"/>
                <w:b w:val="0"/>
                <w:i w:val="0"/>
                <w:color w:val="222A36"/>
                <w:sz w:val="20"/>
              </w:rPr>
              <w:t>真誠的相信</w:t>
            </w:r>
          </w:p>
        </w:tc>
        <w:tc>
          <w:tcPr>
            <w:tcW w:type="dxa" w:w="3969"/>
          </w:tcPr>
          <w:p>
            <w:r/>
            <w:r>
              <w:rPr>
                <w:rFonts w:ascii="Microsoft JhengHei" w:hAnsi="Microsoft JhengHei" w:eastAsia="Microsoft JhengHei"/>
                <w:b w:val="0"/>
                <w:i w:val="0"/>
                <w:color w:val="222A36"/>
                <w:sz w:val="20"/>
              </w:rPr>
              <w:t>相信耶穌為我死、為我復活，今天要到我家；可以在祈禱站寫下「開門」的回應。</w:t>
            </w:r>
          </w:p>
        </w:tc>
        <w:tc>
          <w:tcPr>
            <w:tcW w:type="dxa" w:w="3402"/>
          </w:tcPr>
          <w:p>
            <w:r/>
            <w:r>
              <w:rPr>
                <w:rFonts w:ascii="Microsoft JhengHei" w:hAnsi="Microsoft JhengHei" w:eastAsia="Microsoft JhengHei"/>
                <w:b w:val="0"/>
                <w:i w:val="0"/>
                <w:color w:val="222A36"/>
                <w:sz w:val="20"/>
              </w:rPr>
              <w:t>要求即場決志；用情緒音樂催逼</w:t>
            </w:r>
          </w:p>
        </w:tc>
      </w:tr>
      <w:tr>
        <w:tc>
          <w:tcPr>
            <w:tcW w:type="dxa" w:w="1701"/>
          </w:tcPr>
          <w:p>
            <w:r/>
            <w:r>
              <w:rPr>
                <w:rFonts w:ascii="Microsoft JhengHei" w:hAnsi="Microsoft JhengHei" w:eastAsia="Microsoft JhengHei"/>
                <w:b w:val="0"/>
                <w:i w:val="0"/>
                <w:color w:val="222A36"/>
                <w:sz w:val="20"/>
              </w:rPr>
              <w:t>真誠的行動</w:t>
            </w:r>
          </w:p>
        </w:tc>
        <w:tc>
          <w:tcPr>
            <w:tcW w:type="dxa" w:w="3969"/>
          </w:tcPr>
          <w:p>
            <w:r/>
            <w:r>
              <w:rPr>
                <w:rFonts w:ascii="Microsoft JhengHei" w:hAnsi="Microsoft JhengHei" w:eastAsia="Microsoft JhengHei"/>
                <w:b w:val="0"/>
                <w:i w:val="0"/>
                <w:color w:val="222A36"/>
                <w:sz w:val="20"/>
              </w:rPr>
              <w:t>撒該改變挑戰：七天每天做一件小改變，例如向家人道謝、歸還東西、幫助同學。</w:t>
            </w:r>
          </w:p>
        </w:tc>
        <w:tc>
          <w:tcPr>
            <w:tcW w:type="dxa" w:w="3402"/>
          </w:tcPr>
          <w:p>
            <w:r/>
            <w:r>
              <w:rPr>
                <w:rFonts w:ascii="Microsoft JhengHei" w:hAnsi="Microsoft JhengHei" w:eastAsia="Microsoft JhengHei"/>
                <w:b w:val="0"/>
                <w:i w:val="0"/>
                <w:color w:val="222A36"/>
                <w:sz w:val="20"/>
              </w:rPr>
              <w:t>行動變成評分或比較；行動太大，做不到令同學更自卑</w:t>
            </w:r>
          </w:p>
        </w:tc>
      </w:tr>
    </w:tbl>
    <w:p/>
    <w:tbl>
      <w:tblPr>
        <w:tblStyle w:val="TableGrid"/>
        <w:tblW w:type="auto" w:w="0"/>
        <w:tblLook w:firstColumn="1" w:firstRow="1" w:lastColumn="0" w:lastRow="0" w:noHBand="0" w:noVBand="1" w:val="04A0"/>
      </w:tblPr>
      <w:tblGrid>
        <w:gridCol w:w="9972"/>
      </w:tblGrid>
      <w:tr>
        <w:tc>
          <w:tcPr>
            <w:tcW w:type="dxa" w:w="9972"/>
            <w:shd w:val="clear" w:fill="EEF6EA"/>
          </w:tcPr>
          <w:p>
            <w:r/>
            <w:r>
              <w:rPr>
                <w:rFonts w:ascii="Microsoft JhengHei" w:hAnsi="Microsoft JhengHei" w:eastAsia="Microsoft JhengHei"/>
                <w:b/>
                <w:i w:val="0"/>
                <w:color w:val="A86B1F"/>
                <w:sz w:val="22"/>
              </w:rPr>
              <w:t>🌱 極簡方案：kerygma_three</w:t>
            </w:r>
          </w:p>
          <w:p>
            <w:r>
              <w:rPr>
                <w:rFonts w:ascii="Microsoft JhengHei" w:hAnsi="Microsoft JhengHei" w:eastAsia="Microsoft JhengHei"/>
                <w:b w:val="0"/>
                <w:i w:val="0"/>
                <w:color w:val="222A36"/>
                <w:sz w:val="22"/>
              </w:rPr>
              <w:t>1. 耶穌創造你，知道你的名字。</w:t>
            </w:r>
          </w:p>
          <w:p>
            <w:r>
              <w:rPr>
                <w:rFonts w:ascii="Microsoft JhengHei" w:hAnsi="Microsoft JhengHei" w:eastAsia="Microsoft JhengHei"/>
                <w:b w:val="0"/>
                <w:i w:val="0"/>
                <w:color w:val="222A36"/>
                <w:sz w:val="22"/>
              </w:rPr>
              <w:t>2. 耶穌愛你，為你死在十字架上。</w:t>
            </w:r>
          </w:p>
          <w:p>
            <w:r>
              <w:rPr>
                <w:rFonts w:ascii="Microsoft JhengHei" w:hAnsi="Microsoft JhengHei" w:eastAsia="Microsoft JhengHei"/>
                <w:b w:val="0"/>
                <w:i w:val="0"/>
                <w:color w:val="222A36"/>
                <w:sz w:val="22"/>
              </w:rPr>
              <w:t>3. 祂復活了，今天站在門外叩門，要到你家。</w:t>
            </w:r>
          </w:p>
          <w:p>
            <w:r>
              <w:rPr>
                <w:rFonts w:ascii="Microsoft JhengHei" w:hAnsi="Microsoft JhengHei" w:eastAsia="Microsoft JhengHei"/>
                <w:b w:val="0"/>
                <w:i w:val="0"/>
                <w:color w:val="222A36"/>
                <w:sz w:val="22"/>
              </w:rPr>
              <w:t>理據：研究庫 kerygma_three 及 christus_vivit：先宣告愛，再邀請回應。</w:t>
            </w:r>
          </w:p>
        </w:tc>
      </w:tr>
    </w:tbl>
    <w:p/>
    <w:tbl>
      <w:tblPr>
        <w:tblStyle w:val="TableGrid"/>
        <w:tblW w:type="auto" w:w="0"/>
        <w:tblLook w:firstColumn="1" w:firstRow="1" w:lastColumn="0" w:lastRow="0" w:noHBand="0" w:noVBand="1" w:val="04A0"/>
      </w:tblPr>
      <w:tblGrid>
        <w:gridCol w:w="9972"/>
      </w:tblGrid>
      <w:tr>
        <w:tc>
          <w:tcPr>
            <w:tcW w:type="dxa" w:w="9972"/>
            <w:shd w:val="clear" w:fill="EEF6EA"/>
          </w:tcPr>
          <w:p>
            <w:r/>
            <w:r>
              <w:rPr>
                <w:rFonts w:ascii="Microsoft JhengHei" w:hAnsi="Microsoft JhengHei" w:eastAsia="Microsoft JhengHei"/>
                <w:b/>
                <w:i w:val="0"/>
                <w:color w:val="A86B1F"/>
                <w:sz w:val="22"/>
              </w:rPr>
              <w:t>🌱 極簡方案：examen_three</w:t>
            </w:r>
          </w:p>
          <w:p>
            <w:r>
              <w:rPr>
                <w:rFonts w:ascii="Microsoft JhengHei" w:hAnsi="Microsoft JhengHei" w:eastAsia="Microsoft JhengHei"/>
                <w:b w:val="0"/>
                <w:i w:val="0"/>
                <w:color w:val="222A36"/>
                <w:sz w:val="22"/>
              </w:rPr>
              <w:t>1. 感恩：今天耶穌為我做了甚麼？</w:t>
            </w:r>
          </w:p>
          <w:p>
            <w:r>
              <w:rPr>
                <w:rFonts w:ascii="Microsoft JhengHei" w:hAnsi="Microsoft JhengHei" w:eastAsia="Microsoft JhengHei"/>
                <w:b w:val="0"/>
                <w:i w:val="0"/>
                <w:color w:val="222A36"/>
                <w:sz w:val="22"/>
              </w:rPr>
              <w:t>2. 回顧：今天有沒有一件事想向耶穌說對不起？</w:t>
            </w:r>
          </w:p>
          <w:p>
            <w:r>
              <w:rPr>
                <w:rFonts w:ascii="Microsoft JhengHei" w:hAnsi="Microsoft JhengHei" w:eastAsia="Microsoft JhengHei"/>
                <w:b w:val="0"/>
                <w:i w:val="0"/>
                <w:color w:val="222A36"/>
                <w:sz w:val="22"/>
              </w:rPr>
              <w:t>3. 明天：我想做的一件撒該式小改變。</w:t>
            </w:r>
          </w:p>
          <w:p>
            <w:r>
              <w:rPr>
                <w:rFonts w:ascii="Microsoft JhengHei" w:hAnsi="Microsoft JhengHei" w:eastAsia="Microsoft JhengHei"/>
                <w:b w:val="0"/>
                <w:i w:val="0"/>
                <w:color w:val="222A36"/>
                <w:sz w:val="22"/>
              </w:rPr>
              <w:t>理據：研究庫 examen_three 及 examen_hk：簡短的省察祈禱，適合每天在家做。</w:t>
            </w:r>
          </w:p>
        </w:tc>
      </w:tr>
    </w:tbl>
    <w:p/>
    <w:p>
      <w:pPr>
        <w:spacing w:after="120" w:before="240"/>
      </w:pPr>
      <w:r>
        <w:rPr>
          <w:rFonts w:ascii="Microsoft JhengHei" w:hAnsi="Microsoft JhengHei" w:eastAsia="Microsoft JhengHei"/>
          <w:b/>
          <w:i w:val="0"/>
          <w:color w:val="A86B1F"/>
          <w:sz w:val="32"/>
        </w:rPr>
        <w:t>五之二、應用選單（學生自選）</w:t>
      </w:r>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fill="EFE7D6"/>
          </w:tcPr>
          <w:p>
            <w:r/>
            <w:r>
              <w:rPr>
                <w:rFonts w:ascii="Microsoft JhengHei" w:hAnsi="Microsoft JhengHei" w:eastAsia="Microsoft JhengHei"/>
                <w:b/>
                <w:i w:val="0"/>
                <w:color w:val="222A36"/>
                <w:sz w:val="20"/>
              </w:rPr>
              <w:t>對象</w:t>
            </w:r>
          </w:p>
        </w:tc>
        <w:tc>
          <w:tcPr>
            <w:tcW w:type="dxa" w:w="1701"/>
            <w:shd w:val="clear" w:fill="EFE7D6"/>
          </w:tcPr>
          <w:p>
            <w:r/>
            <w:r>
              <w:rPr>
                <w:rFonts w:ascii="Microsoft JhengHei" w:hAnsi="Microsoft JhengHei" w:eastAsia="Microsoft JhengHei"/>
                <w:b/>
                <w:i w:val="0"/>
                <w:color w:val="222A36"/>
                <w:sz w:val="20"/>
              </w:rPr>
              <w:t>需要</w:t>
            </w:r>
          </w:p>
        </w:tc>
        <w:tc>
          <w:tcPr>
            <w:tcW w:type="dxa" w:w="3175"/>
            <w:shd w:val="clear" w:fill="EFE7D6"/>
          </w:tcPr>
          <w:p>
            <w:r/>
            <w:r>
              <w:rPr>
                <w:rFonts w:ascii="Microsoft JhengHei" w:hAnsi="Microsoft JhengHei" w:eastAsia="Microsoft JhengHei"/>
                <w:b/>
                <w:i w:val="0"/>
                <w:color w:val="222A36"/>
                <w:sz w:val="20"/>
              </w:rPr>
              <w:t>應用</w:t>
            </w:r>
          </w:p>
        </w:tc>
        <w:tc>
          <w:tcPr>
            <w:tcW w:type="dxa" w:w="2721"/>
            <w:shd w:val="clear" w:fill="EFE7D6"/>
          </w:tcPr>
          <w:p>
            <w:r/>
            <w:r>
              <w:rPr>
                <w:rFonts w:ascii="Microsoft JhengHei" w:hAnsi="Microsoft JhengHei" w:eastAsia="Microsoft JhengHei"/>
                <w:b/>
                <w:i w:val="0"/>
                <w:color w:val="222A36"/>
                <w:sz w:val="20"/>
              </w:rPr>
              <w:t>短禱</w:t>
            </w:r>
          </w:p>
        </w:tc>
      </w:tr>
      <w:tr>
        <w:tc>
          <w:tcPr>
            <w:tcW w:type="dxa" w:w="1474"/>
          </w:tcPr>
          <w:p>
            <w:r/>
            <w:r>
              <w:rPr>
                <w:rFonts w:ascii="Microsoft JhengHei" w:hAnsi="Microsoft JhengHei" w:eastAsia="Microsoft JhengHei"/>
                <w:b w:val="0"/>
                <w:i w:val="0"/>
                <w:color w:val="222A36"/>
                <w:sz w:val="20"/>
              </w:rPr>
              <w:t>未信／好奇</w:t>
            </w:r>
          </w:p>
        </w:tc>
        <w:tc>
          <w:tcPr>
            <w:tcW w:type="dxa" w:w="1701"/>
          </w:tcPr>
          <w:p>
            <w:r/>
            <w:r>
              <w:rPr>
                <w:rFonts w:ascii="Microsoft JhengHei" w:hAnsi="Microsoft JhengHei" w:eastAsia="Microsoft JhengHei"/>
                <w:b w:val="0"/>
                <w:i w:val="0"/>
                <w:color w:val="222A36"/>
                <w:sz w:val="20"/>
              </w:rPr>
              <w:t>仍在觀望</w:t>
            </w:r>
          </w:p>
        </w:tc>
        <w:tc>
          <w:tcPr>
            <w:tcW w:type="dxa" w:w="3175"/>
          </w:tcPr>
          <w:p>
            <w:r/>
            <w:r>
              <w:rPr>
                <w:rFonts w:ascii="Microsoft JhengHei" w:hAnsi="Microsoft JhengHei" w:eastAsia="Microsoft JhengHei"/>
                <w:b w:val="0"/>
                <w:i w:val="0"/>
                <w:color w:val="222A36"/>
                <w:sz w:val="20"/>
              </w:rPr>
              <w:t>這星期試一次：在心裏說「耶穌，如果你是真的，求你記念我」。</w:t>
            </w:r>
          </w:p>
        </w:tc>
        <w:tc>
          <w:tcPr>
            <w:tcW w:type="dxa" w:w="2721"/>
          </w:tcPr>
          <w:p>
            <w:r/>
            <w:r>
              <w:rPr>
                <w:rFonts w:ascii="Microsoft JhengHei" w:hAnsi="Microsoft JhengHei" w:eastAsia="Microsoft JhengHei"/>
                <w:b w:val="0"/>
                <w:i w:val="0"/>
                <w:color w:val="222A36"/>
                <w:sz w:val="20"/>
              </w:rPr>
              <w:t>耶穌，如果你是真的，求你記念我。</w:t>
            </w:r>
          </w:p>
        </w:tc>
      </w:tr>
      <w:tr>
        <w:tc>
          <w:tcPr>
            <w:tcW w:type="dxa" w:w="1474"/>
          </w:tcPr>
          <w:p>
            <w:r/>
            <w:r>
              <w:rPr>
                <w:rFonts w:ascii="Microsoft JhengHei" w:hAnsi="Microsoft JhengHei" w:eastAsia="Microsoft JhengHei"/>
                <w:b w:val="0"/>
                <w:i w:val="0"/>
                <w:color w:val="222A36"/>
                <w:sz w:val="20"/>
              </w:rPr>
              <w:t>正在懷疑</w:t>
            </w:r>
          </w:p>
        </w:tc>
        <w:tc>
          <w:tcPr>
            <w:tcW w:type="dxa" w:w="1701"/>
          </w:tcPr>
          <w:p>
            <w:r/>
            <w:r>
              <w:rPr>
                <w:rFonts w:ascii="Microsoft JhengHei" w:hAnsi="Microsoft JhengHei" w:eastAsia="Microsoft JhengHei"/>
                <w:b w:val="0"/>
                <w:i w:val="0"/>
                <w:color w:val="222A36"/>
                <w:sz w:val="20"/>
              </w:rPr>
              <w:t>懷疑耶穌是否真的復活</w:t>
            </w:r>
          </w:p>
        </w:tc>
        <w:tc>
          <w:tcPr>
            <w:tcW w:type="dxa" w:w="3175"/>
          </w:tcPr>
          <w:p>
            <w:r/>
            <w:r>
              <w:rPr>
                <w:rFonts w:ascii="Microsoft JhengHei" w:hAnsi="Microsoft JhengHei" w:eastAsia="Microsoft JhengHei"/>
                <w:b w:val="0"/>
                <w:i w:val="0"/>
                <w:color w:val="222A36"/>
                <w:sz w:val="20"/>
              </w:rPr>
              <w:t>觀看 BibleProject〈耶穌的復活〉，寫下一個最想問的問題。</w:t>
            </w:r>
          </w:p>
        </w:tc>
        <w:tc>
          <w:tcPr>
            <w:tcW w:type="dxa" w:w="2721"/>
          </w:tcPr>
          <w:p>
            <w:r/>
            <w:r>
              <w:rPr>
                <w:rFonts w:ascii="Microsoft JhengHei" w:hAnsi="Microsoft JhengHei" w:eastAsia="Microsoft JhengHei"/>
                <w:b w:val="0"/>
                <w:i w:val="0"/>
                <w:color w:val="222A36"/>
                <w:sz w:val="20"/>
              </w:rPr>
              <w:t>主，我想知道你是否真的復活了。</w:t>
            </w:r>
          </w:p>
        </w:tc>
      </w:tr>
      <w:tr>
        <w:tc>
          <w:tcPr>
            <w:tcW w:type="dxa" w:w="1474"/>
          </w:tcPr>
          <w:p>
            <w:r/>
            <w:r>
              <w:rPr>
                <w:rFonts w:ascii="Microsoft JhengHei" w:hAnsi="Microsoft JhengHei" w:eastAsia="Microsoft JhengHei"/>
                <w:b w:val="0"/>
                <w:i w:val="0"/>
                <w:color w:val="222A36"/>
                <w:sz w:val="20"/>
              </w:rPr>
              <w:t>想成長的信徒</w:t>
            </w:r>
          </w:p>
        </w:tc>
        <w:tc>
          <w:tcPr>
            <w:tcW w:type="dxa" w:w="1701"/>
          </w:tcPr>
          <w:p>
            <w:r/>
            <w:r>
              <w:rPr>
                <w:rFonts w:ascii="Microsoft JhengHei" w:hAnsi="Microsoft JhengHei" w:eastAsia="Microsoft JhengHei"/>
                <w:b w:val="0"/>
                <w:i w:val="0"/>
                <w:color w:val="222A36"/>
                <w:sz w:val="20"/>
              </w:rPr>
              <w:t>想每天看見復活的主</w:t>
            </w:r>
          </w:p>
        </w:tc>
        <w:tc>
          <w:tcPr>
            <w:tcW w:type="dxa" w:w="3175"/>
          </w:tcPr>
          <w:p>
            <w:r/>
            <w:r>
              <w:rPr>
                <w:rFonts w:ascii="Microsoft JhengHei" w:hAnsi="Microsoft JhengHei" w:eastAsia="Microsoft JhengHei"/>
                <w:b w:val="0"/>
                <w:i w:val="0"/>
                <w:color w:val="222A36"/>
                <w:sz w:val="20"/>
              </w:rPr>
              <w:t>七日感恩禱告：每天記下耶穌到過你「家」的一刻。</w:t>
            </w:r>
          </w:p>
        </w:tc>
        <w:tc>
          <w:tcPr>
            <w:tcW w:type="dxa" w:w="2721"/>
          </w:tcPr>
          <w:p>
            <w:r/>
            <w:r>
              <w:rPr>
                <w:rFonts w:ascii="Microsoft JhengHei" w:hAnsi="Microsoft JhengHei" w:eastAsia="Microsoft JhengHei"/>
                <w:b w:val="0"/>
                <w:i w:val="0"/>
                <w:color w:val="222A36"/>
                <w:sz w:val="20"/>
              </w:rPr>
              <w:t>復活的主，謝謝你今天在我身邊。</w:t>
            </w:r>
          </w:p>
        </w:tc>
      </w:tr>
      <w:tr>
        <w:tc>
          <w:tcPr>
            <w:tcW w:type="dxa" w:w="1474"/>
          </w:tcPr>
          <w:p>
            <w:r/>
            <w:r>
              <w:rPr>
                <w:rFonts w:ascii="Microsoft JhengHei" w:hAnsi="Microsoft JhengHei" w:eastAsia="Microsoft JhengHei"/>
                <w:b w:val="0"/>
                <w:i w:val="0"/>
                <w:color w:val="222A36"/>
                <w:sz w:val="20"/>
              </w:rPr>
              <w:t>特殊需要</w:t>
            </w:r>
          </w:p>
        </w:tc>
        <w:tc>
          <w:tcPr>
            <w:tcW w:type="dxa" w:w="1701"/>
          </w:tcPr>
          <w:p>
            <w:r/>
            <w:r>
              <w:rPr>
                <w:rFonts w:ascii="Microsoft JhengHei" w:hAnsi="Microsoft JhengHei" w:eastAsia="Microsoft JhengHei"/>
                <w:b w:val="0"/>
                <w:i w:val="0"/>
                <w:color w:val="222A36"/>
                <w:sz w:val="20"/>
              </w:rPr>
              <w:t>讀寫較弱</w:t>
            </w:r>
          </w:p>
        </w:tc>
        <w:tc>
          <w:tcPr>
            <w:tcW w:type="dxa" w:w="3175"/>
          </w:tcPr>
          <w:p>
            <w:r/>
            <w:r>
              <w:rPr>
                <w:rFonts w:ascii="Microsoft JhengHei" w:hAnsi="Microsoft JhengHei" w:eastAsia="Microsoft JhengHei"/>
                <w:b w:val="0"/>
                <w:i w:val="0"/>
                <w:color w:val="222A36"/>
                <w:sz w:val="20"/>
              </w:rPr>
              <w:t>在門形小卡上畫一個開門的記號，放在書包。</w:t>
            </w:r>
          </w:p>
        </w:tc>
        <w:tc>
          <w:tcPr>
            <w:tcW w:type="dxa" w:w="2721"/>
          </w:tcPr>
          <w:p>
            <w:r/>
            <w:r>
              <w:rPr>
                <w:rFonts w:ascii="Microsoft JhengHei" w:hAnsi="Microsoft JhengHei" w:eastAsia="Microsoft JhengHei"/>
                <w:b w:val="0"/>
                <w:i w:val="0"/>
                <w:color w:val="222A36"/>
                <w:sz w:val="20"/>
              </w:rPr>
              <w:t>耶穌，請進來。</w:t>
            </w:r>
          </w:p>
        </w:tc>
      </w:tr>
      <w:tr>
        <w:tc>
          <w:tcPr>
            <w:tcW w:type="dxa" w:w="1474"/>
          </w:tcPr>
          <w:p>
            <w:r/>
            <w:r>
              <w:rPr>
                <w:rFonts w:ascii="Microsoft JhengHei" w:hAnsi="Microsoft JhengHei" w:eastAsia="Microsoft JhengHei"/>
                <w:b w:val="0"/>
                <w:i w:val="0"/>
                <w:color w:val="222A36"/>
                <w:sz w:val="20"/>
              </w:rPr>
              <w:t>全班</w:t>
            </w:r>
          </w:p>
        </w:tc>
        <w:tc>
          <w:tcPr>
            <w:tcW w:type="dxa" w:w="1701"/>
          </w:tcPr>
          <w:p>
            <w:r/>
            <w:r>
              <w:rPr>
                <w:rFonts w:ascii="Microsoft JhengHei" w:hAnsi="Microsoft JhengHei" w:eastAsia="Microsoft JhengHei"/>
                <w:b w:val="0"/>
                <w:i w:val="0"/>
                <w:color w:val="222A36"/>
                <w:sz w:val="20"/>
              </w:rPr>
              <w:t>想像撒該一樣改變</w:t>
            </w:r>
          </w:p>
        </w:tc>
        <w:tc>
          <w:tcPr>
            <w:tcW w:type="dxa" w:w="3175"/>
          </w:tcPr>
          <w:p>
            <w:r/>
            <w:r>
              <w:rPr>
                <w:rFonts w:ascii="Microsoft JhengHei" w:hAnsi="Microsoft JhengHei" w:eastAsia="Microsoft JhengHei"/>
                <w:b w:val="0"/>
                <w:i w:val="0"/>
                <w:color w:val="222A36"/>
                <w:sz w:val="20"/>
              </w:rPr>
              <w:t>撒該改變挑戰：七天每天做一件小改變。</w:t>
            </w:r>
          </w:p>
        </w:tc>
        <w:tc>
          <w:tcPr>
            <w:tcW w:type="dxa" w:w="2721"/>
          </w:tcPr>
          <w:p>
            <w:r/>
            <w:r>
              <w:rPr>
                <w:rFonts w:ascii="Microsoft JhengHei" w:hAnsi="Microsoft JhengHei" w:eastAsia="Microsoft JhengHei"/>
                <w:b w:val="0"/>
                <w:i w:val="0"/>
                <w:color w:val="222A36"/>
                <w:sz w:val="20"/>
              </w:rPr>
              <w:t>主，求你幫助我今天做一件小改變。</w:t>
            </w:r>
          </w:p>
        </w:tc>
      </w:tr>
    </w:tbl>
    <w:p/>
    <w:p>
      <w:pPr>
        <w:spacing w:after="120" w:before="240"/>
      </w:pPr>
      <w:r>
        <w:rPr>
          <w:rFonts w:ascii="Microsoft JhengHei" w:hAnsi="Microsoft JhengHei" w:eastAsia="Microsoft JhengHei"/>
          <w:b/>
          <w:i w:val="0"/>
          <w:color w:val="A86B1F"/>
          <w:sz w:val="32"/>
        </w:rPr>
        <w:t>五之三、由懷疑到信心（簡單護教）</w:t>
      </w:r>
    </w:p>
    <w:p>
      <w:pPr>
        <w:spacing w:after="0"/>
      </w:pPr>
      <w:r>
        <w:rPr>
          <w:rFonts w:ascii="Microsoft JhengHei" w:hAnsi="Microsoft JhengHei" w:eastAsia="Microsoft JhengHei"/>
          <w:b/>
          <w:i w:val="0"/>
          <w:color w:val="222A36"/>
          <w:sz w:val="22"/>
        </w:rPr>
        <w:t>❓ 耶穌真的復活了嗎？</w:t>
      </w:r>
    </w:p>
    <w:p>
      <w:pPr>
        <w:spacing w:after="120"/>
      </w:pPr>
      <w:r>
        <w:rPr>
          <w:rFonts w:ascii="Microsoft JhengHei" w:hAnsi="Microsoft JhengHei" w:eastAsia="Microsoft JhengHei"/>
          <w:b w:val="0"/>
          <w:i w:val="0"/>
          <w:color w:val="222A36"/>
          <w:sz w:val="22"/>
        </w:rPr>
        <w:t>門徒原本很害怕，後來卻願意為復活作見證，甚至付上生命。聖經記載復活的耶穌與門徒同吃同行。這是值得認真查考的問題。　〔路加福音 24:30-31〕</w:t>
      </w:r>
    </w:p>
    <w:p>
      <w:pPr>
        <w:spacing w:after="0"/>
      </w:pPr>
      <w:r>
        <w:rPr>
          <w:rFonts w:ascii="Microsoft JhengHei" w:hAnsi="Microsoft JhengHei" w:eastAsia="Microsoft JhengHei"/>
          <w:b/>
          <w:i w:val="0"/>
          <w:color w:val="222A36"/>
          <w:sz w:val="22"/>
        </w:rPr>
        <w:t>❓ 耶穌為甚麼要死？</w:t>
      </w:r>
    </w:p>
    <w:p>
      <w:pPr>
        <w:spacing w:after="120"/>
      </w:pPr>
      <w:r>
        <w:rPr>
          <w:rFonts w:ascii="Microsoft JhengHei" w:hAnsi="Microsoft JhengHei" w:eastAsia="Microsoft JhengHei"/>
          <w:b w:val="0"/>
          <w:i w:val="0"/>
          <w:color w:val="222A36"/>
          <w:sz w:val="22"/>
        </w:rPr>
        <w:t>因為我們都需要被赦免。神的愛在於基督在我們還作罪人的時候為我們死。　〔羅馬書 5:8〕</w:t>
      </w:r>
    </w:p>
    <w:p>
      <w:pPr>
        <w:spacing w:after="0"/>
      </w:pPr>
      <w:r>
        <w:rPr>
          <w:rFonts w:ascii="Microsoft JhengHei" w:hAnsi="Microsoft JhengHei" w:eastAsia="Microsoft JhengHei"/>
          <w:b/>
          <w:i w:val="0"/>
          <w:color w:val="222A36"/>
          <w:sz w:val="22"/>
        </w:rPr>
        <w:t>❓ 我做過很多錯事，耶穌還會記念我嗎？</w:t>
      </w:r>
    </w:p>
    <w:p>
      <w:pPr>
        <w:spacing w:after="120"/>
      </w:pPr>
      <w:r>
        <w:rPr>
          <w:rFonts w:ascii="Microsoft JhengHei" w:hAnsi="Microsoft JhengHei" w:eastAsia="Microsoft JhengHei"/>
          <w:b w:val="0"/>
          <w:i w:val="0"/>
          <w:color w:val="222A36"/>
          <w:sz w:val="22"/>
        </w:rPr>
        <w:t>十字架旁的強盜一生做錯事，只說一句「求你記念我」，耶穌就應許他。　〔路加福音 23:42-43〕</w:t>
      </w:r>
    </w:p>
    <w:p>
      <w:pPr>
        <w:spacing w:after="0"/>
      </w:pPr>
      <w:r>
        <w:rPr>
          <w:rFonts w:ascii="Microsoft JhengHei" w:hAnsi="Microsoft JhengHei" w:eastAsia="Microsoft JhengHei"/>
          <w:b/>
          <w:i w:val="0"/>
          <w:color w:val="222A36"/>
          <w:sz w:val="22"/>
        </w:rPr>
        <w:t>❓ 改變很難，做不到怎麼辦？</w:t>
      </w:r>
    </w:p>
    <w:p>
      <w:pPr>
        <w:spacing w:after="120"/>
      </w:pPr>
      <w:r>
        <w:rPr>
          <w:rFonts w:ascii="Microsoft JhengHei" w:hAnsi="Microsoft JhengHei" w:eastAsia="Microsoft JhengHei"/>
          <w:b w:val="0"/>
          <w:i w:val="0"/>
          <w:color w:val="222A36"/>
          <w:sz w:val="22"/>
        </w:rPr>
        <w:t>撒該的改變是因為被愛。做不到的時候，耶穌仍然記念你，可以明天再試。　〔路加福音 19:8〕</w:t>
      </w:r>
    </w:p>
    <w:p>
      <w:pPr>
        <w:spacing w:after="120" w:before="240"/>
      </w:pPr>
      <w:r>
        <w:rPr>
          <w:rFonts w:ascii="Microsoft JhengHei" w:hAnsi="Microsoft JhengHei" w:eastAsia="Microsoft JhengHei"/>
          <w:b/>
          <w:i w:val="0"/>
          <w:color w:val="222A36"/>
          <w:sz w:val="26"/>
        </w:rPr>
        <w:t>解經筆記</w:t>
      </w:r>
    </w:p>
    <w:p>
      <w:pPr>
        <w:pStyle w:val="ListBullet"/>
      </w:pPr>
      <w:r>
        <w:rPr>
          <w:rFonts w:ascii="Microsoft JhengHei" w:hAnsi="Microsoft JhengHei" w:eastAsia="Microsoft JhengHei"/>
          <w:b w:val="0"/>
          <w:i w:val="0"/>
          <w:color w:val="222A36"/>
          <w:sz w:val="22"/>
        </w:rPr>
        <w:t>〔路加福音 23:34〕耶穌在十字架上第一句話是為釘祂的人禱告：赦免先於他們悔改。</w:t>
      </w:r>
    </w:p>
    <w:p>
      <w:pPr>
        <w:pStyle w:val="ListBullet"/>
      </w:pPr>
      <w:r>
        <w:rPr>
          <w:rFonts w:ascii="Microsoft JhengHei" w:hAnsi="Microsoft JhengHei" w:eastAsia="Microsoft JhengHei"/>
          <w:b w:val="0"/>
          <w:i w:val="0"/>
          <w:color w:val="222A36"/>
          <w:sz w:val="22"/>
        </w:rPr>
        <w:t>〔路加福音 23:42-43〕強盜沒有時間改變生活，只說「求你記念我」；耶穌的應許完全出於恩典。「今日」呼應撒該家的「今天」。</w:t>
      </w:r>
    </w:p>
    <w:p>
      <w:pPr>
        <w:pStyle w:val="ListBullet"/>
      </w:pPr>
      <w:r>
        <w:rPr>
          <w:rFonts w:ascii="Microsoft JhengHei" w:hAnsi="Microsoft JhengHei" w:eastAsia="Microsoft JhengHei"/>
          <w:b w:val="0"/>
          <w:i w:val="0"/>
          <w:color w:val="222A36"/>
          <w:sz w:val="22"/>
        </w:rPr>
        <w:t>〔路加福音 19:8〕撒該說還四倍，超過律法要求；這是被接納後喜樂的回應。</w:t>
      </w:r>
    </w:p>
    <w:p>
      <w:pPr>
        <w:pStyle w:val="ListBullet"/>
      </w:pPr>
      <w:r>
        <w:rPr>
          <w:rFonts w:ascii="Microsoft JhengHei" w:hAnsi="Microsoft JhengHei" w:eastAsia="Microsoft JhengHei"/>
          <w:b w:val="0"/>
          <w:i w:val="0"/>
          <w:color w:val="222A36"/>
          <w:sz w:val="22"/>
        </w:rPr>
        <w:t>〔路加福音 24:30-31〕以馬忤斯的兩個門徒在耶穌擘餅時認出祂：復活的耶穌在平凡的吃飯中被看見。</w:t>
      </w:r>
    </w:p>
    <w:p>
      <w:pPr>
        <w:spacing w:after="120" w:before="240"/>
      </w:pPr>
      <w:r>
        <w:rPr>
          <w:rFonts w:ascii="Microsoft JhengHei" w:hAnsi="Microsoft JhengHei" w:eastAsia="Microsoft JhengHei"/>
          <w:b/>
          <w:i w:val="0"/>
          <w:color w:val="222A36"/>
          <w:sz w:val="26"/>
        </w:rPr>
        <w:t>小知識</w:t>
      </w:r>
    </w:p>
    <w:p>
      <w:pPr>
        <w:pStyle w:val="ListBullet"/>
      </w:pPr>
      <w:r>
        <w:rPr>
          <w:rFonts w:ascii="Microsoft JhengHei" w:hAnsi="Microsoft JhengHei" w:eastAsia="Microsoft JhengHei"/>
          <w:b w:val="0"/>
          <w:i w:val="0"/>
          <w:color w:val="222A36"/>
          <w:sz w:val="22"/>
        </w:rPr>
        <w:t>以馬忤斯離耶路撒冷大約十一公里。（兩個門徒在路上走了很久都認不出耶穌，直到一起吃飯。；出處：路加福音 24:13 及聖經地理資料（請老師核對））</w:t>
      </w:r>
    </w:p>
    <w:p>
      <w:pPr>
        <w:pStyle w:val="ListBullet"/>
      </w:pPr>
      <w:r>
        <w:rPr>
          <w:rFonts w:ascii="Microsoft JhengHei" w:hAnsi="Microsoft JhengHei" w:eastAsia="Microsoft JhengHei"/>
          <w:b w:val="0"/>
          <w:i w:val="0"/>
          <w:color w:val="222A36"/>
          <w:sz w:val="22"/>
        </w:rPr>
        <w:t>律法要求偷竊者賠償時加五分之一，撒該說還四倍。（撒該的改變遠超要求，是喜樂的回應。；出處：利未記 6:5 及出埃及記 22:1 的比較（請老師核對））</w:t>
      </w:r>
    </w:p>
    <w:p>
      <w:pPr>
        <w:spacing w:after="120" w:before="240"/>
      </w:pPr>
      <w:r>
        <w:rPr>
          <w:rFonts w:ascii="Microsoft JhengHei" w:hAnsi="Microsoft JhengHei" w:eastAsia="Microsoft JhengHei"/>
          <w:b/>
          <w:i w:val="0"/>
          <w:color w:val="222A36"/>
          <w:sz w:val="26"/>
        </w:rPr>
        <w:t>影片</w:t>
      </w:r>
    </w:p>
    <w:tbl>
      <w:tblPr>
        <w:tblStyle w:val="TableGrid"/>
        <w:tblW w:type="auto" w:w="0"/>
        <w:tblLook w:firstColumn="1" w:firstRow="1" w:lastColumn="0" w:lastRow="0" w:noHBand="0" w:noVBand="1" w:val="04A0"/>
      </w:tblPr>
      <w:tblGrid>
        <w:gridCol w:w="3324"/>
        <w:gridCol w:w="3324"/>
        <w:gridCol w:w="3324"/>
      </w:tblGrid>
      <w:tr>
        <w:tc>
          <w:tcPr>
            <w:tcW w:type="dxa" w:w="3402"/>
            <w:shd w:val="clear" w:fill="EFE7D6"/>
          </w:tcPr>
          <w:p>
            <w:r/>
            <w:r>
              <w:rPr>
                <w:rFonts w:ascii="Microsoft JhengHei" w:hAnsi="Microsoft JhengHei" w:eastAsia="Microsoft JhengHei"/>
                <w:b/>
                <w:i w:val="0"/>
                <w:color w:val="222A36"/>
                <w:sz w:val="20"/>
              </w:rPr>
              <w:t>影片（YouTube 已核實）</w:t>
            </w:r>
          </w:p>
        </w:tc>
        <w:tc>
          <w:tcPr>
            <w:tcW w:type="dxa" w:w="2835"/>
            <w:shd w:val="clear" w:fill="EFE7D6"/>
          </w:tcPr>
          <w:p>
            <w:r/>
            <w:r>
              <w:rPr>
                <w:rFonts w:ascii="Microsoft JhengHei" w:hAnsi="Microsoft JhengHei" w:eastAsia="Microsoft JhengHei"/>
                <w:b/>
                <w:i w:val="0"/>
                <w:color w:val="222A36"/>
                <w:sz w:val="20"/>
              </w:rPr>
              <w:t>連結</w:t>
            </w:r>
          </w:p>
        </w:tc>
        <w:tc>
          <w:tcPr>
            <w:tcW w:type="dxa" w:w="2835"/>
            <w:shd w:val="clear" w:fill="EFE7D6"/>
          </w:tcPr>
          <w:p>
            <w:r/>
            <w:r>
              <w:rPr>
                <w:rFonts w:ascii="Microsoft JhengHei" w:hAnsi="Microsoft JhengHei" w:eastAsia="Microsoft JhengHei"/>
                <w:b/>
                <w:i w:val="0"/>
                <w:color w:val="222A36"/>
                <w:sz w:val="20"/>
              </w:rPr>
              <w:t>用途</w:t>
            </w:r>
          </w:p>
        </w:tc>
      </w:tr>
      <w:tr>
        <w:tc>
          <w:tcPr>
            <w:tcW w:type="dxa" w:w="3402"/>
          </w:tcPr>
          <w:p>
            <w:r/>
            <w:r>
              <w:rPr>
                <w:rFonts w:ascii="Microsoft JhengHei" w:hAnsi="Microsoft JhengHei" w:eastAsia="Microsoft JhengHei"/>
                <w:b w:val="0"/>
                <w:i w:val="0"/>
                <w:color w:val="222A36"/>
                <w:sz w:val="20"/>
              </w:rPr>
              <w:t>耶穌的受難：路加福音19-23章（BibleProject 粵語）</w:t>
            </w:r>
          </w:p>
        </w:tc>
        <w:tc>
          <w:tcPr>
            <w:tcW w:type="dxa" w:w="2835"/>
          </w:tcPr>
          <w:p>
            <w:r/>
            <w:r>
              <w:rPr>
                <w:rFonts w:ascii="Microsoft JhengHei" w:hAnsi="Microsoft JhengHei" w:eastAsia="Microsoft JhengHei"/>
                <w:b w:val="0"/>
                <w:i w:val="0"/>
                <w:color w:val="222A36"/>
                <w:sz w:val="20"/>
              </w:rPr>
              <w:t>https://www.youtube.com/watch?v=JQAitOB8rMY</w:t>
            </w:r>
          </w:p>
        </w:tc>
        <w:tc>
          <w:tcPr>
            <w:tcW w:type="dxa" w:w="2835"/>
          </w:tcPr>
          <w:p>
            <w:r/>
            <w:r>
              <w:rPr>
                <w:rFonts w:ascii="Microsoft JhengHei" w:hAnsi="Microsoft JhengHei" w:eastAsia="Microsoft JhengHei"/>
                <w:b w:val="0"/>
                <w:i w:val="0"/>
                <w:color w:val="222A36"/>
                <w:sz w:val="20"/>
              </w:rPr>
              <w:t>十字架故事環節，可播放片段。</w:t>
            </w:r>
          </w:p>
        </w:tc>
      </w:tr>
      <w:tr>
        <w:tc>
          <w:tcPr>
            <w:tcW w:type="dxa" w:w="3402"/>
          </w:tcPr>
          <w:p>
            <w:r/>
            <w:r>
              <w:rPr>
                <w:rFonts w:ascii="Microsoft JhengHei" w:hAnsi="Microsoft JhengHei" w:eastAsia="Microsoft JhengHei"/>
                <w:b w:val="0"/>
                <w:i w:val="0"/>
                <w:color w:val="222A36"/>
                <w:sz w:val="20"/>
              </w:rPr>
              <w:t>耶穌的復活：路加福音24章（BibleProject 粵語）</w:t>
            </w:r>
          </w:p>
        </w:tc>
        <w:tc>
          <w:tcPr>
            <w:tcW w:type="dxa" w:w="2835"/>
          </w:tcPr>
          <w:p>
            <w:r/>
            <w:r>
              <w:rPr>
                <w:rFonts w:ascii="Microsoft JhengHei" w:hAnsi="Microsoft JhengHei" w:eastAsia="Microsoft JhengHei"/>
                <w:b w:val="0"/>
                <w:i w:val="0"/>
                <w:color w:val="222A36"/>
                <w:sz w:val="20"/>
              </w:rPr>
              <w:t>https://www.youtube.com/watch?v=ELdTb-Kf6V8</w:t>
            </w:r>
          </w:p>
        </w:tc>
        <w:tc>
          <w:tcPr>
            <w:tcW w:type="dxa" w:w="2835"/>
          </w:tcPr>
          <w:p>
            <w:r/>
            <w:r>
              <w:rPr>
                <w:rFonts w:ascii="Microsoft JhengHei" w:hAnsi="Microsoft JhengHei" w:eastAsia="Microsoft JhengHei"/>
                <w:b w:val="0"/>
                <w:i w:val="0"/>
                <w:color w:val="222A36"/>
                <w:sz w:val="20"/>
              </w:rPr>
              <w:t>復活環節或課後觀看。</w:t>
            </w:r>
          </w:p>
        </w:tc>
      </w:tr>
    </w:tbl>
    <w:p/>
    <w:p>
      <w:pPr>
        <w:spacing w:after="80"/>
      </w:pPr>
      <w:r>
        <w:rPr>
          <w:rFonts w:ascii="Microsoft JhengHei" w:hAnsi="Microsoft JhengHei" w:eastAsia="Microsoft JhengHei"/>
          <w:b w:val="0"/>
          <w:i w:val="0"/>
          <w:color w:val="6B7280"/>
          <w:sz w:val="20"/>
        </w:rPr>
        <w:t>老師可自行搜尋的關鍵字：耶穌 十字架 強盜 路加福音 23；以馬忤斯 復活 路加福音 24</w:t>
      </w:r>
    </w:p>
    <w:p>
      <w:pPr>
        <w:spacing w:after="120" w:before="240"/>
      </w:pPr>
      <w:r>
        <w:rPr>
          <w:rFonts w:ascii="Microsoft JhengHei" w:hAnsi="Microsoft JhengHei" w:eastAsia="Microsoft JhengHei"/>
          <w:b/>
          <w:i w:val="0"/>
          <w:color w:val="A86B1F"/>
          <w:sz w:val="32"/>
        </w:rPr>
        <w:t>五之四、禱告箱</w:t>
      </w:r>
    </w:p>
    <w:tbl>
      <w:tblPr>
        <w:tblStyle w:val="TableGrid"/>
        <w:tblW w:type="auto" w:w="0"/>
        <w:tblLook w:firstColumn="1" w:firstRow="1" w:lastColumn="0" w:lastRow="0" w:noHBand="0" w:noVBand="1" w:val="04A0"/>
      </w:tblPr>
      <w:tblGrid>
        <w:gridCol w:w="3324"/>
        <w:gridCol w:w="3324"/>
        <w:gridCol w:w="3324"/>
      </w:tblGrid>
      <w:tr>
        <w:tc>
          <w:tcPr>
            <w:tcW w:type="dxa" w:w="1474"/>
            <w:shd w:val="clear" w:fill="EFE7D6"/>
          </w:tcPr>
          <w:p>
            <w:r/>
            <w:r>
              <w:rPr>
                <w:rFonts w:ascii="Microsoft JhengHei" w:hAnsi="Microsoft JhengHei" w:eastAsia="Microsoft JhengHei"/>
                <w:b/>
                <w:i w:val="0"/>
                <w:color w:val="222A36"/>
                <w:sz w:val="20"/>
              </w:rPr>
              <w:t>層次</w:t>
            </w:r>
          </w:p>
        </w:tc>
        <w:tc>
          <w:tcPr>
            <w:tcW w:type="dxa" w:w="1701"/>
            <w:shd w:val="clear" w:fill="EFE7D6"/>
          </w:tcPr>
          <w:p>
            <w:r/>
            <w:r>
              <w:rPr>
                <w:rFonts w:ascii="Microsoft JhengHei" w:hAnsi="Microsoft JhengHei" w:eastAsia="Microsoft JhengHei"/>
                <w:b/>
                <w:i w:val="0"/>
                <w:color w:val="222A36"/>
                <w:sz w:val="20"/>
              </w:rPr>
              <w:t>題目</w:t>
            </w:r>
          </w:p>
        </w:tc>
        <w:tc>
          <w:tcPr>
            <w:tcW w:type="dxa" w:w="5896"/>
            <w:shd w:val="clear" w:fill="EFE7D6"/>
          </w:tcPr>
          <w:p>
            <w:r/>
            <w:r>
              <w:rPr>
                <w:rFonts w:ascii="Microsoft JhengHei" w:hAnsi="Microsoft JhengHei" w:eastAsia="Microsoft JhengHei"/>
                <w:b/>
                <w:i w:val="0"/>
                <w:color w:val="222A36"/>
                <w:sz w:val="20"/>
              </w:rPr>
              <w:t>禱文</w:t>
            </w:r>
          </w:p>
        </w:tc>
      </w:tr>
      <w:tr>
        <w:tc>
          <w:tcPr>
            <w:tcW w:type="dxa" w:w="1474"/>
          </w:tcPr>
          <w:p>
            <w:r/>
            <w:r>
              <w:rPr>
                <w:rFonts w:ascii="Microsoft JhengHei" w:hAnsi="Microsoft JhengHei" w:eastAsia="Microsoft JhengHei"/>
                <w:b w:val="0"/>
                <w:i w:val="0"/>
                <w:color w:val="222A36"/>
                <w:sz w:val="20"/>
              </w:rPr>
              <w:t>開課</w:t>
            </w:r>
          </w:p>
        </w:tc>
        <w:tc>
          <w:tcPr>
            <w:tcW w:type="dxa" w:w="1701"/>
          </w:tcPr>
          <w:p>
            <w:r/>
            <w:r>
              <w:rPr>
                <w:rFonts w:ascii="Microsoft JhengHei" w:hAnsi="Microsoft JhengHei" w:eastAsia="Microsoft JhengHei"/>
                <w:b w:val="0"/>
                <w:i w:val="0"/>
                <w:color w:val="222A36"/>
                <w:sz w:val="20"/>
              </w:rPr>
              <w:t>開課</w:t>
            </w:r>
          </w:p>
        </w:tc>
        <w:tc>
          <w:tcPr>
            <w:tcW w:type="dxa" w:w="5896"/>
          </w:tcPr>
          <w:p>
            <w:r/>
            <w:r>
              <w:rPr>
                <w:rFonts w:ascii="Microsoft JhengHei" w:hAnsi="Microsoft JhengHei" w:eastAsia="Microsoft JhengHei"/>
                <w:b w:val="0"/>
                <w:i w:val="0"/>
                <w:color w:val="222A36"/>
                <w:sz w:val="20"/>
              </w:rPr>
              <w:t>主耶穌，我帶着這星期找到的答案來。求你讓我明白你為甚麼認識我。</w:t>
            </w:r>
          </w:p>
        </w:tc>
      </w:tr>
      <w:tr>
        <w:tc>
          <w:tcPr>
            <w:tcW w:type="dxa" w:w="1474"/>
          </w:tcPr>
          <w:p>
            <w:r/>
            <w:r>
              <w:rPr>
                <w:rFonts w:ascii="Microsoft JhengHei" w:hAnsi="Microsoft JhengHei" w:eastAsia="Microsoft JhengHei"/>
                <w:b w:val="0"/>
                <w:i w:val="0"/>
                <w:color w:val="222A36"/>
                <w:sz w:val="20"/>
              </w:rPr>
              <w:t>讀經後</w:t>
            </w:r>
          </w:p>
        </w:tc>
        <w:tc>
          <w:tcPr>
            <w:tcW w:type="dxa" w:w="1701"/>
          </w:tcPr>
          <w:p>
            <w:r/>
            <w:r>
              <w:rPr>
                <w:rFonts w:ascii="Microsoft JhengHei" w:hAnsi="Microsoft JhengHei" w:eastAsia="Microsoft JhengHei"/>
                <w:b w:val="0"/>
                <w:i w:val="0"/>
                <w:color w:val="222A36"/>
                <w:sz w:val="20"/>
              </w:rPr>
              <w:t>讀經後</w:t>
            </w:r>
          </w:p>
        </w:tc>
        <w:tc>
          <w:tcPr>
            <w:tcW w:type="dxa" w:w="5896"/>
          </w:tcPr>
          <w:p>
            <w:r/>
            <w:r>
              <w:rPr>
                <w:rFonts w:ascii="Microsoft JhengHei" w:hAnsi="Microsoft JhengHei" w:eastAsia="Microsoft JhengHei"/>
                <w:b w:val="0"/>
                <w:i w:val="0"/>
                <w:color w:val="222A36"/>
                <w:sz w:val="20"/>
              </w:rPr>
              <w:t>耶穌，你在十字架上記念被看不起的人。求你也記念我。</w:t>
            </w:r>
          </w:p>
        </w:tc>
      </w:tr>
      <w:tr>
        <w:tc>
          <w:tcPr>
            <w:tcW w:type="dxa" w:w="1474"/>
          </w:tcPr>
          <w:p>
            <w:r/>
            <w:r>
              <w:rPr>
                <w:rFonts w:ascii="Microsoft JhengHei" w:hAnsi="Microsoft JhengHei" w:eastAsia="Microsoft JhengHei"/>
                <w:b w:val="0"/>
                <w:i w:val="0"/>
                <w:color w:val="222A36"/>
                <w:sz w:val="20"/>
              </w:rPr>
              <w:t>應用</w:t>
            </w:r>
          </w:p>
        </w:tc>
        <w:tc>
          <w:tcPr>
            <w:tcW w:type="dxa" w:w="1701"/>
          </w:tcPr>
          <w:p>
            <w:r/>
            <w:r>
              <w:rPr>
                <w:rFonts w:ascii="Microsoft JhengHei" w:hAnsi="Microsoft JhengHei" w:eastAsia="Microsoft JhengHei"/>
                <w:b w:val="0"/>
                <w:i w:val="0"/>
                <w:color w:val="222A36"/>
                <w:sz w:val="20"/>
              </w:rPr>
              <w:t>選擇一小步</w:t>
            </w:r>
          </w:p>
        </w:tc>
        <w:tc>
          <w:tcPr>
            <w:tcW w:type="dxa" w:w="5896"/>
          </w:tcPr>
          <w:p>
            <w:r/>
            <w:r>
              <w:rPr>
                <w:rFonts w:ascii="Microsoft JhengHei" w:hAnsi="Microsoft JhengHei" w:eastAsia="Microsoft JhengHei"/>
                <w:b w:val="0"/>
                <w:i w:val="0"/>
                <w:color w:val="222A36"/>
                <w:sz w:val="20"/>
              </w:rPr>
              <w:t>主，撒該歡歡喜喜地改變。求你幫助我這星期也做一件小改變。</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做錯事後</w:t>
            </w:r>
          </w:p>
        </w:tc>
        <w:tc>
          <w:tcPr>
            <w:tcW w:type="dxa" w:w="5896"/>
          </w:tcPr>
          <w:p>
            <w:r/>
            <w:r>
              <w:rPr>
                <w:rFonts w:ascii="Microsoft JhengHei" w:hAnsi="Microsoft JhengHei" w:eastAsia="Microsoft JhengHei"/>
                <w:b w:val="0"/>
                <w:i w:val="0"/>
                <w:color w:val="222A36"/>
                <w:sz w:val="20"/>
              </w:rPr>
              <w:t>耶穌，我做錯了。謝謝你在十字架上已為我禱告。求你幫助我改正。</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吃飯時</w:t>
            </w:r>
          </w:p>
        </w:tc>
        <w:tc>
          <w:tcPr>
            <w:tcW w:type="dxa" w:w="5896"/>
          </w:tcPr>
          <w:p>
            <w:r/>
            <w:r>
              <w:rPr>
                <w:rFonts w:ascii="Microsoft JhengHei" w:hAnsi="Microsoft JhengHei" w:eastAsia="Microsoft JhengHei"/>
                <w:b w:val="0"/>
                <w:i w:val="0"/>
                <w:color w:val="222A36"/>
                <w:sz w:val="20"/>
              </w:rPr>
              <w:t>復活的主，謝謝你和我一起吃這頓飯，像你到撒該家一樣。</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回家開門時</w:t>
            </w:r>
          </w:p>
        </w:tc>
        <w:tc>
          <w:tcPr>
            <w:tcW w:type="dxa" w:w="5896"/>
          </w:tcPr>
          <w:p>
            <w:r/>
            <w:r>
              <w:rPr>
                <w:rFonts w:ascii="Microsoft JhengHei" w:hAnsi="Microsoft JhengHei" w:eastAsia="Microsoft JhengHei"/>
                <w:b w:val="0"/>
                <w:i w:val="0"/>
                <w:color w:val="222A36"/>
                <w:sz w:val="20"/>
              </w:rPr>
              <w:t>耶穌，我打開家門，也打開心門。請你今天也進來。</w:t>
            </w:r>
          </w:p>
        </w:tc>
      </w:tr>
      <w:tr>
        <w:tc>
          <w:tcPr>
            <w:tcW w:type="dxa" w:w="1474"/>
          </w:tcPr>
          <w:p>
            <w:r/>
            <w:r>
              <w:rPr>
                <w:rFonts w:ascii="Microsoft JhengHei" w:hAnsi="Microsoft JhengHei" w:eastAsia="Microsoft JhengHei"/>
                <w:b w:val="0"/>
                <w:i w:val="0"/>
                <w:color w:val="222A36"/>
                <w:sz w:val="20"/>
              </w:rPr>
              <w:t>工作紙</w:t>
            </w:r>
          </w:p>
        </w:tc>
        <w:tc>
          <w:tcPr>
            <w:tcW w:type="dxa" w:w="1701"/>
          </w:tcPr>
          <w:p>
            <w:r/>
            <w:r>
              <w:rPr>
                <w:rFonts w:ascii="Microsoft JhengHei" w:hAnsi="Microsoft JhengHei" w:eastAsia="Microsoft JhengHei"/>
                <w:b w:val="0"/>
                <w:i w:val="0"/>
                <w:color w:val="222A36"/>
                <w:sz w:val="20"/>
              </w:rPr>
              <w:t>我的回應</w:t>
            </w:r>
          </w:p>
        </w:tc>
        <w:tc>
          <w:tcPr>
            <w:tcW w:type="dxa" w:w="5896"/>
          </w:tcPr>
          <w:p>
            <w:r/>
            <w:r>
              <w:rPr>
                <w:rFonts w:ascii="Microsoft JhengHei" w:hAnsi="Microsoft JhengHei" w:eastAsia="Microsoft JhengHei"/>
                <w:b w:val="0"/>
                <w:i w:val="0"/>
                <w:color w:val="222A36"/>
                <w:sz w:val="20"/>
              </w:rPr>
              <w:t>耶穌，謝謝你為我……我想為你……</w:t>
            </w:r>
          </w:p>
        </w:tc>
      </w:tr>
      <w:tr>
        <w:tc>
          <w:tcPr>
            <w:tcW w:type="dxa" w:w="1474"/>
          </w:tcPr>
          <w:p>
            <w:r/>
            <w:r>
              <w:rPr>
                <w:rFonts w:ascii="Microsoft JhengHei" w:hAnsi="Microsoft JhengHei" w:eastAsia="Microsoft JhengHei"/>
                <w:b w:val="0"/>
                <w:i w:val="0"/>
                <w:color w:val="222A36"/>
                <w:sz w:val="20"/>
              </w:rPr>
              <w:t>投影片</w:t>
            </w:r>
          </w:p>
        </w:tc>
        <w:tc>
          <w:tcPr>
            <w:tcW w:type="dxa" w:w="1701"/>
          </w:tcPr>
          <w:p>
            <w:r/>
            <w:r>
              <w:rPr>
                <w:rFonts w:ascii="Microsoft JhengHei" w:hAnsi="Microsoft JhengHei" w:eastAsia="Microsoft JhengHei"/>
                <w:b w:val="0"/>
                <w:i w:val="0"/>
                <w:color w:val="222A36"/>
                <w:sz w:val="20"/>
              </w:rPr>
              <w:t>一句禱告</w:t>
            </w:r>
          </w:p>
        </w:tc>
        <w:tc>
          <w:tcPr>
            <w:tcW w:type="dxa" w:w="5896"/>
          </w:tcPr>
          <w:p>
            <w:r/>
            <w:r>
              <w:rPr>
                <w:rFonts w:ascii="Microsoft JhengHei" w:hAnsi="Microsoft JhengHei" w:eastAsia="Microsoft JhengHei"/>
                <w:b w:val="0"/>
                <w:i w:val="0"/>
                <w:color w:val="222A36"/>
                <w:sz w:val="20"/>
              </w:rPr>
              <w:t>耶穌，求你記念我。</w:t>
            </w:r>
          </w:p>
        </w:tc>
      </w:tr>
      <w:tr>
        <w:tc>
          <w:tcPr>
            <w:tcW w:type="dxa" w:w="1474"/>
          </w:tcPr>
          <w:p>
            <w:r/>
            <w:r>
              <w:rPr>
                <w:rFonts w:ascii="Microsoft JhengHei" w:hAnsi="Microsoft JhengHei" w:eastAsia="Microsoft JhengHei"/>
                <w:b w:val="0"/>
                <w:i w:val="0"/>
                <w:color w:val="222A36"/>
                <w:sz w:val="20"/>
              </w:rPr>
              <w:t>給未肯定的同學</w:t>
            </w:r>
          </w:p>
        </w:tc>
        <w:tc>
          <w:tcPr>
            <w:tcW w:type="dxa" w:w="1701"/>
          </w:tcPr>
          <w:p>
            <w:r/>
            <w:r>
              <w:rPr>
                <w:rFonts w:ascii="Microsoft JhengHei" w:hAnsi="Microsoft JhengHei" w:eastAsia="Microsoft JhengHei"/>
                <w:b w:val="0"/>
                <w:i w:val="0"/>
                <w:color w:val="222A36"/>
                <w:sz w:val="20"/>
              </w:rPr>
              <w:t>如果你不肯定</w:t>
            </w:r>
          </w:p>
        </w:tc>
        <w:tc>
          <w:tcPr>
            <w:tcW w:type="dxa" w:w="5896"/>
          </w:tcPr>
          <w:p>
            <w:r/>
            <w:r>
              <w:rPr>
                <w:rFonts w:ascii="Microsoft JhengHei" w:hAnsi="Microsoft JhengHei" w:eastAsia="Microsoft JhengHei"/>
                <w:b w:val="0"/>
                <w:i w:val="0"/>
                <w:color w:val="222A36"/>
                <w:sz w:val="20"/>
              </w:rPr>
              <w:t>耶穌，如果你真的為我死、又復活了，請讓我在生活中看見你。</w:t>
            </w:r>
          </w:p>
        </w:tc>
      </w:tr>
      <w:tr>
        <w:tc>
          <w:tcPr>
            <w:tcW w:type="dxa" w:w="1474"/>
          </w:tcPr>
          <w:p>
            <w:r/>
            <w:r>
              <w:rPr>
                <w:rFonts w:ascii="Microsoft JhengHei" w:hAnsi="Microsoft JhengHei" w:eastAsia="Microsoft JhengHei"/>
                <w:b w:val="0"/>
                <w:i w:val="0"/>
                <w:color w:val="222A36"/>
                <w:sz w:val="20"/>
              </w:rPr>
              <w:t>特別需要</w:t>
            </w:r>
          </w:p>
        </w:tc>
        <w:tc>
          <w:tcPr>
            <w:tcW w:type="dxa" w:w="1701"/>
          </w:tcPr>
          <w:p>
            <w:r/>
            <w:r>
              <w:rPr>
                <w:rFonts w:ascii="Microsoft JhengHei" w:hAnsi="Microsoft JhengHei" w:eastAsia="Microsoft JhengHei"/>
                <w:b w:val="0"/>
                <w:i w:val="0"/>
                <w:color w:val="222A36"/>
                <w:sz w:val="20"/>
              </w:rPr>
              <w:t>給覺得自己不配的同學</w:t>
            </w:r>
          </w:p>
        </w:tc>
        <w:tc>
          <w:tcPr>
            <w:tcW w:type="dxa" w:w="5896"/>
          </w:tcPr>
          <w:p>
            <w:r/>
            <w:r>
              <w:rPr>
                <w:rFonts w:ascii="Microsoft JhengHei" w:hAnsi="Microsoft JhengHei" w:eastAsia="Microsoft JhengHei"/>
                <w:b w:val="0"/>
                <w:i w:val="0"/>
                <w:color w:val="222A36"/>
                <w:sz w:val="20"/>
              </w:rPr>
              <w:t>主，我覺得自己不配被愛。謝謝你在我還不配的時候，已經為我死。</w:t>
            </w:r>
          </w:p>
        </w:tc>
      </w:tr>
      <w:tr>
        <w:tc>
          <w:tcPr>
            <w:tcW w:type="dxa" w:w="1474"/>
          </w:tcPr>
          <w:p>
            <w:r/>
            <w:r>
              <w:rPr>
                <w:rFonts w:ascii="Microsoft JhengHei" w:hAnsi="Microsoft JhengHei" w:eastAsia="Microsoft JhengHei"/>
                <w:b w:val="0"/>
                <w:i w:val="0"/>
                <w:color w:val="222A36"/>
                <w:sz w:val="20"/>
              </w:rPr>
              <w:t>收結</w:t>
            </w:r>
          </w:p>
        </w:tc>
        <w:tc>
          <w:tcPr>
            <w:tcW w:type="dxa" w:w="1701"/>
          </w:tcPr>
          <w:p>
            <w:r/>
            <w:r>
              <w:rPr>
                <w:rFonts w:ascii="Microsoft JhengHei" w:hAnsi="Microsoft JhengHei" w:eastAsia="Microsoft JhengHei"/>
                <w:b w:val="0"/>
                <w:i w:val="0"/>
                <w:color w:val="222A36"/>
                <w:sz w:val="20"/>
              </w:rPr>
              <w:t>收結</w:t>
            </w:r>
          </w:p>
        </w:tc>
        <w:tc>
          <w:tcPr>
            <w:tcW w:type="dxa" w:w="5896"/>
          </w:tcPr>
          <w:p>
            <w:r/>
            <w:r>
              <w:rPr>
                <w:rFonts w:ascii="Microsoft JhengHei" w:hAnsi="Microsoft JhengHei" w:eastAsia="Microsoft JhengHei"/>
                <w:b w:val="0"/>
                <w:i w:val="0"/>
                <w:color w:val="222A36"/>
                <w:sz w:val="20"/>
              </w:rPr>
              <w:t>復活的主，我開門讓你進來，請與我一同坐席。阿們。</w:t>
            </w:r>
          </w:p>
        </w:tc>
      </w:tr>
    </w:tbl>
    <w:p/>
    <w:p>
      <w:pPr>
        <w:spacing w:after="120" w:before="240"/>
      </w:pPr>
      <w:r>
        <w:rPr>
          <w:rFonts w:ascii="Microsoft JhengHei" w:hAnsi="Microsoft JhengHei" w:eastAsia="Microsoft JhengHei"/>
          <w:b/>
          <w:i w:val="0"/>
          <w:color w:val="A86B1F"/>
          <w:sz w:val="32"/>
        </w:rPr>
        <w:t>六、活動選項（由老師挑選）</w:t>
      </w:r>
    </w:p>
    <w:p>
      <w:pPr>
        <w:spacing w:after="120" w:before="240"/>
      </w:pPr>
      <w:r>
        <w:rPr>
          <w:rFonts w:ascii="Microsoft JhengHei" w:hAnsi="Microsoft JhengHei" w:eastAsia="Microsoft JhengHei"/>
          <w:b/>
          <w:i w:val="0"/>
          <w:color w:val="222A36"/>
          <w:sz w:val="26"/>
        </w:rPr>
        <w:t>兩個「今天」（導入與破冰 · 4 分鐘 · 歡樂度 3 · 坐在座位）</w:t>
      </w:r>
    </w:p>
    <w:p>
      <w:pPr>
        <w:spacing w:after="80"/>
      </w:pPr>
      <w:r>
        <w:rPr>
          <w:rFonts w:ascii="Microsoft JhengHei" w:hAnsi="Microsoft JhengHei" w:eastAsia="Microsoft JhengHei"/>
          <w:b w:val="0"/>
          <w:i w:val="0"/>
          <w:color w:val="222A36"/>
          <w:sz w:val="20"/>
        </w:rPr>
        <w:t>物資：投影片或網頁</w:t>
      </w:r>
    </w:p>
    <w:p>
      <w:pPr>
        <w:pStyle w:val="ListBullet"/>
      </w:pPr>
      <w:r>
        <w:rPr>
          <w:rFonts w:ascii="Microsoft JhengHei" w:hAnsi="Microsoft JhengHei" w:eastAsia="Microsoft JhengHei"/>
          <w:b w:val="0"/>
          <w:i w:val="0"/>
          <w:color w:val="222A36"/>
          <w:sz w:val="22"/>
        </w:rPr>
        <w:t>自願分享十字架尋寶的一個答案。</w:t>
      </w:r>
    </w:p>
    <w:p>
      <w:pPr>
        <w:pStyle w:val="ListBullet"/>
      </w:pPr>
      <w:r>
        <w:rPr>
          <w:rFonts w:ascii="Microsoft JhengHei" w:hAnsi="Microsoft JhengHei" w:eastAsia="Microsoft JhengHei"/>
          <w:b w:val="0"/>
          <w:i w:val="0"/>
          <w:color w:val="222A36"/>
          <w:sz w:val="22"/>
        </w:rPr>
        <w:t>屏幕並排顯示路加福音 19:9 與 23:43。</w:t>
      </w:r>
    </w:p>
    <w:p>
      <w:pPr>
        <w:pStyle w:val="ListBullet"/>
      </w:pPr>
      <w:r>
        <w:rPr>
          <w:rFonts w:ascii="Microsoft JhengHei" w:hAnsi="Microsoft JhengHei" w:eastAsia="Microsoft JhengHei"/>
          <w:b w:val="0"/>
          <w:i w:val="0"/>
          <w:color w:val="222A36"/>
          <w:sz w:val="22"/>
        </w:rPr>
        <w:t>問：兩個「今天」有甚麼相同？</w:t>
      </w:r>
    </w:p>
    <w:p>
      <w:pPr>
        <w:spacing w:after="80"/>
      </w:pPr>
      <w:r>
        <w:rPr>
          <w:rFonts w:ascii="Microsoft JhengHei" w:hAnsi="Microsoft JhengHei" w:eastAsia="Microsoft JhengHei"/>
          <w:b w:val="0"/>
          <w:i w:val="0"/>
          <w:color w:val="222A36"/>
          <w:sz w:val="20"/>
        </w:rPr>
        <w:t>經文連結：撒該和強盜都被看為罪人，卻都在今天被耶穌接納。</w:t>
      </w:r>
    </w:p>
    <w:p>
      <w:pPr>
        <w:spacing w:after="80"/>
      </w:pPr>
      <w:r>
        <w:rPr>
          <w:rFonts w:ascii="Microsoft JhengHei" w:hAnsi="Microsoft JhengHei" w:eastAsia="Microsoft JhengHei"/>
          <w:b w:val="0"/>
          <w:i/>
          <w:color w:val="222A36"/>
          <w:sz w:val="20"/>
        </w:rPr>
        <w:t>反思問題：你最需要耶穌在哪一個「今天」記念你？</w:t>
      </w:r>
    </w:p>
    <w:p>
      <w:pPr>
        <w:spacing w:after="120" w:before="240"/>
      </w:pPr>
      <w:r>
        <w:rPr>
          <w:rFonts w:ascii="Microsoft JhengHei" w:hAnsi="Microsoft JhengHei" w:eastAsia="Microsoft JhengHei"/>
          <w:b/>
          <w:i w:val="0"/>
          <w:color w:val="222A36"/>
          <w:sz w:val="26"/>
        </w:rPr>
        <w:t>走進耶利哥（依納爵式想像默觀）（經文探索 · 8 分鐘 · 歡樂度 2 · 坐在座位）</w:t>
      </w:r>
    </w:p>
    <w:p>
      <w:pPr>
        <w:spacing w:after="80"/>
      </w:pPr>
      <w:r>
        <w:rPr>
          <w:rFonts w:ascii="Microsoft JhengHei" w:hAnsi="Microsoft JhengHei" w:eastAsia="Microsoft JhengHei"/>
          <w:b w:val="0"/>
          <w:i w:val="0"/>
          <w:color w:val="222A36"/>
          <w:sz w:val="20"/>
        </w:rPr>
        <w:t>物資：網頁聲音導引及喇叭</w:t>
      </w:r>
    </w:p>
    <w:p>
      <w:pPr>
        <w:pStyle w:val="ListBullet"/>
      </w:pPr>
      <w:r>
        <w:rPr>
          <w:rFonts w:ascii="Microsoft JhengHei" w:hAnsi="Microsoft JhengHei" w:eastAsia="Microsoft JhengHei"/>
          <w:b w:val="0"/>
          <w:i w:val="0"/>
          <w:color w:val="222A36"/>
          <w:sz w:val="22"/>
        </w:rPr>
        <w:t>閉眼或望向一點，聽人群、腳步、風吹樹葉的聲音。</w:t>
      </w:r>
    </w:p>
    <w:p>
      <w:pPr>
        <w:pStyle w:val="ListBullet"/>
      </w:pPr>
      <w:r>
        <w:rPr>
          <w:rFonts w:ascii="Microsoft JhengHei" w:hAnsi="Microsoft JhengHei" w:eastAsia="Microsoft JhengHei"/>
          <w:b w:val="0"/>
          <w:i w:val="0"/>
          <w:color w:val="222A36"/>
          <w:sz w:val="22"/>
        </w:rPr>
        <w:t>想像自己在人群中、爬上桑樹、耶穌停下抬頭。</w:t>
      </w:r>
    </w:p>
    <w:p>
      <w:pPr>
        <w:pStyle w:val="ListBullet"/>
      </w:pPr>
      <w:r>
        <w:rPr>
          <w:rFonts w:ascii="Microsoft JhengHei" w:hAnsi="Microsoft JhengHei" w:eastAsia="Microsoft JhengHei"/>
          <w:b w:val="0"/>
          <w:i w:val="0"/>
          <w:color w:val="222A36"/>
          <w:sz w:val="22"/>
        </w:rPr>
        <w:t>聽見耶穌叫撒該的名字時，想像耶穌也叫你的名字；最後安靜一分鐘。</w:t>
      </w:r>
    </w:p>
    <w:p>
      <w:pPr>
        <w:spacing w:after="80"/>
      </w:pPr>
      <w:r>
        <w:rPr>
          <w:rFonts w:ascii="Microsoft JhengHei" w:hAnsi="Microsoft JhengHei" w:eastAsia="Microsoft JhengHei"/>
          <w:b w:val="0"/>
          <w:i w:val="0"/>
          <w:color w:val="222A36"/>
          <w:sz w:val="20"/>
        </w:rPr>
        <w:t>經文連結：以感官進入路加福音 19:1-6。</w:t>
      </w:r>
    </w:p>
    <w:p>
      <w:pPr>
        <w:spacing w:after="80"/>
      </w:pPr>
      <w:r>
        <w:rPr>
          <w:rFonts w:ascii="Microsoft JhengHei" w:hAnsi="Microsoft JhengHei" w:eastAsia="Microsoft JhengHei"/>
          <w:b w:val="0"/>
          <w:i/>
          <w:color w:val="222A36"/>
          <w:sz w:val="20"/>
        </w:rPr>
        <w:t>反思問題：在想像中，耶穌看你的眼神是怎樣的？（不用說出來）</w:t>
      </w:r>
    </w:p>
    <w:p>
      <w:pPr>
        <w:spacing w:after="120" w:before="240"/>
      </w:pPr>
      <w:r>
        <w:rPr>
          <w:rFonts w:ascii="Microsoft JhengHei" w:hAnsi="Microsoft JhengHei" w:eastAsia="Microsoft JhengHei"/>
          <w:b/>
          <w:i w:val="0"/>
          <w:color w:val="222A36"/>
          <w:sz w:val="26"/>
        </w:rPr>
        <w:t>爬上桑樹體感遊戲（經文探索 · 5 分鐘 · 歡樂度 4 · 原位站立）</w:t>
      </w:r>
    </w:p>
    <w:p>
      <w:pPr>
        <w:spacing w:after="80"/>
      </w:pPr>
      <w:r>
        <w:rPr>
          <w:rFonts w:ascii="Microsoft JhengHei" w:hAnsi="Microsoft JhengHei" w:eastAsia="Microsoft JhengHei"/>
          <w:b w:val="0"/>
          <w:i w:val="0"/>
          <w:color w:val="222A36"/>
          <w:sz w:val="20"/>
        </w:rPr>
        <w:t>物資：網頁體感遊戲（鏡頭只在裝置處理）；課室可用按鍵版</w:t>
      </w:r>
    </w:p>
    <w:p>
      <w:pPr>
        <w:pStyle w:val="ListBullet"/>
      </w:pPr>
      <w:r>
        <w:rPr>
          <w:rFonts w:ascii="Microsoft JhengHei" w:hAnsi="Microsoft JhengHei" w:eastAsia="Microsoft JhengHei"/>
          <w:b w:val="0"/>
          <w:i w:val="0"/>
          <w:color w:val="222A36"/>
          <w:sz w:val="22"/>
        </w:rPr>
        <w:t>一位同學站在鏡頭前，左右手輪流向上舉，代表爬樹。</w:t>
      </w:r>
    </w:p>
    <w:p>
      <w:pPr>
        <w:pStyle w:val="ListBullet"/>
      </w:pPr>
      <w:r>
        <w:rPr>
          <w:rFonts w:ascii="Microsoft JhengHei" w:hAnsi="Microsoft JhengHei" w:eastAsia="Microsoft JhengHei"/>
          <w:b w:val="0"/>
          <w:i w:val="0"/>
          <w:color w:val="222A36"/>
          <w:sz w:val="22"/>
        </w:rPr>
        <w:t>爬到樹頂，屏幕上耶穌停下抬頭，說出路加福音 19:5。</w:t>
      </w:r>
    </w:p>
    <w:p>
      <w:pPr>
        <w:pStyle w:val="ListBullet"/>
      </w:pPr>
      <w:r>
        <w:rPr>
          <w:rFonts w:ascii="Microsoft JhengHei" w:hAnsi="Microsoft JhengHei" w:eastAsia="Microsoft JhengHei"/>
          <w:b w:val="0"/>
          <w:i w:val="0"/>
          <w:color w:val="222A36"/>
          <w:sz w:val="22"/>
        </w:rPr>
        <w:t>雙手放下代表「急忙下來」，全組張開手歡迎。</w:t>
      </w:r>
    </w:p>
    <w:p>
      <w:pPr>
        <w:spacing w:after="80"/>
      </w:pPr>
      <w:r>
        <w:rPr>
          <w:rFonts w:ascii="Microsoft JhengHei" w:hAnsi="Microsoft JhengHei" w:eastAsia="Microsoft JhengHei"/>
          <w:b w:val="0"/>
          <w:i w:val="0"/>
          <w:color w:val="222A36"/>
          <w:sz w:val="20"/>
        </w:rPr>
        <w:t>經文連結：身體經歷撒該爬上樹、被看見、下來接待。</w:t>
      </w:r>
    </w:p>
    <w:p>
      <w:pPr>
        <w:spacing w:after="80"/>
      </w:pPr>
      <w:r>
        <w:rPr>
          <w:rFonts w:ascii="Microsoft JhengHei" w:hAnsi="Microsoft JhengHei" w:eastAsia="Microsoft JhengHei"/>
          <w:b w:val="0"/>
          <w:i/>
          <w:color w:val="222A36"/>
          <w:sz w:val="20"/>
        </w:rPr>
        <w:t>反思問題：你覺得撒該在樹上被叫名字時，心情怎樣？</w:t>
      </w:r>
    </w:p>
    <w:p>
      <w:pPr>
        <w:spacing w:after="120" w:before="240"/>
      </w:pPr>
      <w:r>
        <w:rPr>
          <w:rFonts w:ascii="Microsoft JhengHei" w:hAnsi="Microsoft JhengHei" w:eastAsia="Microsoft JhengHei"/>
          <w:b/>
          <w:i w:val="0"/>
          <w:color w:val="222A36"/>
          <w:sz w:val="26"/>
        </w:rPr>
        <w:t>四站祈禱（活動室延伸）（生命連結、反思與禱告 · 12 分鐘 · 歡樂度 2 · 原位站立）</w:t>
      </w:r>
    </w:p>
    <w:p>
      <w:pPr>
        <w:spacing w:after="80"/>
      </w:pPr>
      <w:r>
        <w:rPr>
          <w:rFonts w:ascii="Microsoft JhengHei" w:hAnsi="Microsoft JhengHei" w:eastAsia="Microsoft JhengHei"/>
          <w:b w:val="0"/>
          <w:i w:val="0"/>
          <w:color w:val="222A36"/>
          <w:sz w:val="20"/>
        </w:rPr>
        <w:t>物資：四張站牌、葉形紙、小石頭、門形卡、一張小餐桌</w:t>
      </w:r>
    </w:p>
    <w:p>
      <w:pPr>
        <w:pStyle w:val="ListBullet"/>
      </w:pPr>
      <w:r>
        <w:rPr>
          <w:rFonts w:ascii="Microsoft JhengHei" w:hAnsi="Microsoft JhengHei" w:eastAsia="Microsoft JhengHei"/>
          <w:b w:val="0"/>
          <w:i w:val="0"/>
          <w:color w:val="222A36"/>
          <w:sz w:val="22"/>
        </w:rPr>
        <w:t>標籤樹：把一個貼在自己身上的標籤寫在葉上，翻過來寫「耶穌知道我的名字」。</w:t>
      </w:r>
    </w:p>
    <w:p>
      <w:pPr>
        <w:pStyle w:val="ListBullet"/>
      </w:pPr>
      <w:r>
        <w:rPr>
          <w:rFonts w:ascii="Microsoft JhengHei" w:hAnsi="Microsoft JhengHei" w:eastAsia="Microsoft JhengHei"/>
          <w:b w:val="0"/>
          <w:i w:val="0"/>
          <w:color w:val="222A36"/>
          <w:sz w:val="22"/>
        </w:rPr>
        <w:t>十字架：放下一塊小石頭，讀路加福音 23:34。</w:t>
      </w:r>
    </w:p>
    <w:p>
      <w:pPr>
        <w:pStyle w:val="ListBullet"/>
      </w:pPr>
      <w:r>
        <w:rPr>
          <w:rFonts w:ascii="Microsoft JhengHei" w:hAnsi="Microsoft JhengHei" w:eastAsia="Microsoft JhengHei"/>
          <w:b w:val="0"/>
          <w:i w:val="0"/>
          <w:color w:val="222A36"/>
          <w:sz w:val="22"/>
        </w:rPr>
        <w:t>兩個今天：讀 19:9 與 23:43，寫一句「耶穌，求你記念我」。</w:t>
      </w:r>
    </w:p>
    <w:p>
      <w:pPr>
        <w:pStyle w:val="ListBullet"/>
      </w:pPr>
      <w:r>
        <w:rPr>
          <w:rFonts w:ascii="Microsoft JhengHei" w:hAnsi="Microsoft JhengHei" w:eastAsia="Microsoft JhengHei"/>
          <w:b w:val="0"/>
          <w:i w:val="0"/>
          <w:color w:val="222A36"/>
          <w:sz w:val="22"/>
        </w:rPr>
        <w:t>歡迎來我家：在門形卡畫自己的家，讀啟示錄 3:20。</w:t>
      </w:r>
    </w:p>
    <w:p>
      <w:pPr>
        <w:spacing w:after="80"/>
      </w:pPr>
      <w:r>
        <w:rPr>
          <w:rFonts w:ascii="Microsoft JhengHei" w:hAnsi="Microsoft JhengHei" w:eastAsia="Microsoft JhengHei"/>
          <w:b w:val="0"/>
          <w:i w:val="0"/>
          <w:color w:val="222A36"/>
          <w:sz w:val="20"/>
        </w:rPr>
        <w:t>經文連結：四站把撒該的故事、十字架及復活連起來。</w:t>
      </w:r>
    </w:p>
    <w:p>
      <w:pPr>
        <w:spacing w:after="80"/>
      </w:pPr>
      <w:r>
        <w:rPr>
          <w:rFonts w:ascii="Microsoft JhengHei" w:hAnsi="Microsoft JhengHei" w:eastAsia="Microsoft JhengHei"/>
          <w:b w:val="0"/>
          <w:i/>
          <w:color w:val="222A36"/>
          <w:sz w:val="20"/>
        </w:rPr>
        <w:t>反思問題：哪一站最觸動你？</w:t>
      </w:r>
    </w:p>
    <w:p>
      <w:pPr>
        <w:spacing w:after="120" w:before="240"/>
      </w:pPr>
      <w:r>
        <w:rPr>
          <w:rFonts w:ascii="Microsoft JhengHei" w:hAnsi="Microsoft JhengHei" w:eastAsia="Microsoft JhengHei"/>
          <w:b/>
          <w:i w:val="0"/>
          <w:color w:val="222A36"/>
          <w:sz w:val="26"/>
        </w:rPr>
        <w:t>撒該改變挑戰（生命連結、反思與禱告 · 5 分鐘 · 歡樂度 3 · 坐在座位）</w:t>
      </w:r>
    </w:p>
    <w:p>
      <w:pPr>
        <w:spacing w:after="80"/>
      </w:pPr>
      <w:r>
        <w:rPr>
          <w:rFonts w:ascii="Microsoft JhengHei" w:hAnsi="Microsoft JhengHei" w:eastAsia="Microsoft JhengHei"/>
          <w:b w:val="0"/>
          <w:i w:val="0"/>
          <w:color w:val="222A36"/>
          <w:sz w:val="20"/>
        </w:rPr>
        <w:t>物資：改變挑戰卡</w:t>
      </w:r>
    </w:p>
    <w:p>
      <w:pPr>
        <w:pStyle w:val="ListBullet"/>
      </w:pPr>
      <w:r>
        <w:rPr>
          <w:rFonts w:ascii="Microsoft JhengHei" w:hAnsi="Microsoft JhengHei" w:eastAsia="Microsoft JhengHei"/>
          <w:b w:val="0"/>
          <w:i w:val="0"/>
          <w:color w:val="222A36"/>
          <w:sz w:val="22"/>
        </w:rPr>
        <w:t>每人選一件七天內做的小改變：道謝、歸還、幫助、陪伴、放下手機。</w:t>
      </w:r>
    </w:p>
    <w:p>
      <w:pPr>
        <w:pStyle w:val="ListBullet"/>
      </w:pPr>
      <w:r>
        <w:rPr>
          <w:rFonts w:ascii="Microsoft JhengHei" w:hAnsi="Microsoft JhengHei" w:eastAsia="Microsoft JhengHei"/>
          <w:b w:val="0"/>
          <w:i w:val="0"/>
          <w:color w:val="222A36"/>
          <w:sz w:val="22"/>
        </w:rPr>
        <w:t>在卡上畫七格，每天做到就畫一個笑臉。</w:t>
      </w:r>
    </w:p>
    <w:p>
      <w:pPr>
        <w:pStyle w:val="ListBullet"/>
      </w:pPr>
      <w:r>
        <w:rPr>
          <w:rFonts w:ascii="Microsoft JhengHei" w:hAnsi="Microsoft JhengHei" w:eastAsia="Microsoft JhengHei"/>
          <w:b w:val="0"/>
          <w:i w:val="0"/>
          <w:color w:val="222A36"/>
          <w:sz w:val="22"/>
        </w:rPr>
        <w:t>下一次聚會自願分享。</w:t>
      </w:r>
    </w:p>
    <w:p>
      <w:pPr>
        <w:spacing w:after="80"/>
      </w:pPr>
      <w:r>
        <w:rPr>
          <w:rFonts w:ascii="Microsoft JhengHei" w:hAnsi="Microsoft JhengHei" w:eastAsia="Microsoft JhengHei"/>
          <w:b w:val="0"/>
          <w:i w:val="0"/>
          <w:color w:val="222A36"/>
          <w:sz w:val="20"/>
        </w:rPr>
        <w:t>經文連結：路加福音 19:8：被愛的人歡歡喜喜地改變。</w:t>
      </w:r>
    </w:p>
    <w:p>
      <w:pPr>
        <w:spacing w:after="80"/>
      </w:pPr>
      <w:r>
        <w:rPr>
          <w:rFonts w:ascii="Microsoft JhengHei" w:hAnsi="Microsoft JhengHei" w:eastAsia="Microsoft JhengHei"/>
          <w:b w:val="0"/>
          <w:i/>
          <w:color w:val="222A36"/>
          <w:sz w:val="20"/>
        </w:rPr>
        <w:t>反思問題：這個改變會令誰開心？</w:t>
      </w:r>
    </w:p>
    <w:p>
      <w:pPr>
        <w:spacing w:after="120" w:before="240"/>
      </w:pPr>
      <w:r>
        <w:rPr>
          <w:rFonts w:ascii="Microsoft JhengHei" w:hAnsi="Microsoft JhengHei" w:eastAsia="Microsoft JhengHei"/>
          <w:b/>
          <w:i w:val="0"/>
          <w:color w:val="222A36"/>
          <w:sz w:val="26"/>
        </w:rPr>
        <w:t>淘寶／預先準備的小物資</w:t>
      </w:r>
    </w:p>
    <w:tbl>
      <w:tblPr>
        <w:tblStyle w:val="TableGrid"/>
        <w:tblW w:type="auto" w:w="0"/>
        <w:tblLook w:firstColumn="1" w:firstRow="1" w:lastColumn="0" w:lastRow="0" w:noHBand="0" w:noVBand="1" w:val="04A0"/>
      </w:tblPr>
      <w:tblGrid>
        <w:gridCol w:w="3324"/>
        <w:gridCol w:w="3324"/>
        <w:gridCol w:w="3324"/>
      </w:tblGrid>
      <w:tr>
        <w:tc>
          <w:tcPr>
            <w:tcW w:type="dxa" w:w="2268"/>
            <w:shd w:val="clear" w:fill="EFE7D6"/>
          </w:tcPr>
          <w:p>
            <w:r/>
            <w:r>
              <w:rPr>
                <w:rFonts w:ascii="Microsoft JhengHei" w:hAnsi="Microsoft JhengHei" w:eastAsia="Microsoft JhengHei"/>
                <w:b/>
                <w:i w:val="0"/>
                <w:color w:val="222A36"/>
                <w:sz w:val="20"/>
              </w:rPr>
              <w:t>物品</w:t>
            </w:r>
          </w:p>
        </w:tc>
        <w:tc>
          <w:tcPr>
            <w:tcW w:type="dxa" w:w="3402"/>
            <w:shd w:val="clear" w:fill="EFE7D6"/>
          </w:tcPr>
          <w:p>
            <w:r/>
            <w:r>
              <w:rPr>
                <w:rFonts w:ascii="Microsoft JhengHei" w:hAnsi="Microsoft JhengHei" w:eastAsia="Microsoft JhengHei"/>
                <w:b/>
                <w:i w:val="0"/>
                <w:color w:val="222A36"/>
                <w:sz w:val="20"/>
              </w:rPr>
              <w:t>課堂用途</w:t>
            </w:r>
          </w:p>
        </w:tc>
        <w:tc>
          <w:tcPr>
            <w:tcW w:type="dxa" w:w="3402"/>
            <w:shd w:val="clear" w:fill="EFE7D6"/>
          </w:tcPr>
          <w:p>
            <w:r/>
            <w:r>
              <w:rPr>
                <w:rFonts w:ascii="Microsoft JhengHei" w:hAnsi="Microsoft JhengHei" w:eastAsia="Microsoft JhengHei"/>
                <w:b/>
                <w:i w:val="0"/>
                <w:color w:val="222A36"/>
                <w:sz w:val="20"/>
              </w:rPr>
              <w:t>準備事項</w:t>
            </w:r>
          </w:p>
        </w:tc>
      </w:tr>
      <w:tr>
        <w:tc>
          <w:tcPr>
            <w:tcW w:type="dxa" w:w="2268"/>
          </w:tcPr>
          <w:p>
            <w:r/>
            <w:r>
              <w:rPr>
                <w:rFonts w:ascii="Microsoft JhengHei" w:hAnsi="Microsoft JhengHei" w:eastAsia="Microsoft JhengHei"/>
                <w:b w:val="0"/>
                <w:i w:val="0"/>
                <w:color w:val="222A36"/>
                <w:sz w:val="20"/>
              </w:rPr>
              <w:t>門形便利貼或小卡（約 50 張）</w:t>
            </w:r>
          </w:p>
        </w:tc>
        <w:tc>
          <w:tcPr>
            <w:tcW w:type="dxa" w:w="3402"/>
          </w:tcPr>
          <w:p>
            <w:r/>
            <w:r>
              <w:rPr>
                <w:rFonts w:ascii="Microsoft JhengHei" w:hAnsi="Microsoft JhengHei" w:eastAsia="Microsoft JhengHei"/>
                <w:b w:val="0"/>
                <w:i w:val="0"/>
                <w:color w:val="222A36"/>
                <w:sz w:val="20"/>
              </w:rPr>
              <w:t>開門禱告及「歡迎來我家」祈禱站</w:t>
            </w:r>
          </w:p>
        </w:tc>
        <w:tc>
          <w:tcPr>
            <w:tcW w:type="dxa" w:w="3402"/>
          </w:tcPr>
          <w:p>
            <w:r/>
            <w:r>
              <w:rPr>
                <w:rFonts w:ascii="Microsoft JhengHei" w:hAnsi="Microsoft JhengHei" w:eastAsia="Microsoft JhengHei"/>
                <w:b w:val="0"/>
                <w:i w:val="0"/>
                <w:color w:val="222A36"/>
                <w:sz w:val="20"/>
              </w:rPr>
              <w:t>網購約需一星期；可用紙自製</w:t>
            </w:r>
          </w:p>
        </w:tc>
      </w:tr>
    </w:tbl>
    <w:p/>
    <w:p>
      <w:pPr>
        <w:spacing w:after="120" w:before="240"/>
      </w:pPr>
      <w:r>
        <w:rPr>
          <w:rFonts w:ascii="Microsoft JhengHei" w:hAnsi="Microsoft JhengHei" w:eastAsia="Microsoft JhengHei"/>
          <w:b/>
          <w:i w:val="0"/>
          <w:color w:val="A86B1F"/>
          <w:sz w:val="32"/>
        </w:rPr>
        <w:t>七、差異化、物資及安全</w:t>
      </w:r>
    </w:p>
    <w:p>
      <w:pPr>
        <w:pStyle w:val="ListBullet"/>
      </w:pPr>
      <w:r>
        <w:rPr>
          <w:rFonts w:ascii="Microsoft JhengHei" w:hAnsi="Microsoft JhengHei" w:eastAsia="Microsoft JhengHei"/>
          <w:b w:val="0"/>
          <w:i w:val="0"/>
          <w:color w:val="222A36"/>
          <w:sz w:val="22"/>
        </w:rPr>
        <w:t>SEN：體感遊戲有按鍵版；改變卡可圈選；想像默觀可以只聽。</w:t>
      </w:r>
    </w:p>
    <w:p>
      <w:pPr>
        <w:pStyle w:val="ListBullet"/>
      </w:pPr>
      <w:r>
        <w:rPr>
          <w:rFonts w:ascii="Microsoft JhengHei" w:hAnsi="Microsoft JhengHei" w:eastAsia="Microsoft JhengHei"/>
          <w:b w:val="0"/>
          <w:i w:val="0"/>
          <w:color w:val="222A36"/>
          <w:sz w:val="22"/>
        </w:rPr>
        <w:t>能力較高：比較撒該與強盜的回應，並思考「亞伯拉罕的子孫」的意思。</w:t>
      </w:r>
    </w:p>
    <w:p>
      <w:pPr>
        <w:pStyle w:val="ListBullet"/>
      </w:pPr>
      <w:r>
        <w:rPr>
          <w:rFonts w:ascii="Microsoft JhengHei" w:hAnsi="Microsoft JhengHei" w:eastAsia="Microsoft JhengHei"/>
          <w:b w:val="0"/>
          <w:i w:val="0"/>
          <w:color w:val="222A36"/>
          <w:sz w:val="22"/>
        </w:rPr>
        <w:t>非信徒同學：用「如果你真的復活了」的句式回應，不要求表態。</w:t>
      </w:r>
    </w:p>
    <w:p>
      <w:pPr>
        <w:spacing w:after="80"/>
      </w:pPr>
      <w:r>
        <w:rPr>
          <w:rFonts w:ascii="Microsoft JhengHei" w:hAnsi="Microsoft JhengHei" w:eastAsia="Microsoft JhengHei"/>
          <w:b w:val="0"/>
          <w:i w:val="0"/>
          <w:color w:val="222A36"/>
          <w:sz w:val="22"/>
        </w:rPr>
        <w:t>物資：投影機及喇叭（網頁聲音導引、BibleProject 粵語影片）、網頁體感遊戲（活動室）或按鍵版（課室）、撒該改變挑戰卡及門形卡（可列印）、四站祈禱站牌及物資（活動室延伸）</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安全提示</w:t>
            </w:r>
          </w:p>
          <w:p>
            <w:r>
              <w:rPr>
                <w:rFonts w:ascii="Microsoft JhengHei" w:hAnsi="Microsoft JhengHei" w:eastAsia="Microsoft JhengHei"/>
                <w:b w:val="0"/>
                <w:i w:val="0"/>
                <w:color w:val="222A36"/>
                <w:sz w:val="22"/>
              </w:rPr>
              <w:t>本課講述十字架的故事，描寫要簡潔，不詳述刑罰；強調恩典而非內疚。體感遊戲的鏡頭影像只在裝置上處理，不上傳、不儲存。如發現有同學情緒持續低落或流露輕生念頭，課後即時轉介學校社工。　如有需要，請向老師、社工、家長或牧者／神父傾談。</w:t>
            </w:r>
          </w:p>
        </w:tc>
      </w:tr>
    </w:tbl>
    <w:p/>
    <w:tbl>
      <w:tblPr>
        <w:tblStyle w:val="TableGrid"/>
        <w:tblW w:type="auto" w:w="0"/>
        <w:tblLook w:firstColumn="1" w:firstRow="1" w:lastColumn="0" w:lastRow="0" w:noHBand="0" w:noVBand="1" w:val="04A0"/>
      </w:tblPr>
      <w:tblGrid>
        <w:gridCol w:w="3324"/>
        <w:gridCol w:w="3324"/>
        <w:gridCol w:w="3324"/>
      </w:tblGrid>
      <w:tr>
        <w:tc>
          <w:tcPr>
            <w:tcW w:type="dxa" w:w="3402"/>
            <w:shd w:val="clear" w:fill="EFE7D6"/>
          </w:tcPr>
          <w:p>
            <w:r/>
            <w:r>
              <w:rPr>
                <w:rFonts w:ascii="Microsoft JhengHei" w:hAnsi="Microsoft JhengHei" w:eastAsia="Microsoft JhengHei"/>
                <w:b/>
                <w:i w:val="0"/>
                <w:color w:val="222A36"/>
                <w:sz w:val="20"/>
              </w:rPr>
              <w:t>求助熱線</w:t>
            </w:r>
          </w:p>
        </w:tc>
        <w:tc>
          <w:tcPr>
            <w:tcW w:type="dxa" w:w="2268"/>
            <w:shd w:val="clear" w:fill="EFE7D6"/>
          </w:tcPr>
          <w:p>
            <w:r/>
            <w:r>
              <w:rPr>
                <w:rFonts w:ascii="Microsoft JhengHei" w:hAnsi="Microsoft JhengHei" w:eastAsia="Microsoft JhengHei"/>
                <w:b/>
                <w:i w:val="0"/>
                <w:color w:val="222A36"/>
                <w:sz w:val="20"/>
              </w:rPr>
              <w:t>電話／網址</w:t>
            </w:r>
          </w:p>
        </w:tc>
        <w:tc>
          <w:tcPr>
            <w:tcW w:type="dxa" w:w="3402"/>
            <w:shd w:val="clear" w:fill="EFE7D6"/>
          </w:tcPr>
          <w:p>
            <w:r/>
            <w:r>
              <w:rPr>
                <w:rFonts w:ascii="Microsoft JhengHei" w:hAnsi="Microsoft JhengHei" w:eastAsia="Microsoft JhengHei"/>
                <w:b/>
                <w:i w:val="0"/>
                <w:color w:val="222A36"/>
                <w:sz w:val="20"/>
              </w:rPr>
              <w:t>說明</w:t>
            </w:r>
          </w:p>
        </w:tc>
      </w:tr>
      <w:tr>
        <w:tc>
          <w:tcPr>
            <w:tcW w:type="dxa" w:w="3402"/>
          </w:tcPr>
          <w:p>
            <w:r/>
            <w:r>
              <w:rPr>
                <w:rFonts w:ascii="Microsoft JhengHei" w:hAnsi="Microsoft JhengHei" w:eastAsia="Microsoft JhengHei"/>
                <w:b w:val="0"/>
                <w:i w:val="0"/>
                <w:color w:val="222A36"/>
                <w:sz w:val="20"/>
              </w:rPr>
              <w:t>情緒通（政府精神健康支援熱線）</w:t>
            </w:r>
          </w:p>
        </w:tc>
        <w:tc>
          <w:tcPr>
            <w:tcW w:type="dxa" w:w="2268"/>
          </w:tcPr>
          <w:p>
            <w:r/>
            <w:r>
              <w:rPr>
                <w:rFonts w:ascii="Microsoft JhengHei" w:hAnsi="Microsoft JhengHei" w:eastAsia="Microsoft JhengHei"/>
                <w:b w:val="0"/>
                <w:i w:val="0"/>
                <w:color w:val="222A36"/>
                <w:sz w:val="20"/>
              </w:rPr>
              <w:t>18111</w:t>
            </w:r>
          </w:p>
        </w:tc>
        <w:tc>
          <w:tcPr>
            <w:tcW w:type="dxa" w:w="3402"/>
          </w:tcPr>
          <w:p>
            <w:r/>
            <w:r>
              <w:rPr>
                <w:rFonts w:ascii="Microsoft JhengHei" w:hAnsi="Microsoft JhengHei" w:eastAsia="Microsoft JhengHei"/>
                <w:b w:val="0"/>
                <w:i w:val="0"/>
                <w:color w:val="222A36"/>
                <w:sz w:val="20"/>
              </w:rPr>
              <w:t>24 小時 · 亦可 WhatsApp</w:t>
            </w:r>
          </w:p>
        </w:tc>
      </w:tr>
      <w:tr>
        <w:tc>
          <w:tcPr>
            <w:tcW w:type="dxa" w:w="3402"/>
          </w:tcPr>
          <w:p>
            <w:r/>
            <w:r>
              <w:rPr>
                <w:rFonts w:ascii="Microsoft JhengHei" w:hAnsi="Microsoft JhengHei" w:eastAsia="Microsoft JhengHei"/>
                <w:b w:val="0"/>
                <w:i w:val="0"/>
                <w:color w:val="222A36"/>
                <w:sz w:val="20"/>
              </w:rPr>
              <w:t>Open Up（青少年網上文字傾訴）</w:t>
            </w:r>
          </w:p>
        </w:tc>
        <w:tc>
          <w:tcPr>
            <w:tcW w:type="dxa" w:w="2268"/>
          </w:tcPr>
          <w:p>
            <w:r/>
            <w:r>
              <w:rPr>
                <w:rFonts w:ascii="Microsoft JhengHei" w:hAnsi="Microsoft JhengHei" w:eastAsia="Microsoft JhengHei"/>
                <w:b w:val="0"/>
                <w:i w:val="0"/>
                <w:color w:val="222A36"/>
                <w:sz w:val="20"/>
              </w:rPr>
              <w:t>openup.hk</w:t>
            </w:r>
          </w:p>
        </w:tc>
        <w:tc>
          <w:tcPr>
            <w:tcW w:type="dxa" w:w="3402"/>
          </w:tcPr>
          <w:p>
            <w:r/>
            <w:r>
              <w:rPr>
                <w:rFonts w:ascii="Microsoft JhengHei" w:hAnsi="Microsoft JhengHei" w:eastAsia="Microsoft JhengHei"/>
                <w:b w:val="0"/>
                <w:i w:val="0"/>
                <w:color w:val="222A36"/>
                <w:sz w:val="20"/>
              </w:rPr>
              <w:t>24/7 · 6–24 歲 · WhatsApp 9101 2012</w:t>
            </w:r>
          </w:p>
        </w:tc>
      </w:tr>
      <w:tr>
        <w:tc>
          <w:tcPr>
            <w:tcW w:type="dxa" w:w="3402"/>
          </w:tcPr>
          <w:p>
            <w:r/>
            <w:r>
              <w:rPr>
                <w:rFonts w:ascii="Microsoft JhengHei" w:hAnsi="Microsoft JhengHei" w:eastAsia="Microsoft JhengHei"/>
                <w:b w:val="0"/>
                <w:i w:val="0"/>
                <w:color w:val="222A36"/>
                <w:sz w:val="20"/>
              </w:rPr>
              <w:t>香港撒瑪利亞防止自殺會</w:t>
            </w:r>
          </w:p>
        </w:tc>
        <w:tc>
          <w:tcPr>
            <w:tcW w:type="dxa" w:w="2268"/>
          </w:tcPr>
          <w:p>
            <w:r/>
            <w:r>
              <w:rPr>
                <w:rFonts w:ascii="Microsoft JhengHei" w:hAnsi="Microsoft JhengHei" w:eastAsia="Microsoft JhengHei"/>
                <w:b w:val="0"/>
                <w:i w:val="0"/>
                <w:color w:val="222A36"/>
                <w:sz w:val="20"/>
              </w:rPr>
              <w:t>2389 2222</w:t>
            </w:r>
          </w:p>
        </w:tc>
        <w:tc>
          <w:tcPr>
            <w:tcW w:type="dxa" w:w="3402"/>
          </w:tcPr>
          <w:p>
            <w:r/>
            <w:r>
              <w:rPr>
                <w:rFonts w:ascii="Microsoft JhengHei" w:hAnsi="Microsoft JhengHei" w:eastAsia="Microsoft JhengHei"/>
                <w:b w:val="0"/>
                <w:i w:val="0"/>
                <w:color w:val="222A36"/>
                <w:sz w:val="20"/>
              </w:rPr>
              <w:t>24 小時防止自殺</w:t>
            </w:r>
          </w:p>
        </w:tc>
      </w:tr>
      <w:tr>
        <w:tc>
          <w:tcPr>
            <w:tcW w:type="dxa" w:w="3402"/>
          </w:tcPr>
          <w:p>
            <w:r/>
            <w:r>
              <w:rPr>
                <w:rFonts w:ascii="Microsoft JhengHei" w:hAnsi="Microsoft JhengHei" w:eastAsia="Microsoft JhengHei"/>
                <w:b w:val="0"/>
                <w:i w:val="0"/>
                <w:color w:val="222A36"/>
                <w:sz w:val="20"/>
              </w:rPr>
              <w:t>生命熱線</w:t>
            </w:r>
          </w:p>
        </w:tc>
        <w:tc>
          <w:tcPr>
            <w:tcW w:type="dxa" w:w="2268"/>
          </w:tcPr>
          <w:p>
            <w:r/>
            <w:r>
              <w:rPr>
                <w:rFonts w:ascii="Microsoft JhengHei" w:hAnsi="Microsoft JhengHei" w:eastAsia="Microsoft JhengHei"/>
                <w:b w:val="0"/>
                <w:i w:val="0"/>
                <w:color w:val="222A36"/>
                <w:sz w:val="20"/>
              </w:rPr>
              <w:t>2382 0000</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明愛向晴軒</w:t>
            </w:r>
          </w:p>
        </w:tc>
        <w:tc>
          <w:tcPr>
            <w:tcW w:type="dxa" w:w="2268"/>
          </w:tcPr>
          <w:p>
            <w:r/>
            <w:r>
              <w:rPr>
                <w:rFonts w:ascii="Microsoft JhengHei" w:hAnsi="Microsoft JhengHei" w:eastAsia="Microsoft JhengHei"/>
                <w:b w:val="0"/>
                <w:i w:val="0"/>
                <w:color w:val="222A36"/>
                <w:sz w:val="20"/>
              </w:rPr>
              <w:t>18288</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撒瑪利亞會（多語言）</w:t>
            </w:r>
          </w:p>
        </w:tc>
        <w:tc>
          <w:tcPr>
            <w:tcW w:type="dxa" w:w="2268"/>
          </w:tcPr>
          <w:p>
            <w:r/>
            <w:r>
              <w:rPr>
                <w:rFonts w:ascii="Microsoft JhengHei" w:hAnsi="Microsoft JhengHei" w:eastAsia="Microsoft JhengHei"/>
                <w:b w:val="0"/>
                <w:i w:val="0"/>
                <w:color w:val="222A36"/>
                <w:sz w:val="20"/>
              </w:rPr>
              <w:t>2896 0000</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社會福利署熱線</w:t>
            </w:r>
          </w:p>
        </w:tc>
        <w:tc>
          <w:tcPr>
            <w:tcW w:type="dxa" w:w="2268"/>
          </w:tcPr>
          <w:p>
            <w:r/>
            <w:r>
              <w:rPr>
                <w:rFonts w:ascii="Microsoft JhengHei" w:hAnsi="Microsoft JhengHei" w:eastAsia="Microsoft JhengHei"/>
                <w:b w:val="0"/>
                <w:i w:val="0"/>
                <w:color w:val="222A36"/>
                <w:sz w:val="20"/>
              </w:rPr>
              <w:t>2343 2255</w:t>
            </w:r>
          </w:p>
        </w:tc>
        <w:tc>
          <w:tcPr>
            <w:tcW w:type="dxa" w:w="3402"/>
          </w:tcPr>
          <w:p>
            <w:r/>
            <w:r>
              <w:rPr>
                <w:rFonts w:ascii="Microsoft JhengHei" w:hAnsi="Microsoft JhengHei" w:eastAsia="Microsoft JhengHei"/>
                <w:b w:val="0"/>
                <w:i w:val="0"/>
                <w:color w:val="222A36"/>
                <w:sz w:val="20"/>
              </w:rPr>
              <w:t>24 小時</w:t>
            </w:r>
          </w:p>
        </w:tc>
      </w:tr>
    </w:tbl>
    <w:p/>
    <w:p>
      <w:pPr>
        <w:spacing w:after="120" w:before="240"/>
      </w:pPr>
      <w:r>
        <w:rPr>
          <w:rFonts w:ascii="Microsoft JhengHei" w:hAnsi="Microsoft JhengHei" w:eastAsia="Microsoft JhengHei"/>
          <w:b/>
          <w:i w:val="0"/>
          <w:color w:val="222A36"/>
          <w:sz w:val="26"/>
        </w:rPr>
        <w:t>接力摘要（兩層）</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Bot</w:t>
            </w:r>
          </w:p>
        </w:tc>
        <w:tc>
          <w:tcPr>
            <w:tcW w:type="dxa" w:w="6803"/>
            <w:shd w:val="clear" w:fill="EFE7D6"/>
          </w:tcPr>
          <w:p>
            <w:r/>
            <w:r>
              <w:rPr>
                <w:rFonts w:ascii="Microsoft JhengHei" w:hAnsi="Microsoft JhengHei" w:eastAsia="Microsoft JhengHei"/>
                <w:b/>
                <w:i w:val="0"/>
                <w:color w:val="222A36"/>
                <w:sz w:val="20"/>
              </w:rPr>
              <w:t>建議（第一層）</w:t>
            </w:r>
          </w:p>
        </w:tc>
      </w:tr>
      <w:tr>
        <w:tc>
          <w:tcPr>
            <w:tcW w:type="dxa" w:w="2268"/>
          </w:tcPr>
          <w:p>
            <w:r/>
            <w:r>
              <w:rPr>
                <w:rFonts w:ascii="Microsoft JhengHei" w:hAnsi="Microsoft JhengHei" w:eastAsia="Microsoft JhengHei"/>
                <w:b w:val="0"/>
                <w:i w:val="0"/>
                <w:color w:val="222A36"/>
                <w:sz w:val="20"/>
              </w:rPr>
              <w:t>🎒 需求博</w:t>
            </w:r>
          </w:p>
        </w:tc>
        <w:tc>
          <w:tcPr>
            <w:tcW w:type="dxa" w:w="6803"/>
          </w:tcPr>
          <w:p>
            <w:r/>
            <w:r>
              <w:rPr>
                <w:rFonts w:ascii="Microsoft JhengHei" w:hAnsi="Microsoft JhengHei" w:eastAsia="Microsoft JhengHei"/>
                <w:b w:val="0"/>
                <w:i w:val="0"/>
                <w:color w:val="222A36"/>
                <w:sz w:val="20"/>
              </w:rPr>
              <w:t>體感遊戲要有按鍵版及其他角色；十字架描寫要簡潔。</w:t>
            </w:r>
          </w:p>
        </w:tc>
      </w:tr>
      <w:tr>
        <w:tc>
          <w:tcPr>
            <w:tcW w:type="dxa" w:w="2268"/>
          </w:tcPr>
          <w:p>
            <w:r/>
            <w:r>
              <w:rPr>
                <w:rFonts w:ascii="Microsoft JhengHei" w:hAnsi="Microsoft JhengHei" w:eastAsia="Microsoft JhengHei"/>
                <w:b w:val="0"/>
                <w:i w:val="0"/>
                <w:color w:val="222A36"/>
                <w:sz w:val="20"/>
              </w:rPr>
              <w:t>🔎 聖經博</w:t>
            </w:r>
          </w:p>
        </w:tc>
        <w:tc>
          <w:tcPr>
            <w:tcW w:type="dxa" w:w="6803"/>
          </w:tcPr>
          <w:p>
            <w:r/>
            <w:r>
              <w:rPr>
                <w:rFonts w:ascii="Microsoft JhengHei" w:hAnsi="Microsoft JhengHei" w:eastAsia="Microsoft JhengHei"/>
                <w:b w:val="0"/>
                <w:i w:val="0"/>
                <w:color w:val="222A36"/>
                <w:sz w:val="20"/>
              </w:rPr>
              <w:t>路加福音 23:39-43：十字架上的「今日」回答撒該的「今天」。</w:t>
            </w:r>
          </w:p>
        </w:tc>
      </w:tr>
      <w:tr>
        <w:tc>
          <w:tcPr>
            <w:tcW w:type="dxa" w:w="2268"/>
          </w:tcPr>
          <w:p>
            <w:r/>
            <w:r>
              <w:rPr>
                <w:rFonts w:ascii="Microsoft JhengHei" w:hAnsi="Microsoft JhengHei" w:eastAsia="Microsoft JhengHei"/>
                <w:b w:val="0"/>
                <w:i w:val="0"/>
                <w:color w:val="222A36"/>
                <w:sz w:val="20"/>
              </w:rPr>
              <w:t>⚖️ 神學博</w:t>
            </w:r>
          </w:p>
        </w:tc>
        <w:tc>
          <w:tcPr>
            <w:tcW w:type="dxa" w:w="6803"/>
          </w:tcPr>
          <w:p>
            <w:r/>
            <w:r>
              <w:rPr>
                <w:rFonts w:ascii="Microsoft JhengHei" w:hAnsi="Microsoft JhengHei" w:eastAsia="Microsoft JhengHei"/>
                <w:b w:val="0"/>
                <w:i w:val="0"/>
                <w:color w:val="222A36"/>
                <w:sz w:val="20"/>
              </w:rPr>
              <w:t>七日感恩禱告配合撒該改變挑戰：改變是喜樂的回應。</w:t>
            </w:r>
          </w:p>
        </w:tc>
      </w:tr>
      <w:tr>
        <w:tc>
          <w:tcPr>
            <w:tcW w:type="dxa" w:w="2268"/>
          </w:tcPr>
          <w:p>
            <w:r/>
            <w:r>
              <w:rPr>
                <w:rFonts w:ascii="Microsoft JhengHei" w:hAnsi="Microsoft JhengHei" w:eastAsia="Microsoft JhengHei"/>
                <w:b w:val="0"/>
                <w:i w:val="0"/>
                <w:color w:val="222A36"/>
                <w:sz w:val="20"/>
              </w:rPr>
              <w:t>🙏 禱告博</w:t>
            </w:r>
          </w:p>
        </w:tc>
        <w:tc>
          <w:tcPr>
            <w:tcW w:type="dxa" w:w="6803"/>
          </w:tcPr>
          <w:p>
            <w:r/>
            <w:r>
              <w:rPr>
                <w:rFonts w:ascii="Microsoft JhengHei" w:hAnsi="Microsoft JhengHei" w:eastAsia="Microsoft JhengHei"/>
                <w:b w:val="0"/>
                <w:i w:val="0"/>
                <w:color w:val="222A36"/>
                <w:sz w:val="20"/>
              </w:rPr>
              <w:t>用「耶穌，求你記念我」及開門禱告回應。</w:t>
            </w:r>
          </w:p>
        </w:tc>
      </w:tr>
      <w:tr>
        <w:tc>
          <w:tcPr>
            <w:tcW w:type="dxa" w:w="2268"/>
          </w:tcPr>
          <w:p>
            <w:r/>
            <w:r>
              <w:rPr>
                <w:rFonts w:ascii="Microsoft JhengHei" w:hAnsi="Microsoft JhengHei" w:eastAsia="Microsoft JhengHei"/>
                <w:b w:val="0"/>
                <w:i w:val="0"/>
                <w:color w:val="222A36"/>
                <w:sz w:val="20"/>
              </w:rPr>
              <w:t>🎲 課程博</w:t>
            </w:r>
          </w:p>
        </w:tc>
        <w:tc>
          <w:tcPr>
            <w:tcW w:type="dxa" w:w="6803"/>
          </w:tcPr>
          <w:p>
            <w:r/>
            <w:r>
              <w:rPr>
                <w:rFonts w:ascii="Microsoft JhengHei" w:hAnsi="Microsoft JhengHei" w:eastAsia="Microsoft JhengHei"/>
                <w:b w:val="0"/>
                <w:i w:val="0"/>
                <w:color w:val="222A36"/>
                <w:sz w:val="20"/>
              </w:rPr>
              <w:t>兩個今天 → 想像默觀 → 體感遊戲 → 改變挑戰（四站祈禱為活動室延伸）。</w:t>
            </w:r>
          </w:p>
        </w:tc>
      </w:tr>
    </w:tbl>
    <w:p/>
    <w:p>
      <w:pPr>
        <w:spacing w:after="20"/>
      </w:pPr>
      <w:r>
        <w:rPr>
          <w:rFonts w:ascii="Microsoft JhengHei" w:hAnsi="Microsoft JhengHei" w:eastAsia="Microsoft JhengHei"/>
          <w:b w:val="0"/>
          <w:i w:val="0"/>
          <w:color w:val="6B7280"/>
          <w:sz w:val="18"/>
        </w:rPr>
        <w:t>🎒 需求博 · 為甚麼：我按之前的需要審視第二課：想像默觀適合沉默的同學，但要給退出的方法（可以只聽或張開眼）。體感遊戲吸引好動的同學，但部分同學不想站在鏡頭前。十字架的故事可能觸動內疚，要強調恩典。改變挑戰要很小，避免做不到再自卑。</w:t>
      </w:r>
    </w:p>
    <w:p>
      <w:pPr>
        <w:spacing w:after="20"/>
      </w:pPr>
      <w:r>
        <w:rPr>
          <w:rFonts w:ascii="Microsoft JhengHei" w:hAnsi="Microsoft JhengHei" w:eastAsia="Microsoft JhengHei"/>
          <w:b w:val="0"/>
          <w:i w:val="0"/>
          <w:color w:val="6B7280"/>
          <w:sz w:val="18"/>
        </w:rPr>
        <w:t xml:space="preserve">　依據：自我價值偏低（改變要小、可做到）</w:t>
      </w:r>
    </w:p>
    <w:p>
      <w:pPr>
        <w:spacing w:after="20"/>
      </w:pPr>
      <w:r>
        <w:rPr>
          <w:rFonts w:ascii="Microsoft JhengHei" w:hAnsi="Microsoft JhengHei" w:eastAsia="Microsoft JhengHei"/>
          <w:b w:val="0"/>
          <w:i w:val="0"/>
          <w:color w:val="6B7280"/>
          <w:sz w:val="18"/>
        </w:rPr>
        <w:t xml:space="preserve">　依據：沉默被動（可以只聽或做其他角色）</w:t>
      </w:r>
    </w:p>
    <w:p>
      <w:pPr>
        <w:spacing w:after="20"/>
      </w:pPr>
      <w:r>
        <w:rPr>
          <w:rFonts w:ascii="Microsoft JhengHei" w:hAnsi="Microsoft JhengHei" w:eastAsia="Microsoft JhengHei"/>
          <w:b w:val="0"/>
          <w:i w:val="0"/>
          <w:color w:val="6B7280"/>
          <w:sz w:val="18"/>
        </w:rPr>
        <w:t>🔎 聖經博 · 為甚麼：第一課留下問題：耶穌為何認識我、要到我家？同學一星期在十字架故事中尋寶。路加福音把兩個「今天」放在一起：耶穌對撒該說「今天救恩到了這家」，在十字架上對強盜說「今日你要同我在樂園裏」。強盜和撒該一樣被標籤為罪人，卻都在「今天」被耶穌接納。這說明耶穌認識我、要到我家，因為祂為我死；而復活的耶穌在以馬忤斯與門徒坐席，今天仍要到我們的生活裏。need_verses 從經文庫選羅馬書 5:8（神的愛顯明）及約翰福音 15:15（耶穌稱我們為朋友）。</w:t>
      </w:r>
    </w:p>
    <w:p>
      <w:pPr>
        <w:spacing w:after="20"/>
      </w:pPr>
      <w:r>
        <w:rPr>
          <w:rFonts w:ascii="Microsoft JhengHei" w:hAnsi="Microsoft JhengHei" w:eastAsia="Microsoft JhengHei"/>
          <w:b w:val="0"/>
          <w:i w:val="0"/>
          <w:color w:val="6B7280"/>
          <w:sz w:val="18"/>
        </w:rPr>
        <w:t xml:space="preserve">　依據：Romans 8:38-39：保羅總結：沒有任何事物能叫我們與神在基督裏的愛隔絕。（經文庫：被離棄、自我形象低）　https://bible.fhl.net/new/read.php?VERSION1=unv&amp;strongflag=0&amp;TABFLAG=1&amp;chineses=%E7%BE%85&amp;chap=8&amp;sec=38</w:t>
      </w:r>
    </w:p>
    <w:p>
      <w:pPr>
        <w:spacing w:after="20"/>
      </w:pPr>
      <w:r>
        <w:rPr>
          <w:rFonts w:ascii="Microsoft JhengHei" w:hAnsi="Microsoft JhengHei" w:eastAsia="Microsoft JhengHei"/>
          <w:b w:val="0"/>
          <w:i w:val="0"/>
          <w:color w:val="6B7280"/>
          <w:sz w:val="18"/>
        </w:rPr>
        <w:t xml:space="preserve">　依據：Luke 23:42-43（十字架上的今日）　https://bible.fhl.net/new/read.php?VERSION1=unv&amp;strongflag=0&amp;TABFLAG=1&amp;chineses=%E8%B7%AF&amp;chap=23&amp;sec=42</w:t>
      </w:r>
    </w:p>
    <w:p>
      <w:pPr>
        <w:spacing w:after="20"/>
      </w:pPr>
      <w:r>
        <w:rPr>
          <w:rFonts w:ascii="Microsoft JhengHei" w:hAnsi="Microsoft JhengHei" w:eastAsia="Microsoft JhengHei"/>
          <w:b w:val="0"/>
          <w:i w:val="0"/>
          <w:color w:val="6B7280"/>
          <w:sz w:val="18"/>
        </w:rPr>
        <w:t xml:space="preserve">　依據：Luke 19:9（撒該家的今天）　https://bible.fhl.net/new/read.php?VERSION1=unv&amp;strongflag=0&amp;TABFLAG=1&amp;chineses=%E8%B7%AF&amp;chap=19&amp;sec=9</w:t>
      </w:r>
    </w:p>
    <w:p>
      <w:pPr>
        <w:spacing w:after="20"/>
      </w:pPr>
      <w:r>
        <w:rPr>
          <w:rFonts w:ascii="Microsoft JhengHei" w:hAnsi="Microsoft JhengHei" w:eastAsia="Microsoft JhengHei"/>
          <w:b w:val="0"/>
          <w:i w:val="0"/>
          <w:color w:val="6B7280"/>
          <w:sz w:val="18"/>
        </w:rPr>
        <w:t xml:space="preserve">　依據：John 15:15：耶穌在最後晚餐稱門徒為朋友，不再稱他們為僕人。（經文庫：孤單、自我形象低）　https://bible.fhl.net/new/read.php?VERSION1=unv&amp;strongflag=0&amp;TABFLAG=1&amp;chineses=%E7%B4%84&amp;chap=15&amp;sec=15</w:t>
      </w:r>
    </w:p>
    <w:p>
      <w:pPr>
        <w:spacing w:after="20"/>
      </w:pPr>
      <w:r>
        <w:rPr>
          <w:rFonts w:ascii="Microsoft JhengHei" w:hAnsi="Microsoft JhengHei" w:eastAsia="Microsoft JhengHei"/>
          <w:b w:val="0"/>
          <w:i w:val="0"/>
          <w:color w:val="6B7280"/>
          <w:sz w:val="18"/>
        </w:rPr>
        <w:t xml:space="preserve">　依據：從耶穌受死的故事找答案（老師要求）</w:t>
      </w:r>
    </w:p>
    <w:p>
      <w:pPr>
        <w:spacing w:after="20"/>
      </w:pPr>
      <w:r>
        <w:rPr>
          <w:rFonts w:ascii="Microsoft JhengHei" w:hAnsi="Microsoft JhengHei" w:eastAsia="Microsoft JhengHei"/>
          <w:b w:val="0"/>
          <w:i w:val="0"/>
          <w:color w:val="6B7280"/>
          <w:sz w:val="18"/>
        </w:rPr>
        <w:t>⚖️ 神學博 · 為甚麼：聖經博把十字架的「今日」與撒該的「今天」連起來：答案是耶穌為我死、為我復活。自我價值低的同學最容易把十字架聽成「都是我的錯」，所以我強調恩典與喜樂：撒該是「歡歡喜喜地」接待，改變是被愛後的回應。操練選「七日感恩禱告」，讓同學每天記得耶穌為自己做的事，再配合撒該改變挑戰（路加福音 19:8），把感恩變成行動。</w:t>
      </w:r>
    </w:p>
    <w:p>
      <w:pPr>
        <w:spacing w:after="20"/>
      </w:pPr>
      <w:r>
        <w:rPr>
          <w:rFonts w:ascii="Microsoft JhengHei" w:hAnsi="Microsoft JhengHei" w:eastAsia="Microsoft JhengHei"/>
          <w:b w:val="0"/>
          <w:i w:val="0"/>
          <w:color w:val="6B7280"/>
          <w:sz w:val="18"/>
        </w:rPr>
        <w:t xml:space="preserve">　依據：七日感恩禱告（7 日，每日 2 分鐘）（操練庫：七日感恩禱告）</w:t>
      </w:r>
    </w:p>
    <w:p>
      <w:pPr>
        <w:spacing w:after="20"/>
      </w:pPr>
      <w:r>
        <w:rPr>
          <w:rFonts w:ascii="Microsoft JhengHei" w:hAnsi="Microsoft JhengHei" w:eastAsia="Microsoft JhengHei"/>
          <w:b w:val="0"/>
          <w:i w:val="0"/>
          <w:color w:val="6B7280"/>
          <w:sz w:val="18"/>
        </w:rPr>
        <w:t xml:space="preserve">　依據：Luke 19:8（撒該的具體改變）　https://bible.fhl.net/new/read.php?VERSION1=unv&amp;strongflag=0&amp;TABFLAG=1&amp;chineses=%E8%B7%AF&amp;chap=19&amp;sec=8</w:t>
      </w:r>
    </w:p>
    <w:p>
      <w:pPr>
        <w:spacing w:after="20"/>
      </w:pPr>
      <w:r>
        <w:rPr>
          <w:rFonts w:ascii="Microsoft JhengHei" w:hAnsi="Microsoft JhengHei" w:eastAsia="Microsoft JhengHei"/>
          <w:b w:val="0"/>
          <w:i w:val="0"/>
          <w:color w:val="6B7280"/>
          <w:sz w:val="18"/>
        </w:rPr>
        <w:t xml:space="preserve">　依據：Romans 5:8（愛先於改變）　https://bible.fhl.net/new/read.php?VERSION1=unv&amp;strongflag=0&amp;TABFLAG=1&amp;chineses=%E7%BE%85&amp;chap=5&amp;sec=8</w:t>
      </w:r>
    </w:p>
    <w:p>
      <w:pPr>
        <w:spacing w:after="20"/>
      </w:pPr>
      <w:r>
        <w:rPr>
          <w:rFonts w:ascii="Microsoft JhengHei" w:hAnsi="Microsoft JhengHei" w:eastAsia="Microsoft JhengHei"/>
          <w:b w:val="0"/>
          <w:i w:val="0"/>
          <w:color w:val="6B7280"/>
          <w:sz w:val="18"/>
        </w:rPr>
        <w:t xml:space="preserve">　依據：像撒該一樣有實際的改變（老師的目標）</w:t>
      </w:r>
    </w:p>
    <w:p>
      <w:pPr>
        <w:spacing w:after="20"/>
      </w:pPr>
      <w:r>
        <w:rPr>
          <w:rFonts w:ascii="Microsoft JhengHei" w:hAnsi="Microsoft JhengHei" w:eastAsia="Microsoft JhengHei"/>
          <w:b w:val="0"/>
          <w:i w:val="0"/>
          <w:color w:val="6B7280"/>
          <w:sz w:val="18"/>
        </w:rPr>
        <w:t>🙏 禱告博 · 為甚麼：我接聖經博及神學博的棒：十字架上的「今日」與撒該的「今天」相連，回應是開門及喜樂的改變。強盜的禱告只有一句「求你記念我」，最適合沉默被動、不懂禱告的同學。禱告箱以「開門」為主線，並在祈禱站中使用。</w:t>
      </w:r>
    </w:p>
    <w:p>
      <w:pPr>
        <w:spacing w:after="20"/>
      </w:pPr>
      <w:r>
        <w:rPr>
          <w:rFonts w:ascii="Microsoft JhengHei" w:hAnsi="Microsoft JhengHei" w:eastAsia="Microsoft JhengHei"/>
          <w:b w:val="0"/>
          <w:i w:val="0"/>
          <w:color w:val="6B7280"/>
          <w:sz w:val="18"/>
        </w:rPr>
        <w:t xml:space="preserve">　依據：Luke 23:42-43（強盜的一句禱告）　https://bible.fhl.net/new/read.php?VERSION1=unv&amp;strongflag=0&amp;TABFLAG=1&amp;chineses=%E8%B7%AF&amp;chap=23&amp;sec=42</w:t>
      </w:r>
    </w:p>
    <w:p>
      <w:pPr>
        <w:spacing w:after="20"/>
      </w:pPr>
      <w:r>
        <w:rPr>
          <w:rFonts w:ascii="Microsoft JhengHei" w:hAnsi="Microsoft JhengHei" w:eastAsia="Microsoft JhengHei"/>
          <w:b w:val="0"/>
          <w:i w:val="0"/>
          <w:color w:val="6B7280"/>
          <w:sz w:val="18"/>
        </w:rPr>
        <w:t xml:space="preserve">　依據：Revelation 3:20（開門的禱告）　https://bible.fhl.net/new/read.php?VERSION1=unv&amp;strongflag=0&amp;TABFLAG=1&amp;chineses=%E5%95%9F&amp;chap=3&amp;sec=20</w:t>
      </w:r>
    </w:p>
    <w:p>
      <w:pPr>
        <w:spacing w:after="20"/>
      </w:pPr>
      <w:r>
        <w:rPr>
          <w:rFonts w:ascii="Microsoft JhengHei" w:hAnsi="Microsoft JhengHei" w:eastAsia="Microsoft JhengHei"/>
          <w:b w:val="0"/>
          <w:i w:val="0"/>
          <w:color w:val="6B7280"/>
          <w:sz w:val="18"/>
        </w:rPr>
        <w:t xml:space="preserve">　依據：七日感恩禱告（7 日，每日 2 分鐘）（神學博的操練）</w:t>
      </w:r>
    </w:p>
    <w:p>
      <w:pPr>
        <w:spacing w:after="20"/>
      </w:pPr>
      <w:r>
        <w:rPr>
          <w:rFonts w:ascii="Microsoft JhengHei" w:hAnsi="Microsoft JhengHei" w:eastAsia="Microsoft JhengHei"/>
          <w:b w:val="0"/>
          <w:i w:val="0"/>
          <w:color w:val="6B7280"/>
          <w:sz w:val="18"/>
        </w:rPr>
        <w:t>🎲 課程博 · 為甚麼：老師希望第二課非常互動，並用經驗證的基督教及天主教青少年活動。依納爵式想像默觀是天主教靈修傳統、亦廣為基督教使用，讓同學用感官「進入」故事；祈禱站是青少年事工常用的觸覺禱告形式；體感遊戲用身體經歷「爬上去、被看見、下來接待」。兩個「撒該與我們」活動完全不同：一個是安靜的想像，一個是動態的遊戲。最後以撒該改變挑戰落實行為改變。</w:t>
      </w:r>
    </w:p>
    <w:p>
      <w:pPr>
        <w:spacing w:after="20"/>
      </w:pPr>
      <w:r>
        <w:rPr>
          <w:rFonts w:ascii="Microsoft JhengHei" w:hAnsi="Microsoft JhengHei" w:eastAsia="Microsoft JhengHei"/>
          <w:b w:val="0"/>
          <w:i w:val="0"/>
          <w:color w:val="6B7280"/>
          <w:sz w:val="18"/>
        </w:rPr>
        <w:t xml:space="preserve">　依據：要非常互動，用天主教及基督教證明有效的活動（老師要求）</w:t>
      </w:r>
    </w:p>
    <w:p>
      <w:pPr>
        <w:spacing w:after="20"/>
      </w:pPr>
      <w:r>
        <w:rPr>
          <w:rFonts w:ascii="Microsoft JhengHei" w:hAnsi="Microsoft JhengHei" w:eastAsia="Microsoft JhengHei"/>
          <w:b w:val="0"/>
          <w:i w:val="0"/>
          <w:color w:val="6B7280"/>
          <w:sz w:val="18"/>
        </w:rPr>
        <w:t xml:space="preserve">　依據：Luke 19:1-10（想像默觀及體感遊戲的經文）　https://bible.fhl.net/new/read.php?VERSION1=unv&amp;strongflag=0&amp;TABFLAG=1&amp;chineses=%E8%B7%AF&amp;chap=19&amp;sec=1</w:t>
      </w:r>
    </w:p>
    <w:p>
      <w:pPr>
        <w:spacing w:after="20"/>
      </w:pPr>
      <w:r>
        <w:rPr>
          <w:rFonts w:ascii="Microsoft JhengHei" w:hAnsi="Microsoft JhengHei" w:eastAsia="Microsoft JhengHei"/>
          <w:b w:val="0"/>
          <w:i w:val="0"/>
          <w:color w:val="6B7280"/>
          <w:sz w:val="18"/>
        </w:rPr>
        <w:t xml:space="preserve">　依據：七日感恩禱告（7 日，每日 2 分鐘）（改變挑戰配合七日感恩禱告）</w:t>
      </w:r>
    </w:p>
    <w:p>
      <w:pPr>
        <w:spacing w:after="120" w:before="240"/>
      </w:pPr>
      <w:r>
        <w:rPr>
          <w:rFonts w:ascii="Microsoft JhengHei" w:hAnsi="Microsoft JhengHei" w:eastAsia="Microsoft JhengHei"/>
          <w:b/>
          <w:i w:val="0"/>
          <w:color w:val="A86B1F"/>
          <w:sz w:val="32"/>
        </w:rPr>
        <w:t>八、課後生活實踐</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帶回家</w:t>
            </w:r>
          </w:p>
        </w:tc>
        <w:tc>
          <w:tcPr>
            <w:tcW w:type="dxa" w:w="6803"/>
            <w:shd w:val="clear" w:fill="EFE7D6"/>
          </w:tcPr>
          <w:p>
            <w:r/>
            <w:r>
              <w:rPr>
                <w:rFonts w:ascii="Microsoft JhengHei" w:hAnsi="Microsoft JhengHei" w:eastAsia="Microsoft JhengHei"/>
                <w:b/>
                <w:i w:val="0"/>
                <w:color w:val="222A36"/>
                <w:sz w:val="20"/>
              </w:rPr>
              <w:t>內容</w:t>
            </w:r>
          </w:p>
        </w:tc>
      </w:tr>
      <w:tr>
        <w:tc>
          <w:tcPr>
            <w:tcW w:type="dxa" w:w="2268"/>
          </w:tcPr>
          <w:p>
            <w:r/>
            <w:r>
              <w:rPr>
                <w:rFonts w:ascii="Microsoft JhengHei" w:hAnsi="Microsoft JhengHei" w:eastAsia="Microsoft JhengHei"/>
                <w:b w:val="0"/>
                <w:i w:val="0"/>
                <w:color w:val="222A36"/>
                <w:sz w:val="20"/>
              </w:rPr>
              <w:t>撒該改變挑戰（七天）</w:t>
            </w:r>
          </w:p>
        </w:tc>
        <w:tc>
          <w:tcPr>
            <w:tcW w:type="dxa" w:w="6803"/>
          </w:tcPr>
          <w:p>
            <w:r/>
            <w:r>
              <w:rPr>
                <w:rFonts w:ascii="Microsoft JhengHei" w:hAnsi="Microsoft JhengHei" w:eastAsia="Microsoft JhengHei"/>
                <w:b w:val="0"/>
                <w:i w:val="0"/>
                <w:color w:val="222A36"/>
                <w:sz w:val="20"/>
              </w:rPr>
              <w:t>選一件小改變：道謝、歸還、幫助、陪伴或放下手機。每天做到就在卡上畫一個笑臉。</w:t>
            </w:r>
          </w:p>
        </w:tc>
      </w:tr>
      <w:tr>
        <w:tc>
          <w:tcPr>
            <w:tcW w:type="dxa" w:w="2268"/>
          </w:tcPr>
          <w:p>
            <w:r/>
            <w:r>
              <w:rPr>
                <w:rFonts w:ascii="Microsoft JhengHei" w:hAnsi="Microsoft JhengHei" w:eastAsia="Microsoft JhengHei"/>
                <w:b w:val="0"/>
                <w:i w:val="0"/>
                <w:color w:val="222A36"/>
                <w:sz w:val="20"/>
              </w:rPr>
              <w:t>七日感恩禱告及「開門」提醒</w:t>
            </w:r>
          </w:p>
        </w:tc>
        <w:tc>
          <w:tcPr>
            <w:tcW w:type="dxa" w:w="6803"/>
          </w:tcPr>
          <w:p>
            <w:r/>
            <w:r>
              <w:rPr>
                <w:rFonts w:ascii="Microsoft JhengHei" w:hAnsi="Microsoft JhengHei" w:eastAsia="Microsoft JhengHei"/>
                <w:b w:val="0"/>
                <w:i w:val="0"/>
                <w:color w:val="222A36"/>
                <w:sz w:val="20"/>
              </w:rPr>
              <w:t>每天一句感恩；回家開門或吃飯時，對耶穌說「請進來」。</w:t>
            </w:r>
          </w:p>
        </w:tc>
      </w:tr>
    </w:tbl>
    <w:p/>
    <w:p>
      <w:pPr>
        <w:spacing w:after="120" w:before="240"/>
      </w:pPr>
      <w:r>
        <w:rPr>
          <w:rFonts w:ascii="Microsoft JhengHei" w:hAnsi="Microsoft JhengHei" w:eastAsia="Microsoft JhengHei"/>
          <w:b/>
          <w:i w:val="0"/>
          <w:color w:val="222A36"/>
          <w:sz w:val="26"/>
        </w:rPr>
        <w:t>七日路徑</w:t>
      </w:r>
    </w:p>
    <w:tbl>
      <w:tblPr>
        <w:tblStyle w:val="TableGrid"/>
        <w:tblW w:type="auto" w:w="0"/>
        <w:tblLook w:firstColumn="1" w:firstRow="1" w:lastColumn="0" w:lastRow="0" w:noHBand="0" w:noVBand="1" w:val="04A0"/>
      </w:tblPr>
      <w:tblGrid>
        <w:gridCol w:w="4986"/>
        <w:gridCol w:w="4986"/>
      </w:tblGrid>
      <w:tr>
        <w:tc>
          <w:tcPr>
            <w:tcW w:type="dxa" w:w="1417"/>
            <w:shd w:val="clear" w:fill="EFE7D6"/>
          </w:tcPr>
          <w:p>
            <w:r/>
            <w:r>
              <w:rPr>
                <w:rFonts w:ascii="Microsoft JhengHei" w:hAnsi="Microsoft JhengHei" w:eastAsia="Microsoft JhengHei"/>
                <w:b/>
                <w:i w:val="0"/>
                <w:color w:val="222A36"/>
                <w:sz w:val="20"/>
              </w:rPr>
              <w:t>日</w:t>
            </w:r>
          </w:p>
        </w:tc>
        <w:tc>
          <w:tcPr>
            <w:tcW w:type="dxa" w:w="7654"/>
            <w:shd w:val="clear" w:fill="EFE7D6"/>
          </w:tcPr>
          <w:p>
            <w:r/>
            <w:r>
              <w:rPr>
                <w:rFonts w:ascii="Microsoft JhengHei" w:hAnsi="Microsoft JhengHei" w:eastAsia="Microsoft JhengHei"/>
                <w:b/>
                <w:i w:val="0"/>
                <w:color w:val="222A36"/>
                <w:sz w:val="20"/>
              </w:rPr>
              <w:t>步驟</w:t>
            </w:r>
          </w:p>
        </w:tc>
      </w:tr>
      <w:tr>
        <w:tc>
          <w:tcPr>
            <w:tcW w:type="dxa" w:w="1417"/>
          </w:tcPr>
          <w:p>
            <w:r/>
            <w:r>
              <w:rPr>
                <w:rFonts w:ascii="Microsoft JhengHei" w:hAnsi="Microsoft JhengHei" w:eastAsia="Microsoft JhengHei"/>
                <w:b w:val="0"/>
                <w:i w:val="0"/>
                <w:color w:val="222A36"/>
                <w:sz w:val="20"/>
              </w:rPr>
              <w:t>第 1 天</w:t>
            </w:r>
          </w:p>
        </w:tc>
        <w:tc>
          <w:tcPr>
            <w:tcW w:type="dxa" w:w="7654"/>
          </w:tcPr>
          <w:p>
            <w:r/>
            <w:r>
              <w:rPr>
                <w:rFonts w:ascii="Microsoft JhengHei" w:hAnsi="Microsoft JhengHei" w:eastAsia="Microsoft JhengHei"/>
                <w:b w:val="0"/>
                <w:i w:val="0"/>
                <w:color w:val="222A36"/>
                <w:sz w:val="20"/>
              </w:rPr>
              <w:t>信心×行動：開始撒該改變挑戰，並說一句感恩禱告。</w:t>
            </w:r>
          </w:p>
        </w:tc>
      </w:tr>
      <w:tr>
        <w:tc>
          <w:tcPr>
            <w:tcW w:type="dxa" w:w="1417"/>
          </w:tcPr>
          <w:p>
            <w:r/>
            <w:r>
              <w:rPr>
                <w:rFonts w:ascii="Microsoft JhengHei" w:hAnsi="Microsoft JhengHei" w:eastAsia="Microsoft JhengHei"/>
                <w:b w:val="0"/>
                <w:i w:val="0"/>
                <w:color w:val="222A36"/>
                <w:sz w:val="20"/>
              </w:rPr>
              <w:t>第 2 天</w:t>
            </w:r>
          </w:p>
        </w:tc>
        <w:tc>
          <w:tcPr>
            <w:tcW w:type="dxa" w:w="7654"/>
          </w:tcPr>
          <w:p>
            <w:r/>
            <w:r>
              <w:rPr>
                <w:rFonts w:ascii="Microsoft JhengHei" w:hAnsi="Microsoft JhengHei" w:eastAsia="Microsoft JhengHei"/>
                <w:b w:val="0"/>
                <w:i w:val="0"/>
                <w:color w:val="222A36"/>
                <w:sz w:val="20"/>
              </w:rPr>
              <w:t>打開「浪子回頭」，看天父怎樣迎接。</w:t>
            </w:r>
          </w:p>
        </w:tc>
      </w:tr>
      <w:tr>
        <w:tc>
          <w:tcPr>
            <w:tcW w:type="dxa" w:w="1417"/>
          </w:tcPr>
          <w:p>
            <w:r/>
            <w:r>
              <w:rPr>
                <w:rFonts w:ascii="Microsoft JhengHei" w:hAnsi="Microsoft JhengHei" w:eastAsia="Microsoft JhengHei"/>
                <w:b w:val="0"/>
                <w:i w:val="0"/>
                <w:color w:val="222A36"/>
                <w:sz w:val="20"/>
              </w:rPr>
              <w:t>第 3 天</w:t>
            </w:r>
          </w:p>
        </w:tc>
        <w:tc>
          <w:tcPr>
            <w:tcW w:type="dxa" w:w="7654"/>
          </w:tcPr>
          <w:p>
            <w:r/>
            <w:r>
              <w:rPr>
                <w:rFonts w:ascii="Microsoft JhengHei" w:hAnsi="Microsoft JhengHei" w:eastAsia="Microsoft JhengHei"/>
                <w:b w:val="0"/>
                <w:i w:val="0"/>
                <w:color w:val="222A36"/>
                <w:sz w:val="20"/>
              </w:rPr>
              <w:t>把啟示錄 3:20 加入經文記憶。</w:t>
            </w:r>
          </w:p>
        </w:tc>
      </w:tr>
      <w:tr>
        <w:tc>
          <w:tcPr>
            <w:tcW w:type="dxa" w:w="1417"/>
          </w:tcPr>
          <w:p>
            <w:r/>
            <w:r>
              <w:rPr>
                <w:rFonts w:ascii="Microsoft JhengHei" w:hAnsi="Microsoft JhengHei" w:eastAsia="Microsoft JhengHei"/>
                <w:b w:val="0"/>
                <w:i w:val="0"/>
                <w:color w:val="222A36"/>
                <w:sz w:val="20"/>
              </w:rPr>
              <w:t>第 4 天</w:t>
            </w:r>
          </w:p>
        </w:tc>
        <w:tc>
          <w:tcPr>
            <w:tcW w:type="dxa" w:w="7654"/>
          </w:tcPr>
          <w:p>
            <w:r/>
            <w:r>
              <w:rPr>
                <w:rFonts w:ascii="Microsoft JhengHei" w:hAnsi="Microsoft JhengHei" w:eastAsia="Microsoft JhengHei"/>
                <w:b w:val="0"/>
                <w:i w:val="0"/>
                <w:color w:val="222A36"/>
                <w:sz w:val="20"/>
              </w:rPr>
              <w:t>吃飯時對耶穌說：謝謝你和我一起吃。</w:t>
            </w:r>
          </w:p>
        </w:tc>
      </w:tr>
      <w:tr>
        <w:tc>
          <w:tcPr>
            <w:tcW w:type="dxa" w:w="1417"/>
          </w:tcPr>
          <w:p>
            <w:r/>
            <w:r>
              <w:rPr>
                <w:rFonts w:ascii="Microsoft JhengHei" w:hAnsi="Microsoft JhengHei" w:eastAsia="Microsoft JhengHei"/>
                <w:b w:val="0"/>
                <w:i w:val="0"/>
                <w:color w:val="222A36"/>
                <w:sz w:val="20"/>
              </w:rPr>
              <w:t>第 5 天</w:t>
            </w:r>
          </w:p>
        </w:tc>
        <w:tc>
          <w:tcPr>
            <w:tcW w:type="dxa" w:w="7654"/>
          </w:tcPr>
          <w:p>
            <w:r/>
            <w:r>
              <w:rPr>
                <w:rFonts w:ascii="Microsoft JhengHei" w:hAnsi="Microsoft JhengHei" w:eastAsia="Microsoft JhengHei"/>
                <w:b w:val="0"/>
                <w:i w:val="0"/>
                <w:color w:val="222A36"/>
                <w:sz w:val="20"/>
              </w:rPr>
              <w:t>做當天的改變，並開 15 分鐘專注時段。</w:t>
            </w:r>
          </w:p>
        </w:tc>
      </w:tr>
      <w:tr>
        <w:tc>
          <w:tcPr>
            <w:tcW w:type="dxa" w:w="1417"/>
          </w:tcPr>
          <w:p>
            <w:r/>
            <w:r>
              <w:rPr>
                <w:rFonts w:ascii="Microsoft JhengHei" w:hAnsi="Microsoft JhengHei" w:eastAsia="Microsoft JhengHei"/>
                <w:b w:val="0"/>
                <w:i w:val="0"/>
                <w:color w:val="222A36"/>
                <w:sz w:val="20"/>
              </w:rPr>
              <w:t>第 6 天</w:t>
            </w:r>
          </w:p>
        </w:tc>
        <w:tc>
          <w:tcPr>
            <w:tcW w:type="dxa" w:w="7654"/>
          </w:tcPr>
          <w:p>
            <w:r/>
            <w:r>
              <w:rPr>
                <w:rFonts w:ascii="Microsoft JhengHei" w:hAnsi="Microsoft JhengHei" w:eastAsia="Microsoft JhengHei"/>
                <w:b w:val="0"/>
                <w:i w:val="0"/>
                <w:color w:val="222A36"/>
                <w:sz w:val="20"/>
              </w:rPr>
              <w:t>寫下或拍下耶穌到過你「家」的一刻。</w:t>
            </w:r>
          </w:p>
        </w:tc>
      </w:tr>
      <w:tr>
        <w:tc>
          <w:tcPr>
            <w:tcW w:type="dxa" w:w="1417"/>
          </w:tcPr>
          <w:p>
            <w:r/>
            <w:r>
              <w:rPr>
                <w:rFonts w:ascii="Microsoft JhengHei" w:hAnsi="Microsoft JhengHei" w:eastAsia="Microsoft JhengHei"/>
                <w:b w:val="0"/>
                <w:i w:val="0"/>
                <w:color w:val="222A36"/>
                <w:sz w:val="20"/>
              </w:rPr>
              <w:t>第 7 天</w:t>
            </w:r>
          </w:p>
        </w:tc>
        <w:tc>
          <w:tcPr>
            <w:tcW w:type="dxa" w:w="7654"/>
          </w:tcPr>
          <w:p>
            <w:r/>
            <w:r>
              <w:rPr>
                <w:rFonts w:ascii="Microsoft JhengHei" w:hAnsi="Microsoft JhengHei" w:eastAsia="Microsoft JhengHei"/>
                <w:b w:val="0"/>
                <w:i w:val="0"/>
                <w:color w:val="222A36"/>
                <w:sz w:val="20"/>
              </w:rPr>
              <w:t>回看改變卡，向耶穌說一句感謝。</w:t>
            </w:r>
          </w:p>
        </w:tc>
      </w:tr>
    </w:tbl>
    <w:p/>
    <w:p>
      <w:pPr>
        <w:spacing w:after="120" w:before="240"/>
      </w:pPr>
      <w:r>
        <w:rPr>
          <w:rFonts w:ascii="Microsoft JhengHei" w:hAnsi="Microsoft JhengHei" w:eastAsia="Microsoft JhengHei"/>
          <w:b/>
          <w:i w:val="0"/>
          <w:color w:val="222A36"/>
          <w:sz w:val="26"/>
        </w:rPr>
        <w:t>創意任務（學生自選）</w:t>
      </w:r>
    </w:p>
    <w:p>
      <w:pPr>
        <w:spacing w:after="80"/>
      </w:pPr>
      <w:r>
        <w:rPr>
          <w:rFonts w:ascii="Microsoft JhengHei" w:hAnsi="Microsoft JhengHei" w:eastAsia="Microsoft JhengHei"/>
          <w:b w:val="0"/>
          <w:i w:val="0"/>
          <w:color w:val="222A36"/>
          <w:sz w:val="22"/>
        </w:rPr>
        <w:t>• 爬上桑樹說唱：跟着網頁的節拍，寫四句說唱：被看低的感受、爬上樹、耶穌叫我的名字、求主加添我信心。　〔路加福音 19:5〕</w:t>
      </w:r>
    </w:p>
    <w:p>
      <w:pPr>
        <w:spacing w:after="80"/>
      </w:pPr>
      <w:r>
        <w:rPr>
          <w:rFonts w:ascii="Microsoft JhengHei" w:hAnsi="Microsoft JhengHei" w:eastAsia="Microsoft JhengHei"/>
          <w:b w:val="0"/>
          <w:i w:val="0"/>
          <w:color w:val="6B7280"/>
          <w:sz w:val="20"/>
        </w:rPr>
        <w:t xml:space="preserve">  不用押韻得很好，也不用公開唱。　分享方式：可以保密。</w:t>
      </w:r>
    </w:p>
    <w:p>
      <w:pPr>
        <w:spacing w:after="80"/>
      </w:pPr>
      <w:r>
        <w:rPr>
          <w:rFonts w:ascii="Microsoft JhengHei" w:hAnsi="Microsoft JhengHei" w:eastAsia="Microsoft JhengHei"/>
          <w:b w:val="0"/>
          <w:i w:val="0"/>
          <w:color w:val="222A36"/>
          <w:sz w:val="22"/>
        </w:rPr>
        <w:t>• 復活的主到我家（相片日記）：這星期拍三張相（不拍人臉）：你覺得耶穌到過的地方，例如一頓飯、一個安靜角落、一次被幫助。　〔路加福音 24:30-31〕</w:t>
      </w:r>
    </w:p>
    <w:p>
      <w:pPr>
        <w:spacing w:after="80"/>
      </w:pPr>
      <w:r>
        <w:rPr>
          <w:rFonts w:ascii="Microsoft JhengHei" w:hAnsi="Microsoft JhengHei" w:eastAsia="Microsoft JhengHei"/>
          <w:b w:val="0"/>
          <w:i w:val="0"/>
          <w:color w:val="6B7280"/>
          <w:sz w:val="20"/>
        </w:rPr>
        <w:t xml:space="preserve">  完全自願。　分享方式：可以只留給自己。</w:t>
      </w:r>
    </w:p>
    <w:p>
      <w:pPr>
        <w:spacing w:after="80"/>
      </w:pPr>
      <w:r>
        <w:rPr>
          <w:rFonts w:ascii="Microsoft JhengHei" w:hAnsi="Microsoft JhengHei" w:eastAsia="Microsoft JhengHei"/>
          <w:b w:val="0"/>
          <w:i w:val="0"/>
          <w:color w:val="222A36"/>
          <w:sz w:val="22"/>
        </w:rPr>
        <w:t>• 撒該的一封回信：想像撒該在耶穌復活後寫信給你：他會告訴你耶穌到他家之後發生了甚麼？寫三句。　〔路加福音 19:8〕</w:t>
      </w:r>
    </w:p>
    <w:p>
      <w:pPr>
        <w:spacing w:after="80"/>
      </w:pPr>
      <w:r>
        <w:rPr>
          <w:rFonts w:ascii="Microsoft JhengHei" w:hAnsi="Microsoft JhengHei" w:eastAsia="Microsoft JhengHei"/>
          <w:b w:val="0"/>
          <w:i w:val="0"/>
          <w:color w:val="6B7280"/>
          <w:sz w:val="20"/>
        </w:rPr>
        <w:t xml:space="preserve">  不用交。　分享方式：可以不公開。</w:t>
      </w:r>
    </w:p>
    <w:p>
      <w:pPr>
        <w:spacing w:after="120" w:before="240"/>
      </w:pPr>
      <w:r>
        <w:rPr>
          <w:rFonts w:ascii="Microsoft JhengHei" w:hAnsi="Microsoft JhengHei" w:eastAsia="Microsoft JhengHei"/>
          <w:b/>
          <w:i w:val="0"/>
          <w:color w:val="222A36"/>
          <w:sz w:val="26"/>
        </w:rPr>
        <w:t>📱 Reclaim2K 課後跟進路徑</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907"/>
            <w:shd w:val="clear" w:fill="EFE7D6"/>
          </w:tcPr>
          <w:p>
            <w:r/>
            <w:r>
              <w:rPr>
                <w:rFonts w:ascii="Microsoft JhengHei" w:hAnsi="Microsoft JhengHei" w:eastAsia="Microsoft JhengHei"/>
                <w:b/>
                <w:i w:val="0"/>
                <w:color w:val="222A36"/>
                <w:sz w:val="20"/>
              </w:rPr>
              <w:t>日</w:t>
            </w:r>
          </w:p>
        </w:tc>
        <w:tc>
          <w:tcPr>
            <w:tcW w:type="dxa" w:w="1814"/>
            <w:shd w:val="clear" w:fill="EFE7D6"/>
          </w:tcPr>
          <w:p>
            <w:r/>
            <w:r>
              <w:rPr>
                <w:rFonts w:ascii="Microsoft JhengHei" w:hAnsi="Microsoft JhengHei" w:eastAsia="Microsoft JhengHei"/>
                <w:b/>
                <w:i w:val="0"/>
                <w:color w:val="222A36"/>
                <w:sz w:val="20"/>
              </w:rPr>
              <w:t>項目</w:t>
            </w:r>
          </w:p>
        </w:tc>
        <w:tc>
          <w:tcPr>
            <w:tcW w:type="dxa" w:w="2494"/>
            <w:shd w:val="clear" w:fill="EFE7D6"/>
          </w:tcPr>
          <w:p>
            <w:r/>
            <w:r>
              <w:rPr>
                <w:rFonts w:ascii="Microsoft JhengHei" w:hAnsi="Microsoft JhengHei" w:eastAsia="Microsoft JhengHei"/>
                <w:b/>
                <w:i w:val="0"/>
                <w:color w:val="222A36"/>
                <w:sz w:val="20"/>
              </w:rPr>
              <w:t>做甚麼</w:t>
            </w:r>
          </w:p>
        </w:tc>
        <w:tc>
          <w:tcPr>
            <w:tcW w:type="dxa" w:w="2268"/>
            <w:shd w:val="clear" w:fill="EFE7D6"/>
          </w:tcPr>
          <w:p>
            <w:r/>
            <w:r>
              <w:rPr>
                <w:rFonts w:ascii="Microsoft JhengHei" w:hAnsi="Microsoft JhengHei" w:eastAsia="Microsoft JhengHei"/>
                <w:b/>
                <w:i w:val="0"/>
                <w:color w:val="222A36"/>
                <w:sz w:val="20"/>
              </w:rPr>
              <w:t>為何</w:t>
            </w:r>
          </w:p>
        </w:tc>
        <w:tc>
          <w:tcPr>
            <w:tcW w:type="dxa" w:w="2041"/>
            <w:shd w:val="clear" w:fill="EFE7D6"/>
          </w:tcPr>
          <w:p>
            <w:r/>
            <w:r>
              <w:rPr>
                <w:rFonts w:ascii="Microsoft JhengHei" w:hAnsi="Microsoft JhengHei" w:eastAsia="Microsoft JhengHei"/>
                <w:b/>
                <w:i w:val="0"/>
                <w:color w:val="222A36"/>
                <w:sz w:val="20"/>
              </w:rPr>
              <w:t>連結</w:t>
            </w:r>
          </w:p>
        </w:tc>
      </w:tr>
      <w:tr>
        <w:tc>
          <w:tcPr>
            <w:tcW w:type="dxa" w:w="907"/>
          </w:tcPr>
          <w:p>
            <w:r/>
            <w:r>
              <w:rPr>
                <w:rFonts w:ascii="Microsoft JhengHei" w:hAnsi="Microsoft JhengHei" w:eastAsia="Microsoft JhengHei"/>
                <w:b w:val="0"/>
                <w:i w:val="0"/>
                <w:color w:val="222A36"/>
                <w:sz w:val="20"/>
              </w:rPr>
              <w:t>第 1 天</w:t>
            </w:r>
          </w:p>
        </w:tc>
        <w:tc>
          <w:tcPr>
            <w:tcW w:type="dxa" w:w="1814"/>
          </w:tcPr>
          <w:p>
            <w:r/>
            <w:r>
              <w:rPr>
                <w:rFonts w:ascii="Microsoft JhengHei" w:hAnsi="Microsoft JhengHei" w:eastAsia="Microsoft JhengHei"/>
                <w:b w:val="0"/>
                <w:i w:val="0"/>
                <w:color w:val="222A36"/>
                <w:sz w:val="20"/>
              </w:rPr>
              <w:t>經歷神的愛</w:t>
            </w:r>
          </w:p>
        </w:tc>
        <w:tc>
          <w:tcPr>
            <w:tcW w:type="dxa" w:w="2494"/>
          </w:tcPr>
          <w:p>
            <w:r/>
            <w:r>
              <w:rPr>
                <w:rFonts w:ascii="Microsoft JhengHei" w:hAnsi="Microsoft JhengHei" w:eastAsia="Microsoft JhengHei"/>
                <w:b w:val="0"/>
                <w:i w:val="0"/>
                <w:color w:val="222A36"/>
                <w:sz w:val="20"/>
              </w:rPr>
              <w:t>開始「經歷神的愛」第一天靈修。</w:t>
            </w:r>
          </w:p>
        </w:tc>
        <w:tc>
          <w:tcPr>
            <w:tcW w:type="dxa" w:w="2268"/>
          </w:tcPr>
          <w:p>
            <w:r/>
            <w:r>
              <w:rPr>
                <w:rFonts w:ascii="Microsoft JhengHei" w:hAnsi="Microsoft JhengHei" w:eastAsia="Microsoft JhengHei"/>
                <w:b w:val="0"/>
                <w:i w:val="0"/>
                <w:color w:val="222A36"/>
                <w:sz w:val="20"/>
              </w:rPr>
              <w:t>延續十字架上的愛：耶穌為我死，今天仍愛我。</w:t>
            </w:r>
          </w:p>
        </w:tc>
        <w:tc>
          <w:tcPr>
            <w:tcW w:type="dxa" w:w="2041"/>
          </w:tcPr>
          <w:p>
            <w:r/>
            <w:r>
              <w:rPr>
                <w:rFonts w:ascii="Microsoft JhengHei" w:hAnsi="Microsoft JhengHei" w:eastAsia="Microsoft JhengHei"/>
                <w:b w:val="0"/>
                <w:i w:val="0"/>
                <w:color w:val="222A36"/>
                <w:sz w:val="20"/>
              </w:rPr>
              <w:t>https://app.reclaim2k.org/#go=devote&amp;plan=plan_love_of_god</w:t>
            </w:r>
          </w:p>
        </w:tc>
      </w:tr>
      <w:tr>
        <w:tc>
          <w:tcPr>
            <w:tcW w:type="dxa" w:w="907"/>
          </w:tcPr>
          <w:p>
            <w:r/>
            <w:r>
              <w:rPr>
                <w:rFonts w:ascii="Microsoft JhengHei" w:hAnsi="Microsoft JhengHei" w:eastAsia="Microsoft JhengHei"/>
                <w:b w:val="0"/>
                <w:i w:val="0"/>
                <w:color w:val="222A36"/>
                <w:sz w:val="20"/>
              </w:rPr>
              <w:t>第 2 天</w:t>
            </w:r>
          </w:p>
        </w:tc>
        <w:tc>
          <w:tcPr>
            <w:tcW w:type="dxa" w:w="1814"/>
          </w:tcPr>
          <w:p>
            <w:r/>
            <w:r>
              <w:rPr>
                <w:rFonts w:ascii="Microsoft JhengHei" w:hAnsi="Microsoft JhengHei" w:eastAsia="Microsoft JhengHei"/>
                <w:b w:val="0"/>
                <w:i w:val="0"/>
                <w:color w:val="222A36"/>
                <w:sz w:val="20"/>
              </w:rPr>
              <w:t>浪子回頭</w:t>
            </w:r>
          </w:p>
        </w:tc>
        <w:tc>
          <w:tcPr>
            <w:tcW w:type="dxa" w:w="2494"/>
          </w:tcPr>
          <w:p>
            <w:r/>
            <w:r>
              <w:rPr>
                <w:rFonts w:ascii="Microsoft JhengHei" w:hAnsi="Microsoft JhengHei" w:eastAsia="Microsoft JhengHei"/>
                <w:b w:val="0"/>
                <w:i w:val="0"/>
                <w:color w:val="222A36"/>
                <w:sz w:val="20"/>
              </w:rPr>
              <w:t>打開「浪子回頭」，看天父怎樣奔跑迎接回家的人。</w:t>
            </w:r>
          </w:p>
        </w:tc>
        <w:tc>
          <w:tcPr>
            <w:tcW w:type="dxa" w:w="2268"/>
          </w:tcPr>
          <w:p>
            <w:r/>
            <w:r>
              <w:rPr>
                <w:rFonts w:ascii="Microsoft JhengHei" w:hAnsi="Microsoft JhengHei" w:eastAsia="Microsoft JhengHei"/>
                <w:b w:val="0"/>
                <w:i w:val="0"/>
                <w:color w:val="222A36"/>
                <w:sz w:val="20"/>
              </w:rPr>
              <w:t>再一次看見神接納被看不起的人。</w:t>
            </w:r>
          </w:p>
        </w:tc>
        <w:tc>
          <w:tcPr>
            <w:tcW w:type="dxa" w:w="2041"/>
          </w:tcPr>
          <w:p>
            <w:r/>
            <w:r>
              <w:rPr>
                <w:rFonts w:ascii="Microsoft JhengHei" w:hAnsi="Microsoft JhengHei" w:eastAsia="Microsoft JhengHei"/>
                <w:b w:val="0"/>
                <w:i w:val="0"/>
                <w:color w:val="222A36"/>
                <w:sz w:val="20"/>
              </w:rPr>
              <w:t>https://reclaim2k.org/prodigal-son</w:t>
            </w:r>
          </w:p>
        </w:tc>
      </w:tr>
      <w:tr>
        <w:tc>
          <w:tcPr>
            <w:tcW w:type="dxa" w:w="907"/>
          </w:tcPr>
          <w:p>
            <w:r/>
            <w:r>
              <w:rPr>
                <w:rFonts w:ascii="Microsoft JhengHei" w:hAnsi="Microsoft JhengHei" w:eastAsia="Microsoft JhengHei"/>
                <w:b w:val="0"/>
                <w:i w:val="0"/>
                <w:color w:val="222A36"/>
                <w:sz w:val="20"/>
              </w:rPr>
              <w:t>第 3 天</w:t>
            </w:r>
          </w:p>
        </w:tc>
        <w:tc>
          <w:tcPr>
            <w:tcW w:type="dxa" w:w="1814"/>
          </w:tcPr>
          <w:p>
            <w:r/>
            <w:r>
              <w:rPr>
                <w:rFonts w:ascii="Microsoft JhengHei" w:hAnsi="Microsoft JhengHei" w:eastAsia="Microsoft JhengHei"/>
                <w:b w:val="0"/>
                <w:i w:val="0"/>
                <w:color w:val="222A36"/>
                <w:sz w:val="20"/>
              </w:rPr>
              <w:t>經文記憶</w:t>
            </w:r>
          </w:p>
        </w:tc>
        <w:tc>
          <w:tcPr>
            <w:tcW w:type="dxa" w:w="2494"/>
          </w:tcPr>
          <w:p>
            <w:r/>
            <w:r>
              <w:rPr>
                <w:rFonts w:ascii="Microsoft JhengHei" w:hAnsi="Microsoft JhengHei" w:eastAsia="Microsoft JhengHei"/>
                <w:b w:val="0"/>
                <w:i w:val="0"/>
                <w:color w:val="222A36"/>
                <w:sz w:val="20"/>
              </w:rPr>
              <w:t>在經文記憶加入啟示錄 3:20，讀三次。</w:t>
            </w:r>
          </w:p>
        </w:tc>
        <w:tc>
          <w:tcPr>
            <w:tcW w:type="dxa" w:w="2268"/>
          </w:tcPr>
          <w:p>
            <w:r/>
            <w:r>
              <w:rPr>
                <w:rFonts w:ascii="Microsoft JhengHei" w:hAnsi="Microsoft JhengHei" w:eastAsia="Microsoft JhengHei"/>
                <w:b w:val="0"/>
                <w:i w:val="0"/>
                <w:color w:val="222A36"/>
                <w:sz w:val="20"/>
              </w:rPr>
              <w:t>記得復活的耶穌在門外叩門。</w:t>
            </w:r>
          </w:p>
        </w:tc>
        <w:tc>
          <w:tcPr>
            <w:tcW w:type="dxa" w:w="2041"/>
          </w:tcPr>
          <w:p>
            <w:r/>
            <w:r>
              <w:rPr>
                <w:rFonts w:ascii="Microsoft JhengHei" w:hAnsi="Microsoft JhengHei" w:eastAsia="Microsoft JhengHei"/>
                <w:b w:val="0"/>
                <w:i w:val="0"/>
                <w:color w:val="222A36"/>
                <w:sz w:val="20"/>
              </w:rPr>
              <w:t>https://app.reclaim2k.org/#go=scripture</w:t>
            </w:r>
          </w:p>
        </w:tc>
      </w:tr>
      <w:tr>
        <w:tc>
          <w:tcPr>
            <w:tcW w:type="dxa" w:w="907"/>
          </w:tcPr>
          <w:p>
            <w:r/>
            <w:r>
              <w:rPr>
                <w:rFonts w:ascii="Microsoft JhengHei" w:hAnsi="Microsoft JhengHei" w:eastAsia="Microsoft JhengHei"/>
                <w:b w:val="0"/>
                <w:i w:val="0"/>
                <w:color w:val="222A36"/>
                <w:sz w:val="20"/>
              </w:rPr>
              <w:t>第 4 天</w:t>
            </w:r>
          </w:p>
        </w:tc>
        <w:tc>
          <w:tcPr>
            <w:tcW w:type="dxa" w:w="1814"/>
          </w:tcPr>
          <w:p>
            <w:r/>
            <w:r>
              <w:rPr>
                <w:rFonts w:ascii="Microsoft JhengHei" w:hAnsi="Microsoft JhengHei" w:eastAsia="Microsoft JhengHei"/>
                <w:b w:val="0"/>
                <w:i w:val="0"/>
                <w:color w:val="222A36"/>
                <w:sz w:val="20"/>
              </w:rPr>
              <w:t>經歷神的愛</w:t>
            </w:r>
          </w:p>
        </w:tc>
        <w:tc>
          <w:tcPr>
            <w:tcW w:type="dxa" w:w="2494"/>
          </w:tcPr>
          <w:p>
            <w:r/>
            <w:r>
              <w:rPr>
                <w:rFonts w:ascii="Microsoft JhengHei" w:hAnsi="Microsoft JhengHei" w:eastAsia="Microsoft JhengHei"/>
                <w:b w:val="0"/>
                <w:i w:val="0"/>
                <w:color w:val="222A36"/>
                <w:sz w:val="20"/>
              </w:rPr>
              <w:t>繼續「經歷神的愛」靈修。</w:t>
            </w:r>
          </w:p>
        </w:tc>
        <w:tc>
          <w:tcPr>
            <w:tcW w:type="dxa" w:w="2268"/>
          </w:tcPr>
          <w:p>
            <w:r/>
            <w:r>
              <w:rPr>
                <w:rFonts w:ascii="Microsoft JhengHei" w:hAnsi="Microsoft JhengHei" w:eastAsia="Microsoft JhengHei"/>
                <w:b w:val="0"/>
                <w:i w:val="0"/>
                <w:color w:val="222A36"/>
                <w:sz w:val="20"/>
              </w:rPr>
              <w:t>每天一點點感受神的愛。</w:t>
            </w:r>
          </w:p>
        </w:tc>
        <w:tc>
          <w:tcPr>
            <w:tcW w:type="dxa" w:w="2041"/>
          </w:tcPr>
          <w:p>
            <w:r/>
            <w:r>
              <w:rPr>
                <w:rFonts w:ascii="Microsoft JhengHei" w:hAnsi="Microsoft JhengHei" w:eastAsia="Microsoft JhengHei"/>
                <w:b w:val="0"/>
                <w:i w:val="0"/>
                <w:color w:val="222A36"/>
                <w:sz w:val="20"/>
              </w:rPr>
              <w:t>https://app.reclaim2k.org/#go=devote&amp;plan=plan_love_of_god</w:t>
            </w:r>
          </w:p>
        </w:tc>
      </w:tr>
      <w:tr>
        <w:tc>
          <w:tcPr>
            <w:tcW w:type="dxa" w:w="907"/>
          </w:tcPr>
          <w:p>
            <w:r/>
            <w:r>
              <w:rPr>
                <w:rFonts w:ascii="Microsoft JhengHei" w:hAnsi="Microsoft JhengHei" w:eastAsia="Microsoft JhengHei"/>
                <w:b w:val="0"/>
                <w:i w:val="0"/>
                <w:color w:val="222A36"/>
                <w:sz w:val="20"/>
              </w:rPr>
              <w:t>第 5 天</w:t>
            </w:r>
          </w:p>
        </w:tc>
        <w:tc>
          <w:tcPr>
            <w:tcW w:type="dxa" w:w="1814"/>
          </w:tcPr>
          <w:p>
            <w:r/>
            <w:r>
              <w:rPr>
                <w:rFonts w:ascii="Microsoft JhengHei" w:hAnsi="Microsoft JhengHei" w:eastAsia="Microsoft JhengHei"/>
                <w:b w:val="0"/>
                <w:i w:val="0"/>
                <w:color w:val="222A36"/>
                <w:sz w:val="20"/>
              </w:rPr>
              <w:t>專注時段賺取 HFC（數字健康）；內有敬拜音樂播放清單</w:t>
            </w:r>
          </w:p>
        </w:tc>
        <w:tc>
          <w:tcPr>
            <w:tcW w:type="dxa" w:w="2494"/>
          </w:tcPr>
          <w:p>
            <w:r/>
            <w:r>
              <w:rPr>
                <w:rFonts w:ascii="Microsoft JhengHei" w:hAnsi="Microsoft JhengHei" w:eastAsia="Microsoft JhengHei"/>
                <w:b w:val="0"/>
                <w:i w:val="0"/>
                <w:color w:val="222A36"/>
                <w:sz w:val="20"/>
              </w:rPr>
              <w:t>開一個 15 分鐘專注時段，休息時聽一首敬拜歌，並完成當天的改變。</w:t>
            </w:r>
          </w:p>
        </w:tc>
        <w:tc>
          <w:tcPr>
            <w:tcW w:type="dxa" w:w="2268"/>
          </w:tcPr>
          <w:p>
            <w:r/>
            <w:r>
              <w:rPr>
                <w:rFonts w:ascii="Microsoft JhengHei" w:hAnsi="Microsoft JhengHei" w:eastAsia="Microsoft JhengHei"/>
                <w:b w:val="0"/>
                <w:i w:val="0"/>
                <w:color w:val="222A36"/>
                <w:sz w:val="20"/>
              </w:rPr>
              <w:t>把撒該改變挑戰落實在生活。</w:t>
            </w:r>
          </w:p>
        </w:tc>
        <w:tc>
          <w:tcPr>
            <w:tcW w:type="dxa" w:w="2041"/>
          </w:tcPr>
          <w:p>
            <w:r/>
            <w:r>
              <w:rPr>
                <w:rFonts w:ascii="Microsoft JhengHei" w:hAnsi="Microsoft JhengHei" w:eastAsia="Microsoft JhengHei"/>
                <w:b w:val="0"/>
                <w:i w:val="0"/>
                <w:color w:val="222A36"/>
                <w:sz w:val="20"/>
              </w:rPr>
              <w:t>https://app.reclaim2k.org/#go=focus</w:t>
            </w:r>
          </w:p>
        </w:tc>
      </w:tr>
      <w:tr>
        <w:tc>
          <w:tcPr>
            <w:tcW w:type="dxa" w:w="907"/>
          </w:tcPr>
          <w:p>
            <w:r/>
            <w:r>
              <w:rPr>
                <w:rFonts w:ascii="Microsoft JhengHei" w:hAnsi="Microsoft JhengHei" w:eastAsia="Microsoft JhengHei"/>
                <w:b w:val="0"/>
                <w:i w:val="0"/>
                <w:color w:val="222A36"/>
                <w:sz w:val="20"/>
              </w:rPr>
              <w:t>第 6 天</w:t>
            </w:r>
          </w:p>
        </w:tc>
        <w:tc>
          <w:tcPr>
            <w:tcW w:type="dxa" w:w="1814"/>
          </w:tcPr>
          <w:p>
            <w:r/>
            <w:r>
              <w:rPr>
                <w:rFonts w:ascii="Microsoft JhengHei" w:hAnsi="Microsoft JhengHei" w:eastAsia="Microsoft JhengHei"/>
                <w:b w:val="0"/>
                <w:i w:val="0"/>
                <w:color w:val="222A36"/>
                <w:sz w:val="20"/>
              </w:rPr>
              <w:t>經歷神的愛</w:t>
            </w:r>
          </w:p>
        </w:tc>
        <w:tc>
          <w:tcPr>
            <w:tcW w:type="dxa" w:w="2494"/>
          </w:tcPr>
          <w:p>
            <w:r/>
            <w:r>
              <w:rPr>
                <w:rFonts w:ascii="Microsoft JhengHei" w:hAnsi="Microsoft JhengHei" w:eastAsia="Microsoft JhengHei"/>
                <w:b w:val="0"/>
                <w:i w:val="0"/>
                <w:color w:val="222A36"/>
                <w:sz w:val="20"/>
              </w:rPr>
              <w:t>繼續靈修，記下耶穌到過你「家」的一刻。</w:t>
            </w:r>
          </w:p>
        </w:tc>
        <w:tc>
          <w:tcPr>
            <w:tcW w:type="dxa" w:w="2268"/>
          </w:tcPr>
          <w:p>
            <w:r/>
            <w:r>
              <w:rPr>
                <w:rFonts w:ascii="Microsoft JhengHei" w:hAnsi="Microsoft JhengHei" w:eastAsia="Microsoft JhengHei"/>
                <w:b w:val="0"/>
                <w:i w:val="0"/>
                <w:color w:val="222A36"/>
                <w:sz w:val="20"/>
              </w:rPr>
              <w:t>在平凡中看見復活的主。</w:t>
            </w:r>
          </w:p>
        </w:tc>
        <w:tc>
          <w:tcPr>
            <w:tcW w:type="dxa" w:w="2041"/>
          </w:tcPr>
          <w:p>
            <w:r/>
            <w:r>
              <w:rPr>
                <w:rFonts w:ascii="Microsoft JhengHei" w:hAnsi="Microsoft JhengHei" w:eastAsia="Microsoft JhengHei"/>
                <w:b w:val="0"/>
                <w:i w:val="0"/>
                <w:color w:val="222A36"/>
                <w:sz w:val="20"/>
              </w:rPr>
              <w:t>https://app.reclaim2k.org/#go=devote&amp;plan=plan_love_of_god</w:t>
            </w:r>
          </w:p>
        </w:tc>
      </w:tr>
      <w:tr>
        <w:tc>
          <w:tcPr>
            <w:tcW w:type="dxa" w:w="907"/>
          </w:tcPr>
          <w:p>
            <w:r/>
            <w:r>
              <w:rPr>
                <w:rFonts w:ascii="Microsoft JhengHei" w:hAnsi="Microsoft JhengHei" w:eastAsia="Microsoft JhengHei"/>
                <w:b w:val="0"/>
                <w:i w:val="0"/>
                <w:color w:val="222A36"/>
                <w:sz w:val="20"/>
              </w:rPr>
              <w:t>第 7 天</w:t>
            </w:r>
          </w:p>
        </w:tc>
        <w:tc>
          <w:tcPr>
            <w:tcW w:type="dxa" w:w="1814"/>
          </w:tcPr>
          <w:p>
            <w:r/>
            <w:r>
              <w:rPr>
                <w:rFonts w:ascii="Microsoft JhengHei" w:hAnsi="Microsoft JhengHei" w:eastAsia="Microsoft JhengHei"/>
                <w:b w:val="0"/>
                <w:i w:val="0"/>
                <w:color w:val="222A36"/>
                <w:sz w:val="20"/>
              </w:rPr>
              <w:t>靈修（每日靈修計劃、徽章）</w:t>
            </w:r>
          </w:p>
        </w:tc>
        <w:tc>
          <w:tcPr>
            <w:tcW w:type="dxa" w:w="2494"/>
          </w:tcPr>
          <w:p>
            <w:r/>
            <w:r>
              <w:rPr>
                <w:rFonts w:ascii="Microsoft JhengHei" w:hAnsi="Microsoft JhengHei" w:eastAsia="Microsoft JhengHei"/>
                <w:b w:val="0"/>
                <w:i w:val="0"/>
                <w:color w:val="222A36"/>
                <w:sz w:val="20"/>
              </w:rPr>
              <w:t>回看改變挑戰卡，向耶穌說一句感謝。</w:t>
            </w:r>
          </w:p>
        </w:tc>
        <w:tc>
          <w:tcPr>
            <w:tcW w:type="dxa" w:w="2268"/>
          </w:tcPr>
          <w:p>
            <w:r/>
            <w:r>
              <w:rPr>
                <w:rFonts w:ascii="Microsoft JhengHei" w:hAnsi="Microsoft JhengHei" w:eastAsia="Microsoft JhengHei"/>
                <w:b w:val="0"/>
                <w:i w:val="0"/>
                <w:color w:val="222A36"/>
                <w:sz w:val="20"/>
              </w:rPr>
              <w:t>看見七天的改變，感謝復活的主同行。</w:t>
            </w:r>
          </w:p>
        </w:tc>
        <w:tc>
          <w:tcPr>
            <w:tcW w:type="dxa" w:w="2041"/>
          </w:tcPr>
          <w:p>
            <w:r/>
            <w:r>
              <w:rPr>
                <w:rFonts w:ascii="Microsoft JhengHei" w:hAnsi="Microsoft JhengHei" w:eastAsia="Microsoft JhengHei"/>
                <w:b w:val="0"/>
                <w:i w:val="0"/>
                <w:color w:val="222A36"/>
                <w:sz w:val="20"/>
              </w:rPr>
              <w:t>https://app.reclaim2k.org/#go=devote</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可直接貼到 WhatsApp／Google Classroom 的課後提示</w:t>
            </w:r>
          </w:p>
          <w:p>
            <w:r>
              <w:rPr>
                <w:rFonts w:ascii="Microsoft JhengHei" w:hAnsi="Microsoft JhengHei" w:eastAsia="Microsoft JhengHei"/>
                <w:b w:val="0"/>
                <w:i w:val="0"/>
                <w:color w:val="222A36"/>
                <w:sz w:val="22"/>
              </w:rPr>
              <w:t>這星期不用交功課。如果你願意，每天做一件撒該式的小改變，並在 Reclaim2K App 開始「經歷神的愛」靈修。吃飯時、回家開門時，記得復活的耶穌也想進來。如有需要，隨時找老師或社工傾談。</w:t>
            </w:r>
          </w:p>
        </w:tc>
      </w:tr>
    </w:tbl>
    <w:p/>
    <w:p>
      <w:pPr>
        <w:spacing w:after="80"/>
      </w:pPr>
      <w:r>
        <w:rPr>
          <w:rFonts w:ascii="Microsoft JhengHei" w:hAnsi="Microsoft JhengHei" w:eastAsia="Microsoft JhengHei"/>
          <w:b w:val="0"/>
          <w:i w:val="0"/>
          <w:color w:val="222A36"/>
          <w:sz w:val="22"/>
        </w:rPr>
        <w:t>下一課跟進：下一次小組聚會開首用三分鐘，邀請自願的同學分享改變卡上的一個笑臉；不檢查、不追問。</w:t>
      </w:r>
    </w:p>
    <w:p>
      <w:pPr>
        <w:spacing w:after="80"/>
      </w:pPr>
      <w:r>
        <w:rPr>
          <w:rFonts w:ascii="Microsoft JhengHei" w:hAnsi="Microsoft JhengHei" w:eastAsia="Microsoft JhengHei"/>
          <w:b w:val="0"/>
          <w:i w:val="0"/>
          <w:color w:val="222A36"/>
          <w:sz w:val="22"/>
        </w:rPr>
        <w:t>給家長：本課以撒該及十字架的故事，讓同學明白耶穌接納每一個人。孩子這星期可能會向家人道謝或幫忙做事，歡迎家長多鼓勵。</w:t>
      </w:r>
    </w:p>
    <w:p>
      <w:r>
        <w:br w:type="page"/>
      </w:r>
    </w:p>
    <w:p>
      <w:pPr>
        <w:spacing w:after="120" w:before="0"/>
      </w:pPr>
      <w:r>
        <w:rPr>
          <w:rFonts w:ascii="Microsoft JhengHei" w:hAnsi="Microsoft JhengHei" w:eastAsia="Microsoft JhengHei"/>
          <w:b/>
          <w:i w:val="0"/>
          <w:color w:val="A86B1F"/>
          <w:sz w:val="44"/>
        </w:rPr>
        <w:t>學生工作紙：十字架上的答案：復活的耶穌今天要到我家</w:t>
      </w:r>
    </w:p>
    <w:p>
      <w:pPr>
        <w:spacing w:after="80"/>
      </w:pPr>
      <w:r>
        <w:rPr>
          <w:rFonts w:ascii="Microsoft JhengHei" w:hAnsi="Microsoft JhengHei" w:eastAsia="Microsoft JhengHei"/>
          <w:b w:val="0"/>
          <w:i w:val="0"/>
          <w:color w:val="6B7280"/>
          <w:sz w:val="20"/>
        </w:rPr>
        <w:t>姓名：＿＿＿＿＿＿　班別：＿＿＿＿　（這張工作紙只供你自己反思，可以不交給任何人）</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19:9（和合本 (CUV, public domain)）</w:t>
            </w:r>
          </w:p>
          <w:p>
            <w:r>
              <w:rPr>
                <w:rFonts w:ascii="Microsoft JhengHei" w:hAnsi="Microsoft JhengHei" w:eastAsia="Microsoft JhengHei"/>
                <w:b w:val="0"/>
                <w:i w:val="0"/>
                <w:color w:val="222A36"/>
                <w:sz w:val="22"/>
              </w:rPr>
              <w:t>耶穌說：「今天救恩到了這家，因為他也是亞伯拉罕的子孫。</w:t>
            </w:r>
          </w:p>
          <w:p>
            <w:r>
              <w:rPr>
                <w:rFonts w:ascii="Microsoft JhengHei" w:hAnsi="Microsoft JhengHei" w:eastAsia="Microsoft JhengHei"/>
                <w:b w:val="0"/>
                <w:i w:val="0"/>
                <w:color w:val="222A36"/>
                <w:sz w:val="22"/>
              </w:rPr>
              <w:t>Luke 19:9 (WEB): Jesus said to him, "Today, salvation has come to this house, because he also is a son of Abraham.</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祂是誰？</w:t>
            </w:r>
          </w:p>
          <w:p>
            <w:r>
              <w:rPr>
                <w:rFonts w:ascii="Microsoft JhengHei" w:hAnsi="Microsoft JhengHei" w:eastAsia="Microsoft JhengHei"/>
                <w:b w:val="0"/>
                <w:i w:val="0"/>
                <w:color w:val="222A36"/>
                <w:sz w:val="22"/>
              </w:rPr>
              <w:t>耶穌是在我們還作罪人的時候為我們死、又復活的主；祂在十字架上仍記念被看不起的人。〔羅馬書 5:8〕</w:t>
            </w:r>
          </w:p>
        </w:tc>
      </w:tr>
    </w:tbl>
    <w:p/>
    <w:p>
      <w:pPr>
        <w:spacing w:after="40"/>
      </w:pPr>
      <w:r>
        <w:rPr>
          <w:rFonts w:ascii="Microsoft JhengHei" w:hAnsi="Microsoft JhengHei" w:eastAsia="Microsoft JhengHei"/>
          <w:b/>
          <w:i w:val="0"/>
          <w:color w:val="222A36"/>
          <w:sz w:val="22"/>
        </w:rPr>
        <w:t>1. 這星期的十字架尋寶，你找到哪一個答案？</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40"/>
      </w:pPr>
      <w:r>
        <w:rPr>
          <w:rFonts w:ascii="Microsoft JhengHei" w:hAnsi="Microsoft JhengHei" w:eastAsia="Microsoft JhengHei"/>
          <w:b/>
          <w:i w:val="0"/>
          <w:color w:val="222A36"/>
          <w:sz w:val="22"/>
        </w:rPr>
        <w:t>2. 強盜只說了一句話，耶穌就應許他。你最想對耶穌說哪一句？</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40"/>
      </w:pPr>
      <w:r>
        <w:rPr>
          <w:rFonts w:ascii="Microsoft JhengHei" w:hAnsi="Microsoft JhengHei" w:eastAsia="Microsoft JhengHei"/>
          <w:b/>
          <w:i w:val="0"/>
          <w:color w:val="222A36"/>
          <w:sz w:val="22"/>
        </w:rPr>
        <w:t>3. 如果耶穌今天到你家吃飯，你想跟祂談甚麼？</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80"/>
      </w:pPr>
      <w:r>
        <w:rPr>
          <w:rFonts w:ascii="Microsoft JhengHei" w:hAnsi="Microsoft JhengHei" w:eastAsia="Microsoft JhengHei"/>
          <w:b/>
          <w:i w:val="0"/>
          <w:color w:val="222A36"/>
          <w:sz w:val="22"/>
        </w:rPr>
        <w:t>我這星期選擇的一小步（可選一項）：</w:t>
      </w:r>
    </w:p>
    <w:p>
      <w:pPr>
        <w:spacing w:after="40"/>
      </w:pPr>
      <w:r>
        <w:rPr>
          <w:rFonts w:ascii="Microsoft JhengHei" w:hAnsi="Microsoft JhengHei" w:eastAsia="Microsoft JhengHei"/>
          <w:b w:val="0"/>
          <w:i w:val="0"/>
          <w:color w:val="222A36"/>
          <w:sz w:val="22"/>
        </w:rPr>
        <w:t>□ 這星期試一次：在心裏說「耶穌，如果你是真的，求你記念我」。</w:t>
      </w:r>
    </w:p>
    <w:p>
      <w:pPr>
        <w:spacing w:after="40"/>
      </w:pPr>
      <w:r>
        <w:rPr>
          <w:rFonts w:ascii="Microsoft JhengHei" w:hAnsi="Microsoft JhengHei" w:eastAsia="Microsoft JhengHei"/>
          <w:b w:val="0"/>
          <w:i w:val="0"/>
          <w:color w:val="222A36"/>
          <w:sz w:val="22"/>
        </w:rPr>
        <w:t>□ 觀看 BibleProject〈耶穌的復活〉，寫下一個最想問的問題。</w:t>
      </w:r>
    </w:p>
    <w:p>
      <w:pPr>
        <w:spacing w:after="40"/>
      </w:pPr>
      <w:r>
        <w:rPr>
          <w:rFonts w:ascii="Microsoft JhengHei" w:hAnsi="Microsoft JhengHei" w:eastAsia="Microsoft JhengHei"/>
          <w:b w:val="0"/>
          <w:i w:val="0"/>
          <w:color w:val="222A36"/>
          <w:sz w:val="22"/>
        </w:rPr>
        <w:t>□ 七日感恩禱告：每天記下耶穌到過你「家」的一刻。</w:t>
      </w:r>
    </w:p>
    <w:p>
      <w:pPr>
        <w:spacing w:after="40"/>
      </w:pPr>
      <w:r>
        <w:rPr>
          <w:rFonts w:ascii="Microsoft JhengHei" w:hAnsi="Microsoft JhengHei" w:eastAsia="Microsoft JhengHei"/>
          <w:b w:val="0"/>
          <w:i w:val="0"/>
          <w:color w:val="222A36"/>
          <w:sz w:val="22"/>
        </w:rPr>
        <w:t>□ 在門形小卡上畫一個開門的記號，放在書包。</w:t>
      </w:r>
    </w:p>
    <w:p>
      <w:pPr>
        <w:spacing w:after="40"/>
      </w:pPr>
      <w:r>
        <w:rPr>
          <w:rFonts w:ascii="Microsoft JhengHei" w:hAnsi="Microsoft JhengHei" w:eastAsia="Microsoft JhengHei"/>
          <w:b w:val="0"/>
          <w:i w:val="0"/>
          <w:color w:val="222A36"/>
          <w:sz w:val="22"/>
        </w:rPr>
        <w:t>□ 撒該改變挑戰：七天每天做一件小改變。</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我的禱告</w:t>
            </w:r>
          </w:p>
          <w:p>
            <w:r>
              <w:rPr>
                <w:rFonts w:ascii="Microsoft JhengHei" w:hAnsi="Microsoft JhengHei" w:eastAsia="Microsoft JhengHei"/>
                <w:b w:val="0"/>
                <w:i w:val="0"/>
                <w:color w:val="222A36"/>
                <w:sz w:val="22"/>
              </w:rPr>
              <w:t>耶穌，謝謝你為我……我想為你……</w:t>
            </w:r>
          </w:p>
          <w:p>
            <w:r>
              <w:rPr>
                <w:rFonts w:ascii="Microsoft JhengHei" w:hAnsi="Microsoft JhengHei" w:eastAsia="Microsoft JhengHei"/>
                <w:b w:val="0"/>
                <w:i w:val="0"/>
                <w:color w:val="222A36"/>
                <w:sz w:val="22"/>
              </w:rPr>
              <w:t>＿＿＿＿＿＿＿＿＿＿＿＿＿＿＿＿＿＿＿＿＿＿＿＿＿＿＿＿＿＿＿＿＿＿＿＿</w:t>
            </w:r>
          </w:p>
          <w:p>
            <w:r>
              <w:rPr>
                <w:rFonts w:ascii="Microsoft JhengHei" w:hAnsi="Microsoft JhengHei" w:eastAsia="Microsoft JhengHei"/>
                <w:b w:val="0"/>
                <w:i w:val="0"/>
                <w:color w:val="222A36"/>
                <w:sz w:val="22"/>
              </w:rPr>
              <w:t>＿＿＿＿＿＿＿＿＿＿＿＿＿＿＿＿＿＿＿＿＿＿＿＿＿＿＿＿＿＿＿＿＿＿＿＿</w:t>
            </w:r>
          </w:p>
          <w:p>
            <w:r>
              <w:rPr>
                <w:rFonts w:ascii="Microsoft JhengHei" w:hAnsi="Microsoft JhengHei" w:eastAsia="Microsoft JhengHei"/>
                <w:b w:val="0"/>
                <w:i w:val="0"/>
                <w:color w:val="222A36"/>
                <w:sz w:val="22"/>
              </w:rPr>
              <w:t>＿＿＿＿＿＿＿＿＿＿＿＿＿＿＿＿＿＿＿＿＿＿＿＿＿＿＿＿＿＿＿＿＿＿＿＿</w:t>
            </w:r>
          </w:p>
        </w:tc>
      </w:tr>
    </w:tbl>
    <w:p/>
    <w:p>
      <w:pPr>
        <w:spacing w:after="80"/>
      </w:pPr>
      <w:r>
        <w:rPr>
          <w:rFonts w:ascii="Microsoft JhengHei" w:hAnsi="Microsoft JhengHei" w:eastAsia="Microsoft JhengHei"/>
          <w:b w:val="0"/>
          <w:i/>
          <w:color w:val="222A36"/>
          <w:sz w:val="20"/>
        </w:rPr>
        <w:t>如果你不肯定：耶穌，如果你真的為我死、又復活了，請讓我在生活中看見你。</w:t>
      </w:r>
    </w:p>
    <w:p>
      <w:r>
        <w:br w:type="page"/>
      </w:r>
    </w:p>
    <w:p>
      <w:pPr>
        <w:spacing w:after="120" w:before="240"/>
      </w:pPr>
      <w:r>
        <w:rPr>
          <w:rFonts w:ascii="Microsoft JhengHei" w:hAnsi="Microsoft JhengHei" w:eastAsia="Microsoft JhengHei"/>
          <w:b/>
          <w:i w:val="0"/>
          <w:color w:val="A86B1F"/>
          <w:sz w:val="32"/>
        </w:rPr>
        <w:t>附錄 A　經文（由 FHL 聖經 API 核實，非 AI 生成）</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加拉太書 2:20（和合本 (CUV, public domain)）</w:t>
            </w:r>
          </w:p>
          <w:p>
            <w:r>
              <w:rPr>
                <w:rFonts w:ascii="Microsoft JhengHei" w:hAnsi="Microsoft JhengHei" w:eastAsia="Microsoft JhengHei"/>
                <w:b w:val="0"/>
                <w:i w:val="0"/>
                <w:color w:val="222A36"/>
                <w:sz w:val="22"/>
              </w:rPr>
              <w:t>我已經與基督同釘十字架，現在活著的不再是我，乃是基督在我裡面活著；並且我如今在肉身活著，是因信 神的兒子而活；他是愛我，為我捨己。</w:t>
            </w:r>
          </w:p>
          <w:p>
            <w:r>
              <w:rPr>
                <w:rFonts w:ascii="Microsoft JhengHei" w:hAnsi="Microsoft JhengHei" w:eastAsia="Microsoft JhengHei"/>
                <w:b w:val="0"/>
                <w:i w:val="0"/>
                <w:color w:val="222A36"/>
                <w:sz w:val="22"/>
              </w:rPr>
              <w:t>Galatians 2:20 (WEB): I have been crucified with Christ, and it is no longer I that live, but Christ living in me. That life which I now live in the flesh, I live by faith in the Son of God, who loved me, and gave himself up for me.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羅馬書 5:8（和合本 (CUV, public domain)）</w:t>
            </w:r>
          </w:p>
          <w:p>
            <w:r>
              <w:rPr>
                <w:rFonts w:ascii="Microsoft JhengHei" w:hAnsi="Microsoft JhengHei" w:eastAsia="Microsoft JhengHei"/>
                <w:b w:val="0"/>
                <w:i w:val="0"/>
                <w:color w:val="222A36"/>
                <w:sz w:val="22"/>
              </w:rPr>
              <w:t>惟有基督在我們還作罪人的時候為我們死， 神的愛就在此向我們顯明了。</w:t>
            </w:r>
          </w:p>
          <w:p>
            <w:r>
              <w:rPr>
                <w:rFonts w:ascii="Microsoft JhengHei" w:hAnsi="Microsoft JhengHei" w:eastAsia="Microsoft JhengHei"/>
                <w:b w:val="0"/>
                <w:i w:val="0"/>
                <w:color w:val="222A36"/>
                <w:sz w:val="22"/>
              </w:rPr>
              <w:t>Romans 5:8 (WEB): But God commends his own love toward us, in that while we were yet sinners, Christ died for us.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馬太福音 10:29-31（和合本 (CUV, public domain)）</w:t>
            </w:r>
          </w:p>
          <w:p>
            <w:r>
              <w:rPr>
                <w:rFonts w:ascii="Microsoft JhengHei" w:hAnsi="Microsoft JhengHei" w:eastAsia="Microsoft JhengHei"/>
                <w:b w:val="0"/>
                <w:i w:val="0"/>
                <w:color w:val="222A36"/>
                <w:sz w:val="22"/>
              </w:rPr>
              <w:t>29兩個麻雀不是賣一分銀子嗎？若是你們的父不許，一個也不能掉在地上； 30就是你們的頭髮也都被數過了。 31所以，不要懼怕，你們比許多麻雀還貴重！」</w:t>
            </w:r>
          </w:p>
          <w:p>
            <w:r>
              <w:rPr>
                <w:rFonts w:ascii="Microsoft JhengHei" w:hAnsi="Microsoft JhengHei" w:eastAsia="Microsoft JhengHei"/>
                <w:b w:val="0"/>
                <w:i w:val="0"/>
                <w:color w:val="222A36"/>
                <w:sz w:val="22"/>
              </w:rPr>
              <w:t>Matthew 10:29-31 (WEB): 29 "Aren't two sparrows sold for an assarion ? Not one of them falls on the ground apart from your Father's will, 30 but the very hairs of your head are all numbered. 31 Therefore don't be afraid. You are of more value than many sparrows.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彼得前書 5:7（和合本 (CUV, public domain)）</w:t>
            </w:r>
          </w:p>
          <w:p>
            <w:r>
              <w:rPr>
                <w:rFonts w:ascii="Microsoft JhengHei" w:hAnsi="Microsoft JhengHei" w:eastAsia="Microsoft JhengHei"/>
                <w:b w:val="0"/>
                <w:i w:val="0"/>
                <w:color w:val="222A36"/>
                <w:sz w:val="22"/>
              </w:rPr>
              <w:t>你們要將一切的憂慮卸給 神，因為他顧念你們。</w:t>
            </w:r>
          </w:p>
          <w:p>
            <w:r>
              <w:rPr>
                <w:rFonts w:ascii="Microsoft JhengHei" w:hAnsi="Microsoft JhengHei" w:eastAsia="Microsoft JhengHei"/>
                <w:b w:val="0"/>
                <w:i w:val="0"/>
                <w:color w:val="222A36"/>
                <w:sz w:val="22"/>
              </w:rPr>
              <w:t>1 Peter 5:7 (WEB): casting all your worries on him, because he cares for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34:8（和合本 (CUV, public domain)）</w:t>
            </w:r>
          </w:p>
          <w:p>
            <w:r>
              <w:rPr>
                <w:rFonts w:ascii="Microsoft JhengHei" w:hAnsi="Microsoft JhengHei" w:eastAsia="Microsoft JhengHei"/>
                <w:b w:val="0"/>
                <w:i w:val="0"/>
                <w:color w:val="222A36"/>
                <w:sz w:val="22"/>
              </w:rPr>
              <w:t>你們要嘗嘗主恩的滋味，便知道他是美善；投靠他的人有福了！</w:t>
            </w:r>
          </w:p>
          <w:p>
            <w:r>
              <w:rPr>
                <w:rFonts w:ascii="Microsoft JhengHei" w:hAnsi="Microsoft JhengHei" w:eastAsia="Microsoft JhengHei"/>
                <w:b w:val="0"/>
                <w:i w:val="0"/>
                <w:color w:val="222A36"/>
                <w:sz w:val="22"/>
              </w:rPr>
              <w:t>Psalms 34:8 (WEB): Oh taste and see that Yahweh is good. Blessed is the man who takes refuge in him.</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雅各書 4:8（和合本 (CUV, public domain)）</w:t>
            </w:r>
          </w:p>
          <w:p>
            <w:r>
              <w:rPr>
                <w:rFonts w:ascii="Microsoft JhengHei" w:hAnsi="Microsoft JhengHei" w:eastAsia="Microsoft JhengHei"/>
                <w:b w:val="0"/>
                <w:i w:val="0"/>
                <w:color w:val="222A36"/>
                <w:sz w:val="22"/>
              </w:rPr>
              <w:t>你們親近 神， 神就必親近你們。有罪的人哪，要潔淨你們的手！心懷二意的人哪，要清潔你們的心！</w:t>
            </w:r>
          </w:p>
          <w:p>
            <w:r>
              <w:rPr>
                <w:rFonts w:ascii="Microsoft JhengHei" w:hAnsi="Microsoft JhengHei" w:eastAsia="Microsoft JhengHei"/>
                <w:b w:val="0"/>
                <w:i w:val="0"/>
                <w:color w:val="222A36"/>
                <w:sz w:val="22"/>
              </w:rPr>
              <w:t>James 4:8 (WEB): Draw near to God, and he will draw near to you. Cleanse your hands, you sinners; and purify your hearts, you double-minded.</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15:13-14（和合本 (CUV, public domain)）</w:t>
            </w:r>
          </w:p>
          <w:p>
            <w:r>
              <w:rPr>
                <w:rFonts w:ascii="Microsoft JhengHei" w:hAnsi="Microsoft JhengHei" w:eastAsia="Microsoft JhengHei"/>
                <w:b w:val="0"/>
                <w:i w:val="0"/>
                <w:color w:val="222A36"/>
                <w:sz w:val="22"/>
              </w:rPr>
              <w:t>13人為朋友捨命，人的愛心沒有比這個大的。 14你們若遵行我所吩咐的，就是我的朋友了。</w:t>
            </w:r>
          </w:p>
          <w:p>
            <w:r>
              <w:rPr>
                <w:rFonts w:ascii="Microsoft JhengHei" w:hAnsi="Microsoft JhengHei" w:eastAsia="Microsoft JhengHei"/>
                <w:b w:val="0"/>
                <w:i w:val="0"/>
                <w:color w:val="222A36"/>
                <w:sz w:val="22"/>
              </w:rPr>
              <w:t>John 15:13-14 (WEB): 13 Greater love has no one than this, that someone lay down his life for his friends. 14 You are my friends, if you do whatever I command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帖撒羅尼迦前書 5:16-18（和合本 (CUV, public domain)）</w:t>
            </w:r>
          </w:p>
          <w:p>
            <w:r>
              <w:rPr>
                <w:rFonts w:ascii="Microsoft JhengHei" w:hAnsi="Microsoft JhengHei" w:eastAsia="Microsoft JhengHei"/>
                <w:b w:val="0"/>
                <w:i w:val="0"/>
                <w:color w:val="222A36"/>
                <w:sz w:val="22"/>
              </w:rPr>
              <w:t>16要常常喜樂， 17不住地禱告， 18凡事謝恩；因為這是 神在基督耶穌裡向你們所定的旨意。</w:t>
            </w:r>
          </w:p>
          <w:p>
            <w:r>
              <w:rPr>
                <w:rFonts w:ascii="Microsoft JhengHei" w:hAnsi="Microsoft JhengHei" w:eastAsia="Microsoft JhengHei"/>
                <w:b w:val="0"/>
                <w:i w:val="0"/>
                <w:color w:val="222A36"/>
                <w:sz w:val="22"/>
              </w:rPr>
              <w:t>1 Thessalonians 5:16-18 (WEB): 16 Rejoice always. 17 Pray without ceasing. 18 In everything give thanks, for this is the will of God in Christ Jesus toward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15:15（和合本 (CUV, public domain)）</w:t>
            </w:r>
          </w:p>
          <w:p>
            <w:r>
              <w:rPr>
                <w:rFonts w:ascii="Microsoft JhengHei" w:hAnsi="Microsoft JhengHei" w:eastAsia="Microsoft JhengHei"/>
                <w:b w:val="0"/>
                <w:i w:val="0"/>
                <w:color w:val="222A36"/>
                <w:sz w:val="22"/>
              </w:rPr>
              <w:t>以後我不再稱你們為僕人，因僕人不知道主人所做的事。我乃稱你們為朋友；因我從我父所聽見的，已經都告訴你們了。</w:t>
            </w:r>
          </w:p>
          <w:p>
            <w:r>
              <w:rPr>
                <w:rFonts w:ascii="Microsoft JhengHei" w:hAnsi="Microsoft JhengHei" w:eastAsia="Microsoft JhengHei"/>
                <w:b w:val="0"/>
                <w:i w:val="0"/>
                <w:color w:val="222A36"/>
                <w:sz w:val="22"/>
              </w:rPr>
              <w:t>John 15:15 (WEB): No longer do I call you servants, for the servant doesn't know what his lord does. But I have called you friends, for everything that I heard from my Father, I have made known to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19:1-10（和合本 (CUV, public domain)）</w:t>
            </w:r>
          </w:p>
          <w:p>
            <w:r>
              <w:rPr>
                <w:rFonts w:ascii="Microsoft JhengHei" w:hAnsi="Microsoft JhengHei" w:eastAsia="Microsoft JhengHei"/>
                <w:b w:val="0"/>
                <w:i w:val="0"/>
                <w:color w:val="222A36"/>
                <w:sz w:val="22"/>
              </w:rPr>
              <w:t>1耶穌進了耶利哥，正經過的時候， 2有一個人名叫撒該，作稅吏長，是個財主。 3他要看看耶穌是怎樣的人；只因人多，他的身量又矮，所以不得看見， 4就跑到前頭，爬上桑樹，要看耶穌，因為耶穌必從那裡經過。 5耶穌到了那裡，抬頭一看，對他說：「撒該，快下來！今天我必住在你家裡。」 6他就急忙下來，歡歡喜喜地接待耶穌。 7眾人看見，都私下議論說：「他竟到罪人家裡去住宿。」 8撒該站著對主說：「主啊，我把所有的一半給窮人；我若訛詐了誰，就還他四倍。」 9耶穌說：「今天救恩到了這家，因為他也是亞伯拉罕的子孫。 10人子來，為要尋找、拯救失喪的人。」</w:t>
            </w:r>
          </w:p>
          <w:p>
            <w:r>
              <w:rPr>
                <w:rFonts w:ascii="Microsoft JhengHei" w:hAnsi="Microsoft JhengHei" w:eastAsia="Microsoft JhengHei"/>
                <w:b w:val="0"/>
                <w:i w:val="0"/>
                <w:color w:val="222A36"/>
                <w:sz w:val="22"/>
              </w:rPr>
              <w:t>Luke 19:1-10 (WEB): 1 He entered and was passing through Jericho. 2 There was a man named Zacchaeus. He was a chief tax collector, and he was rich. 3 He was trying to see who Jesus was, and couldn't because of the crowd, because he was short. 4 He ran on ahead, and climbed up into a sycamore tree to see him, for he was to pass that way. 5 When Jesus came to the place, he looked up and saw him, and said to him, "Zacchaeus, hurry and come down, for today I must stay at your house." 6 He hurried, came down, and received him joyfully. 7 When they saw it, they all murmured, saying, "He has gone in to lodge with a man who is a sinner." 8 Zacchaeus stood and said to the Lord, "Behold, Lord, half of my goods I give to the poor. If I have wrongfully exacted anything of anyone, I restore four times as much." 9 Jesus said to him, "Today, salvation has come to this house, because he also is a son of Abraham. 10 For the Son of Man came to seek and to save that which was lost."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19:5（和合本 (CUV, public domain)）</w:t>
            </w:r>
          </w:p>
          <w:p>
            <w:r>
              <w:rPr>
                <w:rFonts w:ascii="Microsoft JhengHei" w:hAnsi="Microsoft JhengHei" w:eastAsia="Microsoft JhengHei"/>
                <w:b w:val="0"/>
                <w:i w:val="0"/>
                <w:color w:val="222A36"/>
                <w:sz w:val="22"/>
              </w:rPr>
              <w:t>耶穌到了那裡，抬頭一看，對他說：「撒該，快下來！今天我必住在你家裡。」</w:t>
            </w:r>
          </w:p>
          <w:p>
            <w:r>
              <w:rPr>
                <w:rFonts w:ascii="Microsoft JhengHei" w:hAnsi="Microsoft JhengHei" w:eastAsia="Microsoft JhengHei"/>
                <w:b w:val="0"/>
                <w:i w:val="0"/>
                <w:color w:val="222A36"/>
                <w:sz w:val="22"/>
              </w:rPr>
              <w:t>Luke 19:5 (WEB): When Jesus came to the place, he looked up and saw him, and said to him, "Zacchaeus, hurry and come down, for today I must stay at your house."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19:6（和合本 (CUV, public domain)）</w:t>
            </w:r>
          </w:p>
          <w:p>
            <w:r>
              <w:rPr>
                <w:rFonts w:ascii="Microsoft JhengHei" w:hAnsi="Microsoft JhengHei" w:eastAsia="Microsoft JhengHei"/>
                <w:b w:val="0"/>
                <w:i w:val="0"/>
                <w:color w:val="222A36"/>
                <w:sz w:val="22"/>
              </w:rPr>
              <w:t>他就急忙下來，歡歡喜喜地接待耶穌。</w:t>
            </w:r>
          </w:p>
          <w:p>
            <w:r>
              <w:rPr>
                <w:rFonts w:ascii="Microsoft JhengHei" w:hAnsi="Microsoft JhengHei" w:eastAsia="Microsoft JhengHei"/>
                <w:b w:val="0"/>
                <w:i w:val="0"/>
                <w:color w:val="222A36"/>
                <w:sz w:val="22"/>
              </w:rPr>
              <w:t>Luke 19:6 (WEB): He hurried, came down, and received him joyfully.</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19:8（和合本 (CUV, public domain)）</w:t>
            </w:r>
          </w:p>
          <w:p>
            <w:r>
              <w:rPr>
                <w:rFonts w:ascii="Microsoft JhengHei" w:hAnsi="Microsoft JhengHei" w:eastAsia="Microsoft JhengHei"/>
                <w:b w:val="0"/>
                <w:i w:val="0"/>
                <w:color w:val="222A36"/>
                <w:sz w:val="22"/>
              </w:rPr>
              <w:t>撒該站著對主說：「主啊，我把所有的一半給窮人；我若訛詐了誰，就還他四倍。」</w:t>
            </w:r>
          </w:p>
          <w:p>
            <w:r>
              <w:rPr>
                <w:rFonts w:ascii="Microsoft JhengHei" w:hAnsi="Microsoft JhengHei" w:eastAsia="Microsoft JhengHei"/>
                <w:b w:val="0"/>
                <w:i w:val="0"/>
                <w:color w:val="222A36"/>
                <w:sz w:val="22"/>
              </w:rPr>
              <w:t>Luke 19:8 (WEB): Zacchaeus stood and said to the Lord, "Behold, Lord, half of my goods I give to the poor. If I have wrongfully exacted anything of anyone, I restore four times as much."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19:9（和合本 (CUV, public domain)）</w:t>
            </w:r>
          </w:p>
          <w:p>
            <w:r>
              <w:rPr>
                <w:rFonts w:ascii="Microsoft JhengHei" w:hAnsi="Microsoft JhengHei" w:eastAsia="Microsoft JhengHei"/>
                <w:b w:val="0"/>
                <w:i w:val="0"/>
                <w:color w:val="222A36"/>
                <w:sz w:val="22"/>
              </w:rPr>
              <w:t>耶穌說：「今天救恩到了這家，因為他也是亞伯拉罕的子孫。</w:t>
            </w:r>
          </w:p>
          <w:p>
            <w:r>
              <w:rPr>
                <w:rFonts w:ascii="Microsoft JhengHei" w:hAnsi="Microsoft JhengHei" w:eastAsia="Microsoft JhengHei"/>
                <w:b w:val="0"/>
                <w:i w:val="0"/>
                <w:color w:val="222A36"/>
                <w:sz w:val="22"/>
              </w:rPr>
              <w:t>Luke 19:9 (WEB): Jesus said to him, "Today, salvation has come to this house, because he also is a son of Abraham.</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23:34（和合本 (CUV, public domain)）</w:t>
            </w:r>
          </w:p>
          <w:p>
            <w:r>
              <w:rPr>
                <w:rFonts w:ascii="Microsoft JhengHei" w:hAnsi="Microsoft JhengHei" w:eastAsia="Microsoft JhengHei"/>
                <w:b w:val="0"/>
                <w:i w:val="0"/>
                <w:color w:val="222A36"/>
                <w:sz w:val="22"/>
              </w:rPr>
              <w:t>當下耶穌說：「父啊！赦免他們；因為他們所做的，他們不曉得。」兵丁就拈鬮分他的衣服。</w:t>
            </w:r>
          </w:p>
          <w:p>
            <w:r>
              <w:rPr>
                <w:rFonts w:ascii="Microsoft JhengHei" w:hAnsi="Microsoft JhengHei" w:eastAsia="Microsoft JhengHei"/>
                <w:b w:val="0"/>
                <w:i w:val="0"/>
                <w:color w:val="222A36"/>
                <w:sz w:val="22"/>
              </w:rPr>
              <w:t>Luke 23:34 (WEB): Jesus said, "Father, forgive them, for they don't know what they are doing." Dividing his garments among them, they cast lots.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23:39-43（和合本 (CUV, public domain)）</w:t>
            </w:r>
          </w:p>
          <w:p>
            <w:r>
              <w:rPr>
                <w:rFonts w:ascii="Microsoft JhengHei" w:hAnsi="Microsoft JhengHei" w:eastAsia="Microsoft JhengHei"/>
                <w:b w:val="0"/>
                <w:i w:val="0"/>
                <w:color w:val="222A36"/>
                <w:sz w:val="22"/>
              </w:rPr>
              <w:t>39那同釘的兩個犯人有一個譏笑他，說：「你不是基督嗎？可以救自己和我們吧！」 40那一個就應聲責備他，說：「你既是一樣受刑的，還不怕 神嗎？ 41我們是應該的，因我們所受的與我們所做的相稱，但這個人沒有做過一件不好的事。」 42就說：「耶穌啊，你得國降臨的時候，求你記念我！」 43耶穌對他說：「我實在告訴你，今日你要同我在樂園裡了。」</w:t>
            </w:r>
          </w:p>
          <w:p>
            <w:r>
              <w:rPr>
                <w:rFonts w:ascii="Microsoft JhengHei" w:hAnsi="Microsoft JhengHei" w:eastAsia="Microsoft JhengHei"/>
                <w:b w:val="0"/>
                <w:i w:val="0"/>
                <w:color w:val="222A36"/>
                <w:sz w:val="22"/>
              </w:rPr>
              <w:t>Luke 23:39-43 (WEB): 39 One of the criminals who was hanged insulted him, saying, "If you are the Christ, save yourself and us!" 40 But the other answered, and rebuking him said, "Don't you even fear God, seeing you are under the same condemnation? 41 And we indeed justly, for we receive the due reward for our deeds, but this man has done nothing wrong." 42 He said to Jesus, "Lord, remember me when you come into your Kingdom." 43 Jesus said to him, "Assuredly I tell you, today you will be with me in Paradise."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23:42-43（和合本 (CUV, public domain)）</w:t>
            </w:r>
          </w:p>
          <w:p>
            <w:r>
              <w:rPr>
                <w:rFonts w:ascii="Microsoft JhengHei" w:hAnsi="Microsoft JhengHei" w:eastAsia="Microsoft JhengHei"/>
                <w:b w:val="0"/>
                <w:i w:val="0"/>
                <w:color w:val="222A36"/>
                <w:sz w:val="22"/>
              </w:rPr>
              <w:t>42就說：「耶穌啊，你得國降臨的時候，求你記念我！」 43耶穌對他說：「我實在告訴你，今日你要同我在樂園裡了。」</w:t>
            </w:r>
          </w:p>
          <w:p>
            <w:r>
              <w:rPr>
                <w:rFonts w:ascii="Microsoft JhengHei" w:hAnsi="Microsoft JhengHei" w:eastAsia="Microsoft JhengHei"/>
                <w:b w:val="0"/>
                <w:i w:val="0"/>
                <w:color w:val="222A36"/>
                <w:sz w:val="22"/>
              </w:rPr>
              <w:t>Luke 23:42-43 (WEB): 42 He said to Jesus, "Lord, remember me when you come into your Kingdom." 43 Jesus said to him, "Assuredly I tell you, today you will be with me in Paradise."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24:30-31（和合本 (CUV, public domain)）</w:t>
            </w:r>
          </w:p>
          <w:p>
            <w:r>
              <w:rPr>
                <w:rFonts w:ascii="Microsoft JhengHei" w:hAnsi="Microsoft JhengHei" w:eastAsia="Microsoft JhengHei"/>
                <w:b w:val="0"/>
                <w:i w:val="0"/>
                <w:color w:val="222A36"/>
                <w:sz w:val="22"/>
              </w:rPr>
              <w:t>30到了坐席的時候，耶穌拿起餅來，祝謝了，擘開，遞給他們。 31他們的眼睛明亮了，這才認出他來。忽然耶穌不見了。</w:t>
            </w:r>
          </w:p>
          <w:p>
            <w:r>
              <w:rPr>
                <w:rFonts w:ascii="Microsoft JhengHei" w:hAnsi="Microsoft JhengHei" w:eastAsia="Microsoft JhengHei"/>
                <w:b w:val="0"/>
                <w:i w:val="0"/>
                <w:color w:val="222A36"/>
                <w:sz w:val="22"/>
              </w:rPr>
              <w:t>Luke 24:30-31 (WEB): 30 It happened, that when he had sat down at the table with them, he took the bread and gave thanks. Breaking it, he gave to them. 31 Their eyes were opened, and they recognized him, and he vanished out of their sight.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啟示錄 3:20（和合本 (CUV, public domain)）</w:t>
            </w:r>
          </w:p>
          <w:p>
            <w:r>
              <w:rPr>
                <w:rFonts w:ascii="Microsoft JhengHei" w:hAnsi="Microsoft JhengHei" w:eastAsia="Microsoft JhengHei"/>
                <w:b w:val="0"/>
                <w:i w:val="0"/>
                <w:color w:val="222A36"/>
                <w:sz w:val="22"/>
              </w:rPr>
              <w:t>看哪，我站在門外叩門，若有聽見我聲音就開門的，我要進到他那裡去，我與他，他與我一同坐席。</w:t>
            </w:r>
          </w:p>
          <w:p>
            <w:r>
              <w:rPr>
                <w:rFonts w:ascii="Microsoft JhengHei" w:hAnsi="Microsoft JhengHei" w:eastAsia="Microsoft JhengHei"/>
                <w:b w:val="0"/>
                <w:i w:val="0"/>
                <w:color w:val="222A36"/>
                <w:sz w:val="22"/>
              </w:rPr>
              <w:t>Revelation 3:20 (WEB): Behold, I stand at the door and knock. If anyone hears my voice and opens the door, then I will come in to him, and will dine with him, and he with me.</w:t>
            </w:r>
          </w:p>
        </w:tc>
      </w:tr>
    </w:tbl>
    <w:p/>
    <w:p>
      <w:pPr>
        <w:spacing w:after="80"/>
      </w:pPr>
      <w:r>
        <w:rPr>
          <w:rFonts w:ascii="Microsoft JhengHei" w:hAnsi="Microsoft JhengHei" w:eastAsia="Microsoft JhengHei"/>
          <w:b w:val="0"/>
          <w:i w:val="0"/>
          <w:color w:val="6B7280"/>
          <w:sz w:val="18"/>
        </w:rPr>
        <w:t>和合本及 World English Bible 屬公有領域；思高譯本版權屬思高聖經學會，此處只作課堂教學的簡短引用。</w:t>
      </w:r>
    </w:p>
    <w:p>
      <w:pPr>
        <w:spacing w:after="120" w:before="240"/>
      </w:pPr>
      <w:r>
        <w:rPr>
          <w:rFonts w:ascii="Microsoft JhengHei" w:hAnsi="Microsoft JhengHei" w:eastAsia="Microsoft JhengHei"/>
          <w:b/>
          <w:i w:val="0"/>
          <w:color w:val="A86B1F"/>
          <w:sz w:val="32"/>
        </w:rPr>
        <w:t>附錄 C　給 Reclaim2K 團隊的開發建議</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shd w:val="clear" w:fill="EFE7D6"/>
          </w:tcPr>
          <w:p>
            <w:r/>
            <w:r>
              <w:rPr>
                <w:rFonts w:ascii="Microsoft JhengHei" w:hAnsi="Microsoft JhengHei" w:eastAsia="Microsoft JhengHei"/>
                <w:b/>
                <w:i w:val="0"/>
                <w:color w:val="222A36"/>
                <w:sz w:val="20"/>
              </w:rPr>
              <w:t>建議</w:t>
            </w:r>
          </w:p>
        </w:tc>
        <w:tc>
          <w:tcPr>
            <w:tcW w:type="dxa" w:w="1662"/>
            <w:shd w:val="clear" w:fill="EFE7D6"/>
          </w:tcPr>
          <w:p>
            <w:r/>
            <w:r>
              <w:rPr>
                <w:rFonts w:ascii="Microsoft JhengHei" w:hAnsi="Microsoft JhengHei" w:eastAsia="Microsoft JhengHei"/>
                <w:b/>
                <w:i w:val="0"/>
                <w:color w:val="222A36"/>
                <w:sz w:val="20"/>
              </w:rPr>
              <w:t>對象</w:t>
            </w:r>
          </w:p>
        </w:tc>
        <w:tc>
          <w:tcPr>
            <w:tcW w:type="dxa" w:w="1662"/>
            <w:shd w:val="clear" w:fill="EFE7D6"/>
          </w:tcPr>
          <w:p>
            <w:r/>
            <w:r>
              <w:rPr>
                <w:rFonts w:ascii="Microsoft JhengHei" w:hAnsi="Microsoft JhengHei" w:eastAsia="Microsoft JhengHei"/>
                <w:b/>
                <w:i w:val="0"/>
                <w:color w:val="222A36"/>
                <w:sz w:val="20"/>
              </w:rPr>
              <w:t>內容</w:t>
            </w:r>
          </w:p>
        </w:tc>
        <w:tc>
          <w:tcPr>
            <w:tcW w:type="dxa" w:w="1662"/>
            <w:shd w:val="clear" w:fill="EFE7D6"/>
          </w:tcPr>
          <w:p>
            <w:r/>
            <w:r>
              <w:rPr>
                <w:rFonts w:ascii="Microsoft JhengHei" w:hAnsi="Microsoft JhengHei" w:eastAsia="Microsoft JhengHei"/>
                <w:b/>
                <w:i w:val="0"/>
                <w:color w:val="222A36"/>
                <w:sz w:val="20"/>
              </w:rPr>
              <w:t>如何幫助學生遇見復活主</w:t>
            </w:r>
          </w:p>
        </w:tc>
        <w:tc>
          <w:tcPr>
            <w:tcW w:type="dxa" w:w="1662"/>
            <w:shd w:val="clear" w:fill="EFE7D6"/>
          </w:tcPr>
          <w:p>
            <w:r/>
            <w:r>
              <w:rPr>
                <w:rFonts w:ascii="Microsoft JhengHei" w:hAnsi="Microsoft JhengHei" w:eastAsia="Microsoft JhengHei"/>
                <w:b/>
                <w:i w:val="0"/>
                <w:color w:val="222A36"/>
                <w:sz w:val="20"/>
              </w:rPr>
              <w:t>建基於</w:t>
            </w:r>
          </w:p>
        </w:tc>
        <w:tc>
          <w:tcPr>
            <w:tcW w:type="dxa" w:w="1662"/>
            <w:shd w:val="clear" w:fill="EFE7D6"/>
          </w:tcPr>
          <w:p>
            <w:r/>
            <w:r>
              <w:rPr>
                <w:rFonts w:ascii="Microsoft JhengHei" w:hAnsi="Microsoft JhengHei" w:eastAsia="Microsoft JhengHei"/>
                <w:b/>
                <w:i w:val="0"/>
                <w:color w:val="222A36"/>
                <w:sz w:val="20"/>
              </w:rPr>
              <w:t>工作量</w:t>
            </w:r>
          </w:p>
        </w:tc>
      </w:tr>
      <w:tr>
        <w:tc>
          <w:tcPr>
            <w:tcW w:type="dxa" w:w="1662"/>
          </w:tcPr>
          <w:p>
            <w:r/>
            <w:r>
              <w:rPr>
                <w:rFonts w:ascii="Microsoft JhengHei" w:hAnsi="Microsoft JhengHei" w:eastAsia="Microsoft JhengHei"/>
                <w:b w:val="0"/>
                <w:i w:val="0"/>
                <w:color w:val="222A36"/>
                <w:sz w:val="20"/>
              </w:rPr>
              <w:t>「撒該改變挑戰」七日打卡</w:t>
            </w:r>
          </w:p>
        </w:tc>
        <w:tc>
          <w:tcPr>
            <w:tcW w:type="dxa" w:w="1662"/>
          </w:tcPr>
          <w:p>
            <w:r/>
            <w:r>
              <w:rPr>
                <w:rFonts w:ascii="Microsoft JhengHei" w:hAnsi="Microsoft JhengHei" w:eastAsia="Microsoft JhengHei"/>
                <w:b w:val="0"/>
                <w:i w:val="0"/>
                <w:color w:val="222A36"/>
                <w:sz w:val="20"/>
              </w:rPr>
              <w:t>學生</w:t>
            </w:r>
          </w:p>
        </w:tc>
        <w:tc>
          <w:tcPr>
            <w:tcW w:type="dxa" w:w="1662"/>
          </w:tcPr>
          <w:p>
            <w:r/>
            <w:r>
              <w:rPr>
                <w:rFonts w:ascii="Microsoft JhengHei" w:hAnsi="Microsoft JhengHei" w:eastAsia="Microsoft JhengHei"/>
                <w:b w:val="0"/>
                <w:i w:val="0"/>
                <w:color w:val="222A36"/>
                <w:sz w:val="20"/>
              </w:rPr>
              <w:t>在 App 加一個七日打卡：每天一件小改變，只有學生本人看見。</w:t>
            </w:r>
          </w:p>
        </w:tc>
        <w:tc>
          <w:tcPr>
            <w:tcW w:type="dxa" w:w="1662"/>
          </w:tcPr>
          <w:p>
            <w:r/>
            <w:r>
              <w:rPr>
                <w:rFonts w:ascii="Microsoft JhengHei" w:hAnsi="Microsoft JhengHei" w:eastAsia="Microsoft JhengHei"/>
                <w:b w:val="0"/>
                <w:i w:val="0"/>
                <w:color w:val="222A36"/>
                <w:sz w:val="20"/>
              </w:rPr>
              <w:t>把被愛的回應變成持續的行動。</w:t>
            </w:r>
          </w:p>
        </w:tc>
        <w:tc>
          <w:tcPr>
            <w:tcW w:type="dxa" w:w="1662"/>
          </w:tcPr>
          <w:p>
            <w:r/>
            <w:r>
              <w:rPr>
                <w:rFonts w:ascii="Microsoft JhengHei" w:hAnsi="Microsoft JhengHei" w:eastAsia="Microsoft JhengHei"/>
                <w:b w:val="0"/>
                <w:i w:val="0"/>
                <w:color w:val="222A36"/>
                <w:sz w:val="20"/>
              </w:rPr>
              <w:t>devote（靈修徽章）</w:t>
            </w:r>
          </w:p>
        </w:tc>
        <w:tc>
          <w:tcPr>
            <w:tcW w:type="dxa" w:w="1662"/>
          </w:tcPr>
          <w:p>
            <w:r/>
            <w:r>
              <w:rPr>
                <w:rFonts w:ascii="Microsoft JhengHei" w:hAnsi="Microsoft JhengHei" w:eastAsia="Microsoft JhengHei"/>
                <w:b w:val="0"/>
                <w:i w:val="0"/>
                <w:color w:val="222A36"/>
                <w:sz w:val="20"/>
              </w:rPr>
              <w:t>中</w:t>
            </w:r>
          </w:p>
        </w:tc>
      </w:tr>
      <w:tr>
        <w:tc>
          <w:tcPr>
            <w:tcW w:type="dxa" w:w="1662"/>
          </w:tcPr>
          <w:p>
            <w:r/>
            <w:r>
              <w:rPr>
                <w:rFonts w:ascii="Microsoft JhengHei" w:hAnsi="Microsoft JhengHei" w:eastAsia="Microsoft JhengHei"/>
                <w:b w:val="0"/>
                <w:i w:val="0"/>
                <w:color w:val="222A36"/>
                <w:sz w:val="20"/>
              </w:rPr>
              <w:t>「經歷神的愛」加入十字架上的今日</w:t>
            </w:r>
          </w:p>
        </w:tc>
        <w:tc>
          <w:tcPr>
            <w:tcW w:type="dxa" w:w="1662"/>
          </w:tcPr>
          <w:p>
            <w:r/>
            <w:r>
              <w:rPr>
                <w:rFonts w:ascii="Microsoft JhengHei" w:hAnsi="Microsoft JhengHei" w:eastAsia="Microsoft JhengHei"/>
                <w:b w:val="0"/>
                <w:i w:val="0"/>
                <w:color w:val="222A36"/>
                <w:sz w:val="20"/>
              </w:rPr>
              <w:t>學生</w:t>
            </w:r>
          </w:p>
        </w:tc>
        <w:tc>
          <w:tcPr>
            <w:tcW w:type="dxa" w:w="1662"/>
          </w:tcPr>
          <w:p>
            <w:r/>
            <w:r>
              <w:rPr>
                <w:rFonts w:ascii="Microsoft JhengHei" w:hAnsi="Microsoft JhengHei" w:eastAsia="Microsoft JhengHei"/>
                <w:b w:val="0"/>
                <w:i w:val="0"/>
                <w:color w:val="222A36"/>
                <w:sz w:val="20"/>
              </w:rPr>
              <w:t>在 plan_love_of_god 加一日：路加福音 23:42-43 及一句「耶穌，求你記念我」。</w:t>
            </w:r>
          </w:p>
        </w:tc>
        <w:tc>
          <w:tcPr>
            <w:tcW w:type="dxa" w:w="1662"/>
          </w:tcPr>
          <w:p>
            <w:r/>
            <w:r>
              <w:rPr>
                <w:rFonts w:ascii="Microsoft JhengHei" w:hAnsi="Microsoft JhengHei" w:eastAsia="Microsoft JhengHei"/>
                <w:b w:val="0"/>
                <w:i w:val="0"/>
                <w:color w:val="222A36"/>
                <w:sz w:val="20"/>
              </w:rPr>
              <w:t>讓同學記得十字架上的愛也是給自己的。</w:t>
            </w:r>
          </w:p>
        </w:tc>
        <w:tc>
          <w:tcPr>
            <w:tcW w:type="dxa" w:w="1662"/>
          </w:tcPr>
          <w:p>
            <w:r/>
            <w:r>
              <w:rPr>
                <w:rFonts w:ascii="Microsoft JhengHei" w:hAnsi="Microsoft JhengHei" w:eastAsia="Microsoft JhengHei"/>
                <w:b w:val="0"/>
                <w:i w:val="0"/>
                <w:color w:val="222A36"/>
                <w:sz w:val="20"/>
              </w:rPr>
              <w:t>plan_love_of_god</w:t>
            </w:r>
          </w:p>
        </w:tc>
        <w:tc>
          <w:tcPr>
            <w:tcW w:type="dxa" w:w="1662"/>
          </w:tcPr>
          <w:p>
            <w:r/>
            <w:r>
              <w:rPr>
                <w:rFonts w:ascii="Microsoft JhengHei" w:hAnsi="Microsoft JhengHei" w:eastAsia="Microsoft JhengHei"/>
                <w:b w:val="0"/>
                <w:i w:val="0"/>
                <w:color w:val="222A36"/>
                <w:sz w:val="20"/>
              </w:rPr>
              <w:t>小</w:t>
            </w:r>
          </w:p>
        </w:tc>
      </w:tr>
    </w:tbl>
    <w:p/>
    <w:p>
      <w:pPr>
        <w:spacing w:after="80"/>
      </w:pPr>
      <w:r>
        <w:rPr>
          <w:rFonts w:ascii="Microsoft JhengHei" w:hAnsi="Microsoft JhengHei" w:eastAsia="Microsoft JhengHei"/>
          <w:b w:val="0"/>
          <w:i w:val="0"/>
          <w:color w:val="222A36"/>
          <w:sz w:val="20"/>
        </w:rPr>
        <w:t>發現的缺口：App 暫時沒有七日行動打卡；本系列網頁先提供可列印的改變挑戰卡。</w:t>
      </w:r>
    </w:p>
    <w:p>
      <w:pPr>
        <w:spacing w:after="120" w:before="240"/>
      </w:pPr>
      <w:r>
        <w:rPr>
          <w:rFonts w:ascii="Microsoft JhengHei" w:hAnsi="Microsoft JhengHei" w:eastAsia="Microsoft JhengHei"/>
          <w:b/>
          <w:i w:val="0"/>
          <w:color w:val="A86B1F"/>
          <w:sz w:val="32"/>
        </w:rPr>
        <w:t>附錄 D　L0 主導核心終審</w:t>
      </w:r>
    </w:p>
    <w:tbl>
      <w:tblPr>
        <w:tblStyle w:val="TableGrid"/>
        <w:tblW w:type="auto" w:w="0"/>
        <w:tblLook w:firstColumn="1" w:firstRow="1" w:lastColumn="0" w:lastRow="0" w:noHBand="0" w:noVBand="1" w:val="04A0"/>
      </w:tblPr>
      <w:tblGrid>
        <w:gridCol w:w="4986"/>
        <w:gridCol w:w="4986"/>
      </w:tblGrid>
      <w:tr>
        <w:tc>
          <w:tcPr>
            <w:tcW w:type="dxa" w:w="4535"/>
            <w:shd w:val="clear" w:fill="EFE7D6"/>
          </w:tcPr>
          <w:p>
            <w:r/>
            <w:r>
              <w:rPr>
                <w:rFonts w:ascii="Microsoft JhengHei" w:hAnsi="Microsoft JhengHei" w:eastAsia="Microsoft JhengHei"/>
                <w:b/>
                <w:i w:val="0"/>
                <w:color w:val="222A36"/>
                <w:sz w:val="20"/>
              </w:rPr>
              <w:t>範疇</w:t>
            </w:r>
          </w:p>
        </w:tc>
        <w:tc>
          <w:tcPr>
            <w:tcW w:type="dxa" w:w="2268"/>
            <w:shd w:val="clear" w:fill="EFE7D6"/>
          </w:tcPr>
          <w:p>
            <w:r/>
            <w:r>
              <w:rPr>
                <w:rFonts w:ascii="Microsoft JhengHei" w:hAnsi="Microsoft JhengHei" w:eastAsia="Microsoft JhengHei"/>
                <w:b/>
                <w:i w:val="0"/>
                <w:color w:val="222A36"/>
                <w:sz w:val="20"/>
              </w:rPr>
              <w:t>分數</w:t>
            </w:r>
          </w:p>
        </w:tc>
      </w:tr>
      <w:tr>
        <w:tc>
          <w:tcPr>
            <w:tcW w:type="dxa" w:w="4535"/>
          </w:tcPr>
          <w:p>
            <w:r/>
            <w:r>
              <w:rPr>
                <w:rFonts w:ascii="Microsoft JhengHei" w:hAnsi="Microsoft JhengHei" w:eastAsia="Microsoft JhengHei"/>
                <w:b w:val="0"/>
                <w:i w:val="0"/>
                <w:color w:val="222A36"/>
                <w:sz w:val="20"/>
              </w:rPr>
              <w:t>認識主的愛</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親近主，憑信心回應</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以基督為中心</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恩典而非說教</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深度而非只求好玩</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生活中遇見主</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安全與關顧</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時間完整</w:t>
            </w:r>
          </w:p>
        </w:tc>
        <w:tc>
          <w:tcPr>
            <w:tcW w:type="dxa" w:w="2268"/>
          </w:tcPr>
          <w:p>
            <w:r/>
            <w:r>
              <w:rPr>
                <w:rFonts w:ascii="Microsoft JhengHei" w:hAnsi="Microsoft JhengHei" w:eastAsia="Microsoft JhengHei"/>
                <w:b w:val="0"/>
                <w:i w:val="0"/>
                <w:color w:val="222A36"/>
                <w:sz w:val="20"/>
              </w:rPr>
              <w:t>5 / 5</w:t>
            </w:r>
          </w:p>
        </w:tc>
      </w:tr>
    </w:tbl>
    <w:p/>
    <w:p>
      <w:pPr>
        <w:pStyle w:val="ListBullet"/>
      </w:pPr>
      <w:r>
        <w:rPr>
          <w:rFonts w:ascii="Microsoft JhengHei" w:hAnsi="Microsoft JhengHei" w:eastAsia="Microsoft JhengHei"/>
          <w:b w:val="0"/>
          <w:i w:val="0"/>
          <w:color w:val="222A36"/>
          <w:sz w:val="22"/>
        </w:rPr>
        <w:t>兩個「今天」把撒該、十字架與學生的今天連成一線。</w:t>
      </w:r>
    </w:p>
    <w:p>
      <w:pPr>
        <w:pStyle w:val="ListBullet"/>
      </w:pPr>
      <w:r>
        <w:rPr>
          <w:rFonts w:ascii="Microsoft JhengHei" w:hAnsi="Microsoft JhengHei" w:eastAsia="Microsoft JhengHei"/>
          <w:b w:val="0"/>
          <w:i w:val="0"/>
          <w:color w:val="222A36"/>
          <w:sz w:val="22"/>
        </w:rPr>
        <w:t>十字架以恩典呈現，強盜一句「求你記念我」最適合沉默的同學。</w:t>
      </w:r>
    </w:p>
    <w:p>
      <w:pPr>
        <w:pStyle w:val="ListBullet"/>
      </w:pPr>
      <w:r>
        <w:rPr>
          <w:rFonts w:ascii="Microsoft JhengHei" w:hAnsi="Microsoft JhengHei" w:eastAsia="Microsoft JhengHei"/>
          <w:b w:val="0"/>
          <w:i w:val="0"/>
          <w:color w:val="222A36"/>
          <w:sz w:val="22"/>
        </w:rPr>
        <w:t>安靜的想像默觀與動態的體感遊戲互補，照顧不同同學。</w:t>
      </w:r>
    </w:p>
    <w:p>
      <w:pPr>
        <w:pStyle w:val="ListBullet"/>
      </w:pPr>
      <w:r>
        <w:rPr>
          <w:rFonts w:ascii="Microsoft JhengHei" w:hAnsi="Microsoft JhengHei" w:eastAsia="Microsoft JhengHei"/>
          <w:b w:val="0"/>
          <w:i w:val="0"/>
          <w:color w:val="222A36"/>
          <w:sz w:val="22"/>
        </w:rPr>
        <w:t>撒該改變挑戰把被愛落實為具體、細小、可持續的行動。</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JhengHei" w:hAnsi="Microsoft JhengHei" w:eastAsia="Microsoft JhengHei"/>
        <w:b w:val="0"/>
        <w:i w:val="0"/>
        <w:color w:val="6B7280"/>
        <w:sz w:val="16"/>
      </w:rPr>
      <w:t>Reclaim2K · AI 協助草擬，須由老師審閱</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