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十字架上的答案：復活的耶穌今天要到我家</w:t>
      </w:r>
    </w:p>
    <w:p>
      <w:r>
        <w:rPr>
          <w:rFonts w:ascii="Microsoft JhengHei" w:hAnsi="Microsoft JhengHei" w:eastAsia="Microsoft JhengHei"/>
          <w:b w:val="0"/>
          <w:sz w:val="22"/>
        </w:rPr>
        <w:t>這張工作紙只供你自己反思，可以不交給任何人；寫字、圈選或畫圖都可以。</w:t>
      </w:r>
    </w:p>
    <w:p>
      <w:r>
        <w:rPr>
          <w:rFonts w:ascii="Microsoft JhengHei" w:hAnsi="Microsoft JhengHei" w:eastAsia="Microsoft JhengHei"/>
          <w:b/>
          <w:sz w:val="22"/>
        </w:rPr>
        <w:t>📖 路加福音 23:42-43</w:t>
      </w:r>
    </w:p>
    <w:p>
      <w:r>
        <w:rPr>
          <w:rFonts w:ascii="Microsoft JhengHei" w:hAnsi="Microsoft JhengHei" w:eastAsia="Microsoft JhengHei"/>
          <w:b w:val="0"/>
          <w:sz w:val="22"/>
        </w:rPr>
        <w:t>42就說：「耶穌啊，你得國降臨的時候，求你記念我！」 43耶穌對他說：「我實在告訴你，今日你要同我在樂園裡了。」</w:t>
      </w:r>
    </w:p>
    <w:p>
      <w:r>
        <w:rPr>
          <w:rFonts w:ascii="Microsoft JhengHei" w:hAnsi="Microsoft JhengHei" w:eastAsia="Microsoft JhengHei"/>
          <w:b w:val="0"/>
          <w:sz w:val="22"/>
        </w:rPr>
        <w:t>讀一讀十字架上的對話。</w:t>
      </w:r>
    </w:p>
    <w:p>
      <w:r>
        <w:rPr>
          <w:rFonts w:ascii="Microsoft JhengHei" w:hAnsi="Microsoft JhengHei" w:eastAsia="Microsoft JhengHei"/>
          <w:b/>
          <w:sz w:val="22"/>
        </w:rPr>
        <w:t>2. 耶穌對撒該說「＿＿＿救恩到了這家」；對強盜說「＿＿＿你要同我在樂園裏」。</w:t>
      </w:r>
    </w:p>
    <w:p>
      <w:r>
        <w:rPr>
          <w:rFonts w:ascii="Microsoft JhengHei" w:hAnsi="Microsoft JhengHei" w:eastAsia="Microsoft JhengHei"/>
          <w:b w:val="0"/>
          <w:sz w:val="22"/>
        </w:rPr>
        <w:t>○ 今天／今日　○ 明天／將來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3. 強盜先做了很多好事，耶穌才記念他。（對／錯）</w:t>
      </w:r>
    </w:p>
    <w:p>
      <w:r>
        <w:rPr>
          <w:rFonts w:ascii="Microsoft JhengHei" w:hAnsi="Microsoft JhengHei" w:eastAsia="Microsoft JhengHei"/>
          <w:b w:val="0"/>
          <w:sz w:val="22"/>
        </w:rPr>
        <w:t>□ 對</w:t>
      </w:r>
    </w:p>
    <w:p>
      <w:r>
        <w:rPr>
          <w:rFonts w:ascii="Microsoft JhengHei" w:hAnsi="Microsoft JhengHei" w:eastAsia="Microsoft JhengHei"/>
          <w:b w:val="0"/>
          <w:sz w:val="22"/>
        </w:rPr>
        <w:t>□ 錯</w:t>
      </w:r>
    </w:p>
    <w:p>
      <w:r>
        <w:rPr>
          <w:rFonts w:ascii="Microsoft JhengHei" w:hAnsi="Microsoft JhengHei" w:eastAsia="Microsoft JhengHei"/>
          <w:b/>
          <w:sz w:val="22"/>
        </w:rPr>
        <w:t>4. 耶穌為甚麼認識我、要到我家？選出你最同意的答案（可以多選）。</w:t>
      </w:r>
    </w:p>
    <w:p>
      <w:r>
        <w:rPr>
          <w:rFonts w:ascii="Microsoft JhengHei" w:hAnsi="Microsoft JhengHei" w:eastAsia="Microsoft JhengHei"/>
          <w:b w:val="0"/>
          <w:sz w:val="22"/>
        </w:rPr>
        <w:t>○ 祂創造我　○ 祂愛我　○ 祂為我死　○ 祂復活了，今天仍與我同在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💭 在「走進耶利哥」的想像中，耶穌看你的眼神是怎樣的？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🦶 撒該改變挑戰：這七天我想做的一件小改變：</w:t>
      </w:r>
    </w:p>
    <w:p>
      <w:r>
        <w:rPr>
          <w:rFonts w:ascii="Microsoft JhengHei" w:hAnsi="Microsoft JhengHei" w:eastAsia="Microsoft JhengHei"/>
          <w:b w:val="0"/>
          <w:sz w:val="22"/>
        </w:rPr>
        <w:t>□ 向一位家人說謝謝</w:t>
      </w:r>
    </w:p>
    <w:p>
      <w:r>
        <w:rPr>
          <w:rFonts w:ascii="Microsoft JhengHei" w:hAnsi="Microsoft JhengHei" w:eastAsia="Microsoft JhengHei"/>
          <w:b w:val="0"/>
          <w:sz w:val="22"/>
        </w:rPr>
        <w:t>□ 歸還一件借來的東西</w:t>
      </w:r>
    </w:p>
    <w:p>
      <w:r>
        <w:rPr>
          <w:rFonts w:ascii="Microsoft JhengHei" w:hAnsi="Microsoft JhengHei" w:eastAsia="Microsoft JhengHei"/>
          <w:b w:val="0"/>
          <w:sz w:val="22"/>
        </w:rPr>
        <w:t>□ 幫一位同學一次</w:t>
      </w:r>
    </w:p>
    <w:p>
      <w:r>
        <w:rPr>
          <w:rFonts w:ascii="Microsoft JhengHei" w:hAnsi="Microsoft JhengHei" w:eastAsia="Microsoft JhengHei"/>
          <w:b w:val="0"/>
          <w:sz w:val="22"/>
        </w:rPr>
        <w:t>□ 陪家人吃一頓飯，不看手機</w:t>
      </w:r>
    </w:p>
    <w:p>
      <w:r>
        <w:rPr>
          <w:rFonts w:ascii="Microsoft JhengHei" w:hAnsi="Microsoft JhengHei" w:eastAsia="Microsoft JhengHei"/>
          <w:b w:val="0"/>
          <w:sz w:val="22"/>
        </w:rPr>
        <w:t>□ 向一個人說對不起</w:t>
      </w:r>
    </w:p>
    <w:p>
      <w:r>
        <w:rPr>
          <w:rFonts w:ascii="Microsoft JhengHei" w:hAnsi="Microsoft JhengHei" w:eastAsia="Microsoft JhengHei"/>
          <w:b/>
          <w:sz w:val="22"/>
        </w:rPr>
        <w:t>🙏 （畫一道門）耶穌，請進來。我想……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